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10C5" w14:textId="77777777" w:rsidR="0011376E" w:rsidRPr="00AE25C2" w:rsidRDefault="00000000" w:rsidP="00AE25C2">
      <w:pPr>
        <w:pStyle w:val="Heading1"/>
        <w:spacing w:before="0" w:after="0" w:line="240" w:lineRule="auto"/>
        <w:jc w:val="center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การเขียน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บรรณานุกรม รูปแบบ APA 7th</w:t>
      </w:r>
    </w:p>
    <w:p w14:paraId="09C71556" w14:textId="77777777" w:rsidR="0011376E" w:rsidRDefault="00000000" w:rsidP="00AE25C2">
      <w:pPr>
        <w:spacing w:after="0" w:line="240" w:lineRule="auto"/>
        <w:jc w:val="center"/>
        <w:rPr>
          <w:rFonts w:ascii="TH SarabunPSK" w:hAnsi="TH SarabunPSK" w:cs="TH SarabunPSK"/>
          <w:b/>
          <w:sz w:val="36"/>
          <w:szCs w:val="36"/>
          <w:lang w:bidi="th-TH"/>
        </w:rPr>
      </w:pPr>
      <w:r w:rsidRPr="00AE25C2">
        <w:rPr>
          <w:rFonts w:ascii="TH SarabunPSK" w:hAnsi="TH SarabunPSK" w:cs="TH SarabunPSK"/>
          <w:b/>
          <w:sz w:val="36"/>
          <w:szCs w:val="36"/>
        </w:rPr>
        <w:t>เอก</w:t>
      </w:r>
      <w:r w:rsidRPr="00AE25C2">
        <w:rPr>
          <w:rFonts w:ascii="Arial" w:hAnsi="Arial" w:cs="Arial"/>
          <w:b/>
          <w:sz w:val="36"/>
          <w:szCs w:val="36"/>
        </w:rPr>
        <w:t>​</w:t>
      </w:r>
      <w:r w:rsidRPr="00AE25C2">
        <w:rPr>
          <w:rFonts w:ascii="TH SarabunPSK" w:hAnsi="TH SarabunPSK" w:cs="TH SarabunPSK"/>
          <w:b/>
          <w:sz w:val="36"/>
          <w:szCs w:val="36"/>
        </w:rPr>
        <w:t>สารประกอบ</w:t>
      </w:r>
      <w:r w:rsidRPr="00AE25C2">
        <w:rPr>
          <w:rFonts w:ascii="Arial" w:hAnsi="Arial" w:cs="Arial"/>
          <w:b/>
          <w:sz w:val="36"/>
          <w:szCs w:val="36"/>
        </w:rPr>
        <w:t>​</w:t>
      </w:r>
      <w:r w:rsidRPr="00AE25C2">
        <w:rPr>
          <w:rFonts w:ascii="TH SarabunPSK" w:hAnsi="TH SarabunPSK" w:cs="TH SarabunPSK"/>
          <w:b/>
          <w:sz w:val="36"/>
          <w:szCs w:val="36"/>
        </w:rPr>
        <w:t>การเรียน</w:t>
      </w:r>
      <w:r w:rsidRPr="00AE25C2">
        <w:rPr>
          <w:rFonts w:ascii="Arial" w:hAnsi="Arial" w:cs="Arial"/>
          <w:b/>
          <w:sz w:val="36"/>
          <w:szCs w:val="36"/>
        </w:rPr>
        <w:t>​</w:t>
      </w:r>
      <w:r w:rsidRPr="00AE25C2">
        <w:rPr>
          <w:rFonts w:ascii="TH SarabunPSK" w:hAnsi="TH SarabunPSK" w:cs="TH SarabunPSK"/>
          <w:b/>
          <w:sz w:val="36"/>
          <w:szCs w:val="36"/>
        </w:rPr>
        <w:t>รายวิชา</w:t>
      </w:r>
      <w:r w:rsidRPr="00AE25C2">
        <w:rPr>
          <w:rFonts w:ascii="Arial" w:hAnsi="Arial" w:cs="Arial"/>
          <w:b/>
          <w:sz w:val="36"/>
          <w:szCs w:val="36"/>
        </w:rPr>
        <w:t>​</w:t>
      </w:r>
      <w:r w:rsidRPr="00AE25C2">
        <w:rPr>
          <w:rFonts w:ascii="TH SarabunPSK" w:hAnsi="TH SarabunPSK" w:cs="TH SarabunPSK"/>
          <w:b/>
          <w:sz w:val="36"/>
          <w:szCs w:val="36"/>
        </w:rPr>
        <w:t>โครงงาน</w:t>
      </w:r>
    </w:p>
    <w:p w14:paraId="24025534" w14:textId="77777777" w:rsidR="00AE25C2" w:rsidRPr="00AE25C2" w:rsidRDefault="00AE25C2" w:rsidP="00AE25C2">
      <w:pPr>
        <w:spacing w:after="0" w:line="240" w:lineRule="auto"/>
        <w:jc w:val="center"/>
        <w:rPr>
          <w:rFonts w:ascii="TH SarabunPSK" w:hAnsi="TH SarabunPSK" w:cs="TH SarabunPSK" w:hint="cs"/>
          <w:sz w:val="20"/>
          <w:szCs w:val="20"/>
          <w:lang w:bidi="th-TH"/>
        </w:rPr>
      </w:pPr>
    </w:p>
    <w:p w14:paraId="358A2776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สำหรับ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นักเรียน นักศึกษา  วิทยาลัย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อาชีพ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โพน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ทอง</w:t>
      </w:r>
    </w:p>
    <w:p w14:paraId="10189B95" w14:textId="77777777" w:rsidR="0011376E" w:rsidRDefault="00000000" w:rsidP="00AE25C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AE25C2">
        <w:rPr>
          <w:rFonts w:ascii="TH SarabunPSK" w:hAnsi="TH SarabunPSK" w:cs="TH SarabunPSK"/>
          <w:sz w:val="32"/>
          <w:szCs w:val="32"/>
        </w:rPr>
        <w:t>เอกสาร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นี้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เรียบเรียง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ย่อ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หัวข้อ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การเขียน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บรรณานุกรม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สำนักพิมพ์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มหาวิทยาลัยนเรศวร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มา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ตรวจ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รายละเอียด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รูปแบบ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ร่วมกับ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เว็บไซต์ APA Style เพื่อ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เขียน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อ้างอิง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โครงงาน</w:t>
      </w:r>
    </w:p>
    <w:p w14:paraId="68320FA9" w14:textId="77777777" w:rsidR="00AE25C2" w:rsidRPr="00AE25C2" w:rsidRDefault="00AE25C2" w:rsidP="00AE25C2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1B156212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1 หลักสำคัญ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ก่อน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เขียน</w:t>
      </w:r>
    </w:p>
    <w:p w14:paraId="1E601632" w14:textId="77777777" w:rsidR="0011376E" w:rsidRPr="00AE25C2" w:rsidRDefault="00000000" w:rsidP="00AE25C2">
      <w:pPr>
        <w:spacing w:after="0" w:line="240" w:lineRule="auto"/>
        <w:ind w:left="454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เริ่ม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ระบุ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ชนิด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เอกสาร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ถูก เช่น หนังสือ 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 วิทยานิพนธ์ 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 แม้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ดาวน์โหลด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 PDF ก็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พิจารณา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ชนิด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ผลงาน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เดิม</w:t>
      </w:r>
    </w:p>
    <w:p w14:paraId="674044D8" w14:textId="77777777" w:rsidR="0011376E" w:rsidRPr="00AE25C2" w:rsidRDefault="00000000" w:rsidP="00AE25C2">
      <w:pPr>
        <w:spacing w:after="0" w:line="240" w:lineRule="auto"/>
        <w:ind w:left="454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เก็บ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ครบ 4 ส่วน ได้แก่ ผู้แต่ง 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 ชื่อเรื่อง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</w:t>
      </w:r>
    </w:p>
    <w:p w14:paraId="279DF3A7" w14:textId="77777777" w:rsidR="0011376E" w:rsidRDefault="00000000" w:rsidP="00AE25C2">
      <w:pPr>
        <w:spacing w:after="0" w:line="240" w:lineRule="auto"/>
        <w:ind w:left="454" w:hanging="227"/>
        <w:rPr>
          <w:rFonts w:ascii="TH SarabunPSK" w:hAnsi="TH SarabunPSK" w:cs="TH SarabunPSK"/>
          <w:sz w:val="32"/>
          <w:szCs w:val="32"/>
          <w:lang w:bidi="th-TH"/>
        </w:rPr>
      </w:pPr>
      <w:r w:rsidRPr="00AE25C2">
        <w:rPr>
          <w:rFonts w:ascii="TH SarabunPSK" w:hAnsi="TH SarabunPSK" w:cs="TH SarabunPSK"/>
          <w:sz w:val="32"/>
          <w:szCs w:val="32"/>
        </w:rPr>
        <w:t>• ทุก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นำมา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เชื่อมโยง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ตรงกัน</w:t>
      </w:r>
    </w:p>
    <w:p w14:paraId="1E78CB7E" w14:textId="77777777" w:rsidR="00AE25C2" w:rsidRPr="00AE25C2" w:rsidRDefault="00AE25C2" w:rsidP="00AE25C2">
      <w:pPr>
        <w:spacing w:after="0" w:line="240" w:lineRule="auto"/>
        <w:ind w:left="454" w:hanging="227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719917B2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2 การ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ตั้งค่า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ใน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ไฟล์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รูป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เล่ม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835"/>
        <w:gridCol w:w="5754"/>
      </w:tblGrid>
      <w:tr w:rsidR="0011376E" w:rsidRPr="00AE25C2" w14:paraId="254B563A" w14:textId="77777777">
        <w:trPr>
          <w:cantSplit/>
          <w:tblHeader/>
        </w:trPr>
        <w:tc>
          <w:tcPr>
            <w:tcW w:w="2835" w:type="dxa"/>
            <w:shd w:val="clear" w:color="auto" w:fill="F2F2F2"/>
            <w:vAlign w:val="center"/>
          </w:tcPr>
          <w:p w14:paraId="192EF330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</w:p>
        </w:tc>
        <w:tc>
          <w:tcPr>
            <w:tcW w:w="5754" w:type="dxa"/>
            <w:shd w:val="clear" w:color="auto" w:fill="F2F2F2"/>
            <w:vAlign w:val="center"/>
          </w:tcPr>
          <w:p w14:paraId="39344517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ค่าที่</w:t>
            </w:r>
            <w:r w:rsidRPr="00AE25C2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ใช้</w:t>
            </w:r>
          </w:p>
        </w:tc>
      </w:tr>
      <w:tr w:rsidR="0011376E" w:rsidRPr="00AE25C2" w14:paraId="66F1FAB8" w14:textId="77777777">
        <w:trPr>
          <w:cantSplit/>
        </w:trPr>
        <w:tc>
          <w:tcPr>
            <w:tcW w:w="2835" w:type="dxa"/>
            <w:vAlign w:val="center"/>
          </w:tcPr>
          <w:p w14:paraId="5637C4DD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</w:p>
        </w:tc>
        <w:tc>
          <w:tcPr>
            <w:tcW w:w="5754" w:type="dxa"/>
            <w:vAlign w:val="center"/>
          </w:tcPr>
          <w:p w14:paraId="34882B4D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A4 ซ้าย 1.3 นิ้ว บน ล่าง ขวา ด้าน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ละ 1 นิ้ว</w:t>
            </w:r>
          </w:p>
        </w:tc>
      </w:tr>
      <w:tr w:rsidR="0011376E" w:rsidRPr="00AE25C2" w14:paraId="1857F3D7" w14:textId="77777777">
        <w:trPr>
          <w:cantSplit/>
        </w:trPr>
        <w:tc>
          <w:tcPr>
            <w:tcW w:w="2835" w:type="dxa"/>
            <w:vAlign w:val="center"/>
          </w:tcPr>
          <w:p w14:paraId="6C2C4533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ตัวอักษร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สำหรับ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รายวิชา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นี้</w:t>
            </w:r>
          </w:p>
        </w:tc>
        <w:tc>
          <w:tcPr>
            <w:tcW w:w="5754" w:type="dxa"/>
            <w:vAlign w:val="center"/>
          </w:tcPr>
          <w:p w14:paraId="7967A5FE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TH Sarabun New ขนาด 14 pt สี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ดำ</w:t>
            </w:r>
          </w:p>
        </w:tc>
      </w:tr>
      <w:tr w:rsidR="0011376E" w:rsidRPr="00AE25C2" w14:paraId="169FF7F9" w14:textId="77777777">
        <w:trPr>
          <w:cantSplit/>
        </w:trPr>
        <w:tc>
          <w:tcPr>
            <w:tcW w:w="2835" w:type="dxa"/>
            <w:vAlign w:val="center"/>
          </w:tcPr>
          <w:p w14:paraId="01324E9C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ย่อหน้า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บรรณานุกรม</w:t>
            </w:r>
          </w:p>
        </w:tc>
        <w:tc>
          <w:tcPr>
            <w:tcW w:w="5754" w:type="dxa"/>
            <w:vAlign w:val="center"/>
          </w:tcPr>
          <w:p w14:paraId="01FE5F70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ชิด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ซ้าย บรรทัด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แรก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ไม่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เยื้อง บรรทัด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ถัดไป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เยื้อง 0.5 นิ้ว</w:t>
            </w:r>
          </w:p>
        </w:tc>
      </w:tr>
      <w:tr w:rsidR="0011376E" w:rsidRPr="00AE25C2" w14:paraId="6D6BF9DF" w14:textId="77777777">
        <w:trPr>
          <w:cantSplit/>
        </w:trPr>
        <w:tc>
          <w:tcPr>
            <w:tcW w:w="2835" w:type="dxa"/>
            <w:vAlign w:val="center"/>
          </w:tcPr>
          <w:p w14:paraId="11F8D7D9" w14:textId="77777777" w:rsidR="0011376E" w:rsidRPr="00AE25C2" w:rsidRDefault="00000000" w:rsidP="00AE25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บรรทัด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รายการ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อ้างอิง</w:t>
            </w:r>
          </w:p>
        </w:tc>
        <w:tc>
          <w:tcPr>
            <w:tcW w:w="5754" w:type="dxa"/>
            <w:vAlign w:val="center"/>
          </w:tcPr>
          <w:p w14:paraId="127D567F" w14:textId="77777777" w:rsidR="0011376E" w:rsidRPr="00AE25C2" w:rsidRDefault="00000000" w:rsidP="00AE25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2 เท่า; Before/After 0 pt</w:t>
            </w:r>
          </w:p>
        </w:tc>
      </w:tr>
    </w:tbl>
    <w:p w14:paraId="625DDD41" w14:textId="77777777" w:rsidR="0011376E" w:rsidRPr="00AE25C2" w:rsidRDefault="0011376E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FDE4CC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ใน Word: เลือก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อ้างอิง </w:t>
      </w:r>
      <w:r w:rsidRPr="00AE25C2">
        <w:rPr>
          <w:rFonts w:ascii="Arial" w:hAnsi="Arial" w:cs="Arial"/>
          <w:sz w:val="32"/>
          <w:szCs w:val="32"/>
        </w:rPr>
        <w:t>→</w:t>
      </w:r>
      <w:r w:rsidRPr="00AE25C2">
        <w:rPr>
          <w:rFonts w:ascii="TH SarabunPSK" w:hAnsi="TH SarabunPSK" w:cs="TH SarabunPSK"/>
          <w:sz w:val="32"/>
          <w:szCs w:val="32"/>
        </w:rPr>
        <w:t xml:space="preserve"> Paragraph </w:t>
      </w:r>
      <w:r w:rsidRPr="00AE25C2">
        <w:rPr>
          <w:rFonts w:ascii="Arial" w:hAnsi="Arial" w:cs="Arial"/>
          <w:sz w:val="32"/>
          <w:szCs w:val="32"/>
        </w:rPr>
        <w:t>→</w:t>
      </w:r>
      <w:r w:rsidRPr="00AE25C2">
        <w:rPr>
          <w:rFonts w:ascii="TH SarabunPSK" w:hAnsi="TH SarabunPSK" w:cs="TH SarabunPSK"/>
          <w:sz w:val="32"/>
          <w:szCs w:val="32"/>
        </w:rPr>
        <w:t xml:space="preserve"> Special: Hanging </w:t>
      </w:r>
      <w:r w:rsidRPr="00AE25C2">
        <w:rPr>
          <w:rFonts w:ascii="Arial" w:hAnsi="Arial" w:cs="Arial"/>
          <w:sz w:val="32"/>
          <w:szCs w:val="32"/>
        </w:rPr>
        <w:t>→</w:t>
      </w:r>
      <w:r w:rsidRPr="00AE25C2">
        <w:rPr>
          <w:rFonts w:ascii="TH SarabunPSK" w:hAnsi="TH SarabunPSK" w:cs="TH SarabunPSK"/>
          <w:sz w:val="32"/>
          <w:szCs w:val="32"/>
        </w:rPr>
        <w:t xml:space="preserve"> By: 0.5 นิ้ว </w:t>
      </w:r>
      <w:r w:rsidRPr="00AE25C2">
        <w:rPr>
          <w:rFonts w:ascii="Arial" w:hAnsi="Arial" w:cs="Arial"/>
          <w:sz w:val="32"/>
          <w:szCs w:val="32"/>
        </w:rPr>
        <w:t>→</w:t>
      </w:r>
      <w:r w:rsidRPr="00AE25C2">
        <w:rPr>
          <w:rFonts w:ascii="TH SarabunPSK" w:hAnsi="TH SarabunPSK" w:cs="TH SarabunPSK"/>
          <w:sz w:val="32"/>
          <w:szCs w:val="32"/>
        </w:rPr>
        <w:t xml:space="preserve"> Line spacing: Double แต่ละ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หนึ่ง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ย่อหน้า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กด Enter เพื่อ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เยื้อง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บรรทัด</w:t>
      </w:r>
    </w:p>
    <w:p w14:paraId="383F4C50" w14:textId="1A7B5305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6F5F699C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3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 ปี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ปรากฏ</w:t>
      </w:r>
    </w:p>
    <w:p w14:paraId="3A6369A0" w14:textId="77777777" w:rsidR="0011376E" w:rsidRPr="00AE25C2" w:rsidRDefault="00000000" w:rsidP="00AE25C2">
      <w:pPr>
        <w:pStyle w:val="Heading2"/>
        <w:spacing w:before="0" w:after="0" w:line="240" w:lineRule="auto"/>
        <w:ind w:firstLine="450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3.1 การเขียน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ชื่อ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ผู้แต่ง</w:t>
      </w:r>
    </w:p>
    <w:p w14:paraId="6D229400" w14:textId="782EE477" w:rsidR="00AE25C2" w:rsidRDefault="00000000" w:rsidP="00AE25C2">
      <w:pPr>
        <w:spacing w:after="0" w:line="240" w:lineRule="auto"/>
        <w:ind w:left="1080" w:hanging="360"/>
        <w:rPr>
          <w:rFonts w:ascii="TH SarabunPSK" w:hAnsi="TH SarabunPSK" w:cs="TH SarabunPSK" w:hint="cs"/>
          <w:sz w:val="32"/>
          <w:szCs w:val="32"/>
          <w:lang w:bidi="th-TH"/>
        </w:rPr>
      </w:pPr>
      <w:r w:rsidRPr="00AE25C2">
        <w:rPr>
          <w:rFonts w:ascii="TH SarabunPSK" w:hAnsi="TH SarabunPSK" w:cs="TH SarabunPSK"/>
          <w:sz w:val="32"/>
          <w:szCs w:val="32"/>
        </w:rPr>
        <w:t>• 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ภาษาไทย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นามสกุล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แนวทาง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ภาษาไทย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มหาวิทยาลัย</w:t>
      </w:r>
      <w:r w:rsidR="00AE25C2">
        <w:rPr>
          <w:rFonts w:ascii="TH SarabunPSK" w:hAnsi="TH SarabunPSK" w:cs="TH SarabunPSK" w:hint="cs"/>
          <w:sz w:val="32"/>
          <w:szCs w:val="32"/>
          <w:cs/>
          <w:lang w:bidi="th-TH"/>
        </w:rPr>
        <w:t>นั้นๆ</w:t>
      </w:r>
    </w:p>
    <w:p w14:paraId="12D804F5" w14:textId="1DA5EDDC" w:rsidR="0011376E" w:rsidRPr="00AE25C2" w:rsidRDefault="00AE25C2" w:rsidP="00AE25C2">
      <w:pPr>
        <w:spacing w:after="0" w:line="240" w:lineRule="auto"/>
        <w:ind w:left="108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000000" w:rsidRPr="00AE25C2">
        <w:rPr>
          <w:rFonts w:ascii="TH SarabunPSK" w:hAnsi="TH SarabunPSK" w:cs="TH SarabunPSK"/>
          <w:sz w:val="32"/>
          <w:szCs w:val="32"/>
        </w:rPr>
        <w:t>ส่วน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ภาษาอังกฤษ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ใช้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สกุล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ตาม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ด้วย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อักษรย่อ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ของ</w:t>
      </w:r>
      <w:r w:rsidR="00000000" w:rsidRPr="00AE25C2">
        <w:rPr>
          <w:rFonts w:ascii="Arial" w:hAnsi="Arial" w:cs="Arial"/>
          <w:sz w:val="32"/>
          <w:szCs w:val="32"/>
        </w:rPr>
        <w:t>​</w:t>
      </w:r>
      <w:r w:rsidR="00000000" w:rsidRPr="00AE25C2">
        <w:rPr>
          <w:rFonts w:ascii="TH SarabunPSK" w:hAnsi="TH SarabunPSK" w:cs="TH SarabunPSK"/>
          <w:sz w:val="32"/>
          <w:szCs w:val="32"/>
        </w:rPr>
        <w:t>ชื่อ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835"/>
        <w:gridCol w:w="5754"/>
      </w:tblGrid>
      <w:tr w:rsidR="0011376E" w:rsidRPr="00AE25C2" w14:paraId="462D30DE" w14:textId="77777777">
        <w:trPr>
          <w:cantSplit/>
          <w:tblHeader/>
        </w:trPr>
        <w:tc>
          <w:tcPr>
            <w:tcW w:w="2835" w:type="dxa"/>
            <w:shd w:val="clear" w:color="auto" w:fill="F2F2F2"/>
            <w:vAlign w:val="center"/>
          </w:tcPr>
          <w:p w14:paraId="0442D8B7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กรณี</w:t>
            </w:r>
          </w:p>
        </w:tc>
        <w:tc>
          <w:tcPr>
            <w:tcW w:w="5754" w:type="dxa"/>
            <w:shd w:val="clear" w:color="auto" w:fill="F2F2F2"/>
            <w:vAlign w:val="center"/>
          </w:tcPr>
          <w:p w14:paraId="13809051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ตัวอย่าง</w:t>
            </w:r>
            <w:r w:rsidRPr="00AE25C2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รูป</w:t>
            </w:r>
            <w:r w:rsidRPr="00AE25C2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b/>
                <w:sz w:val="32"/>
                <w:szCs w:val="32"/>
              </w:rPr>
              <w:t>ชื่อ</w:t>
            </w:r>
          </w:p>
        </w:tc>
      </w:tr>
      <w:tr w:rsidR="0011376E" w:rsidRPr="00AE25C2" w14:paraId="167E2115" w14:textId="77777777">
        <w:trPr>
          <w:cantSplit/>
        </w:trPr>
        <w:tc>
          <w:tcPr>
            <w:tcW w:w="2835" w:type="dxa"/>
            <w:vAlign w:val="center"/>
          </w:tcPr>
          <w:p w14:paraId="4EB88C64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ภาษาไทย 1 คน</w:t>
            </w:r>
          </w:p>
        </w:tc>
        <w:tc>
          <w:tcPr>
            <w:tcW w:w="5754" w:type="dxa"/>
            <w:vAlign w:val="center"/>
          </w:tcPr>
          <w:p w14:paraId="18EEA6B5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สม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ชาย ใจดี.</w:t>
            </w:r>
          </w:p>
        </w:tc>
      </w:tr>
      <w:tr w:rsidR="0011376E" w:rsidRPr="00AE25C2" w14:paraId="71A2596B" w14:textId="77777777">
        <w:trPr>
          <w:cantSplit/>
        </w:trPr>
        <w:tc>
          <w:tcPr>
            <w:tcW w:w="2835" w:type="dxa"/>
            <w:vAlign w:val="center"/>
          </w:tcPr>
          <w:p w14:paraId="7FC7E65C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ภาษาไทย 2 คน</w:t>
            </w:r>
          </w:p>
        </w:tc>
        <w:tc>
          <w:tcPr>
            <w:tcW w:w="5754" w:type="dxa"/>
            <w:vAlign w:val="center"/>
          </w:tcPr>
          <w:p w14:paraId="32DD5F6B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สม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ชาย ใจดี และ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สม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หญิง รัก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เรียน.</w:t>
            </w:r>
          </w:p>
        </w:tc>
      </w:tr>
      <w:tr w:rsidR="0011376E" w:rsidRPr="00AE25C2" w14:paraId="2DF3C6B8" w14:textId="77777777">
        <w:trPr>
          <w:cantSplit/>
        </w:trPr>
        <w:tc>
          <w:tcPr>
            <w:tcW w:w="2835" w:type="dxa"/>
            <w:vAlign w:val="center"/>
          </w:tcPr>
          <w:p w14:paraId="7C4D5DFF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ภาษาอังกฤษ 1 คน</w:t>
            </w:r>
          </w:p>
        </w:tc>
        <w:tc>
          <w:tcPr>
            <w:tcW w:w="5754" w:type="dxa"/>
            <w:vAlign w:val="center"/>
          </w:tcPr>
          <w:p w14:paraId="3F1BF0DB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Smith, J. A.</w:t>
            </w:r>
          </w:p>
        </w:tc>
      </w:tr>
      <w:tr w:rsidR="0011376E" w:rsidRPr="00AE25C2" w14:paraId="4E23BCB4" w14:textId="77777777">
        <w:trPr>
          <w:cantSplit/>
        </w:trPr>
        <w:tc>
          <w:tcPr>
            <w:tcW w:w="2835" w:type="dxa"/>
            <w:vAlign w:val="center"/>
          </w:tcPr>
          <w:p w14:paraId="7C1B4D6B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ภาษาอังกฤษ 2 คน</w:t>
            </w:r>
          </w:p>
        </w:tc>
        <w:tc>
          <w:tcPr>
            <w:tcW w:w="5754" w:type="dxa"/>
            <w:vAlign w:val="center"/>
          </w:tcPr>
          <w:p w14:paraId="3E75F423" w14:textId="77777777" w:rsidR="0011376E" w:rsidRPr="00AE25C2" w:rsidRDefault="00000000" w:rsidP="00AE25C2">
            <w:pPr>
              <w:keepNext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  <w:lang w:val="en-US"/>
              </w:rPr>
              <w:t>Smith, J. A., &amp; Lee, M. B.</w:t>
            </w:r>
          </w:p>
        </w:tc>
      </w:tr>
      <w:tr w:rsidR="0011376E" w:rsidRPr="00AE25C2" w14:paraId="5FD17AC7" w14:textId="77777777">
        <w:trPr>
          <w:cantSplit/>
        </w:trPr>
        <w:tc>
          <w:tcPr>
            <w:tcW w:w="2835" w:type="dxa"/>
            <w:vAlign w:val="center"/>
          </w:tcPr>
          <w:p w14:paraId="4C0B2500" w14:textId="77777777" w:rsidR="0011376E" w:rsidRPr="00AE25C2" w:rsidRDefault="00000000" w:rsidP="00AE25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หน่วยงาน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เป็น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ผู้แต่ง</w:t>
            </w:r>
          </w:p>
        </w:tc>
        <w:tc>
          <w:tcPr>
            <w:tcW w:w="5754" w:type="dxa"/>
            <w:vAlign w:val="center"/>
          </w:tcPr>
          <w:p w14:paraId="62974225" w14:textId="77777777" w:rsidR="0011376E" w:rsidRPr="00AE25C2" w:rsidRDefault="00000000" w:rsidP="00AE25C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25C2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เต็ม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หน่วยงาน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ตาม</w:t>
            </w:r>
            <w:r w:rsidRPr="00AE25C2">
              <w:rPr>
                <w:rFonts w:ascii="Arial" w:hAnsi="Arial" w:cs="Arial"/>
                <w:sz w:val="32"/>
                <w:szCs w:val="32"/>
              </w:rPr>
              <w:t>​</w:t>
            </w:r>
            <w:r w:rsidRPr="00AE25C2">
              <w:rPr>
                <w:rFonts w:ascii="TH SarabunPSK" w:hAnsi="TH SarabunPSK" w:cs="TH SarabunPSK"/>
                <w:sz w:val="32"/>
                <w:szCs w:val="32"/>
              </w:rPr>
              <w:t>เอกสาร</w:t>
            </w:r>
          </w:p>
        </w:tc>
      </w:tr>
    </w:tbl>
    <w:p w14:paraId="02600F5F" w14:textId="77777777" w:rsidR="0011376E" w:rsidRPr="00AE25C2" w:rsidRDefault="0011376E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3A5247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บุคคล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ตาราง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สมมติ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เพื่อ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แสดง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รูปแบบ</w:t>
      </w:r>
    </w:p>
    <w:p w14:paraId="6A73526C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ภาษาอังกฤษ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ถึง 20 คน ระบุชื่อ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ทุกคน; ตั้งแต่ 21 คน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ขึ้นไป ระบุ 19 คน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แรก 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ด้วย . . . แล้ว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สุดท้าย โดย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 &amp; ก่อน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สุดท้าย</w:t>
      </w:r>
    </w:p>
    <w:p w14:paraId="652DE7E7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การย่อ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ด้วย et al. 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หาไม่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วิธี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ลงชื่อ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บรรณานุกรม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ทุก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กรณี</w:t>
      </w:r>
    </w:p>
    <w:p w14:paraId="2D266DA0" w14:textId="77777777" w:rsidR="0011376E" w:rsidRPr="00AE25C2" w:rsidRDefault="00000000" w:rsidP="00AE25C2">
      <w:pPr>
        <w:pStyle w:val="Heading2"/>
        <w:spacing w:before="0" w:after="0" w:line="240" w:lineRule="auto"/>
        <w:ind w:firstLine="227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3.2 เมื่อ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ข้อมูล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ไม่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ครบ</w:t>
      </w:r>
    </w:p>
    <w:p w14:paraId="36484B66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เผยแพร่: APA ใช้ n.d.; แนวทาง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ภาษาไทย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 ม.ป.ป. ได้ ควร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รูปแบบ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เดียวกัน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สำหรับ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เดียวกัน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</w:t>
      </w:r>
    </w:p>
    <w:p w14:paraId="0E814B58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ผู้แต่ง: นำ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ชื่อเรื่อง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ส่วน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แรก แล้ว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ด้วย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นั้น</w:t>
      </w:r>
    </w:p>
    <w:p w14:paraId="113426CB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ดาวน์โหลด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เครื่องมือ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ค้นหา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แทน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ต้นฉบับ</w:t>
      </w:r>
    </w:p>
    <w:p w14:paraId="18C0F996" w14:textId="34332962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3E33C00A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4 หนังสือ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หนังสือ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อิเล็กทรอนิกส์</w:t>
      </w:r>
    </w:p>
    <w:p w14:paraId="625B2396" w14:textId="70C0FD8D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</w:t>
      </w:r>
      <w:r w:rsidR="00000000" w:rsidRPr="00AE25C2">
        <w:rPr>
          <w:rFonts w:ascii="TH SarabunPSK" w:hAnsi="TH SarabunPSK" w:cs="TH SarabunPSK"/>
        </w:rPr>
        <w:t>4.1 รูปแบบ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หนังสือ</w:t>
      </w:r>
    </w:p>
    <w:p w14:paraId="5D71172B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ผู้แต่ง. (ปี).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หนังสือ</w:t>
      </w:r>
      <w:r w:rsidRPr="00AE25C2">
        <w:rPr>
          <w:rFonts w:ascii="TH SarabunPSK" w:hAnsi="TH SarabunPSK" w:cs="TH SarabunPSK"/>
          <w:sz w:val="32"/>
          <w:szCs w:val="32"/>
        </w:rPr>
        <w:t xml:space="preserve"> (พิมพ์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 ถ้า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ครั้งแรก). สำนักพิมพ์.</w:t>
      </w:r>
    </w:p>
    <w:p w14:paraId="5692B91E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Author, A. A. (Year). </w:t>
      </w:r>
      <w:r w:rsidRPr="00AE25C2">
        <w:rPr>
          <w:rFonts w:ascii="TH SarabunPSK" w:hAnsi="TH SarabunPSK" w:cs="TH SarabunPSK"/>
          <w:i/>
          <w:sz w:val="32"/>
          <w:szCs w:val="32"/>
          <w:lang w:val="en-US"/>
        </w:rPr>
        <w:t>Title of the book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 (2nd ed.). </w:t>
      </w:r>
      <w:r w:rsidRPr="00AE25C2">
        <w:rPr>
          <w:rFonts w:ascii="TH SarabunPSK" w:hAnsi="TH SarabunPSK" w:cs="TH SarabunPSK"/>
          <w:sz w:val="32"/>
          <w:szCs w:val="32"/>
        </w:rPr>
        <w:t>Publisher.</w:t>
      </w:r>
    </w:p>
    <w:p w14:paraId="55D48E56" w14:textId="77777777" w:rsidR="0011376E" w:rsidRPr="00AE25C2" w:rsidRDefault="00000000" w:rsidP="00AE25C2">
      <w:pPr>
        <w:pStyle w:val="Heading2"/>
        <w:spacing w:before="0" w:after="0" w:line="240" w:lineRule="auto"/>
        <w:ind w:left="720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ตัวอย่าง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สมมติ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ภาษาไทย</w:t>
      </w:r>
    </w:p>
    <w:p w14:paraId="56655C4C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สม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ชาย ใจดี. (2568). </w:t>
      </w:r>
      <w:r w:rsidRPr="00AE25C2">
        <w:rPr>
          <w:rFonts w:ascii="TH SarabunPSK" w:hAnsi="TH SarabunPSK" w:cs="TH SarabunPSK"/>
          <w:i/>
          <w:sz w:val="32"/>
          <w:szCs w:val="32"/>
        </w:rPr>
        <w:t>การพัฒนา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สื่อ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ดิจิทัล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เพื่อ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การเรียนรู้</w:t>
      </w:r>
      <w:r w:rsidRPr="00AE25C2">
        <w:rPr>
          <w:rFonts w:ascii="TH SarabunPSK" w:hAnsi="TH SarabunPSK" w:cs="TH SarabunPSK"/>
          <w:sz w:val="32"/>
          <w:szCs w:val="32"/>
        </w:rPr>
        <w:t xml:space="preserve"> (พิมพ์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 2). สำนักพิมพ์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ตัวอย่าง.</w:t>
      </w:r>
    </w:p>
    <w:p w14:paraId="0992AE66" w14:textId="77777777" w:rsidR="0011376E" w:rsidRPr="00AE25C2" w:rsidRDefault="00000000" w:rsidP="00AE25C2">
      <w:pPr>
        <w:pStyle w:val="Heading2"/>
        <w:spacing w:before="0" w:after="0" w:line="240" w:lineRule="auto"/>
        <w:ind w:left="720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ตัวอย่าง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สมมติ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ภาษาอังกฤษ</w:t>
      </w:r>
    </w:p>
    <w:p w14:paraId="5B3929EA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Smith, J. A. (2024). </w:t>
      </w:r>
      <w:r w:rsidRPr="00AE25C2">
        <w:rPr>
          <w:rFonts w:ascii="TH SarabunPSK" w:hAnsi="TH SarabunPSK" w:cs="TH SarabunPSK"/>
          <w:i/>
          <w:sz w:val="32"/>
          <w:szCs w:val="32"/>
          <w:lang w:val="en-US"/>
        </w:rPr>
        <w:t>Digital learning design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 (2nd ed.). </w:t>
      </w:r>
      <w:r w:rsidRPr="00AE25C2">
        <w:rPr>
          <w:rFonts w:ascii="TH SarabunPSK" w:hAnsi="TH SarabunPSK" w:cs="TH SarabunPSK"/>
          <w:sz w:val="32"/>
          <w:szCs w:val="32"/>
        </w:rPr>
        <w:t>Example Press.</w:t>
      </w:r>
    </w:p>
    <w:p w14:paraId="3B09CBF4" w14:textId="77777777" w:rsidR="0011376E" w:rsidRPr="00AE25C2" w:rsidRDefault="00000000" w:rsidP="00AE25C2">
      <w:pPr>
        <w:pStyle w:val="Heading2"/>
        <w:spacing w:before="0" w:after="0" w:line="240" w:lineRule="auto"/>
        <w:ind w:firstLine="227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4.2 หนังสือ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อิเล็กทรอนิกส์</w:t>
      </w:r>
    </w:p>
    <w:p w14:paraId="01E2103C" w14:textId="77777777" w:rsidR="0011376E" w:rsidRPr="00AE25C2" w:rsidRDefault="00000000" w:rsidP="00AE25C2">
      <w:pPr>
        <w:spacing w:after="0" w:line="240" w:lineRule="auto"/>
        <w:ind w:left="908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โครงสร้าง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เหมือน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หนังสือ หาก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DOI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ต่อท้าย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ด้วย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รูป https://doi.org/รหัส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</w:t>
      </w:r>
    </w:p>
    <w:p w14:paraId="589570F0" w14:textId="77777777" w:rsidR="0011376E" w:rsidRPr="00AE25C2" w:rsidRDefault="00000000" w:rsidP="00AE25C2">
      <w:pPr>
        <w:spacing w:after="0" w:line="240" w:lineRule="auto"/>
        <w:ind w:left="908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ถ้า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DOI แต่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URL 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เปิด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เข้าถึง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อย่าง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คงที่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 URL ตามเงื่อนไข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 หนังสือ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ฐานข้อมูล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วิชาการ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ทั่วไป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DOI มัก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สำนักพิมพ์</w:t>
      </w:r>
    </w:p>
    <w:p w14:paraId="781A884B" w14:textId="77777777" w:rsidR="0011376E" w:rsidRPr="00AE25C2" w:rsidRDefault="00000000" w:rsidP="00AE25C2">
      <w:pPr>
        <w:spacing w:after="0" w:line="240" w:lineRule="auto"/>
        <w:ind w:left="908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หนังสือ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 ครั้ง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 1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เมือง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สถานที่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พิมพ์</w:t>
      </w:r>
    </w:p>
    <w:p w14:paraId="2CEBA5AD" w14:textId="77777777" w:rsidR="0011376E" w:rsidRPr="00AE25C2" w:rsidRDefault="00000000" w:rsidP="00AE25C2">
      <w:pPr>
        <w:spacing w:after="0" w:line="240" w:lineRule="auto"/>
        <w:ind w:left="681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อ่าน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ประกอบ: Book/ebook references ดู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สุดท้าย</w:t>
      </w:r>
    </w:p>
    <w:p w14:paraId="673F9E36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5 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</w:t>
      </w:r>
    </w:p>
    <w:p w14:paraId="0EA55895" w14:textId="11F39C62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</w:t>
      </w:r>
      <w:r w:rsidR="00000000" w:rsidRPr="00AE25C2">
        <w:rPr>
          <w:rFonts w:ascii="TH SarabunPSK" w:hAnsi="TH SarabunPSK" w:cs="TH SarabunPSK"/>
        </w:rPr>
        <w:t>5.1 รูปแบบ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ทั่วไป</w:t>
      </w:r>
    </w:p>
    <w:p w14:paraId="7844133C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ผู้แต่ง. (ปี).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บทความ.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วารสาร, เลข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ปี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ที่</w:t>
      </w:r>
      <w:r w:rsidRPr="00AE25C2">
        <w:rPr>
          <w:rFonts w:ascii="TH SarabunPSK" w:hAnsi="TH SarabunPSK" w:cs="TH SarabunPSK"/>
          <w:sz w:val="32"/>
          <w:szCs w:val="32"/>
        </w:rPr>
        <w:t>(เลข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ที่), หน้า–หน้า. DOI หรือ URL 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กรณี</w:t>
      </w:r>
    </w:p>
    <w:p w14:paraId="66A2CD18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Author, A. A. (Year). Title of article. </w:t>
      </w:r>
      <w:r w:rsidRPr="00AE25C2">
        <w:rPr>
          <w:rFonts w:ascii="TH SarabunPSK" w:hAnsi="TH SarabunPSK" w:cs="TH SarabunPSK"/>
          <w:i/>
          <w:sz w:val="32"/>
          <w:szCs w:val="32"/>
        </w:rPr>
        <w:t>Journal Title, volume</w:t>
      </w:r>
      <w:r w:rsidRPr="00AE25C2">
        <w:rPr>
          <w:rFonts w:ascii="TH SarabunPSK" w:hAnsi="TH SarabunPSK" w:cs="TH SarabunPSK"/>
          <w:sz w:val="32"/>
          <w:szCs w:val="32"/>
        </w:rPr>
        <w:t>(issue), page–page. DOI or URL</w:t>
      </w:r>
    </w:p>
    <w:p w14:paraId="0EA30BEE" w14:textId="77777777" w:rsidR="0011376E" w:rsidRPr="00AE25C2" w:rsidRDefault="00000000" w:rsidP="00AE25C2">
      <w:pPr>
        <w:pStyle w:val="Heading2"/>
        <w:spacing w:before="0" w:after="0" w:line="240" w:lineRule="auto"/>
        <w:ind w:left="720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ตัวอย่าง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สมมติ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ภาษาไทย</w:t>
      </w:r>
    </w:p>
    <w:p w14:paraId="200D66C1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สม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หญิง รัก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เรียน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ชาย ใจดี. (2568). การพัฒนา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ระบบ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ตอบคำถาม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เพื่อ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การเรียนรู้. </w:t>
      </w:r>
      <w:r w:rsidRPr="00AE25C2">
        <w:rPr>
          <w:rFonts w:ascii="TH SarabunPSK" w:hAnsi="TH SarabunPSK" w:cs="TH SarabunPSK"/>
          <w:i/>
          <w:sz w:val="32"/>
          <w:szCs w:val="32"/>
        </w:rPr>
        <w:t>วารสาร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การเรียนรู้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ตัวอย่าง, 5</w:t>
      </w:r>
      <w:r w:rsidRPr="00AE25C2">
        <w:rPr>
          <w:rFonts w:ascii="TH SarabunPSK" w:hAnsi="TH SarabunPSK" w:cs="TH SarabunPSK"/>
          <w:sz w:val="32"/>
          <w:szCs w:val="32"/>
        </w:rPr>
        <w:t>(2), 15–28.</w:t>
      </w:r>
    </w:p>
    <w:p w14:paraId="3D2BC3EB" w14:textId="77777777" w:rsidR="0011376E" w:rsidRPr="00AE25C2" w:rsidRDefault="00000000" w:rsidP="00AE25C2">
      <w:pPr>
        <w:pStyle w:val="Heading2"/>
        <w:spacing w:before="0" w:after="0" w:line="240" w:lineRule="auto"/>
        <w:ind w:left="720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ตัวอย่าง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สมมติ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ภาษาอังกฤษ</w:t>
      </w:r>
    </w:p>
    <w:p w14:paraId="5307E4FD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  <w:lang w:val="en-US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Lee, M. B., &amp; Smith, J. A. (2024). 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Designing a learning chatbot. </w:t>
      </w:r>
      <w:r w:rsidRPr="00AE25C2">
        <w:rPr>
          <w:rFonts w:ascii="TH SarabunPSK" w:hAnsi="TH SarabunPSK" w:cs="TH SarabunPSK"/>
          <w:i/>
          <w:sz w:val="32"/>
          <w:szCs w:val="32"/>
          <w:lang w:val="en-US"/>
        </w:rPr>
        <w:t>Example Learning Journal, 8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>(1), 10–22.</w:t>
      </w:r>
    </w:p>
    <w:p w14:paraId="70E896D9" w14:textId="5A181018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25EFF3FA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จุด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ที่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ต้อง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ตรวจ</w:t>
      </w:r>
    </w:p>
    <w:p w14:paraId="016F7C17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เอียง;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เอียง; 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วงเล็บ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</w:t>
      </w:r>
    </w:p>
    <w:p w14:paraId="2CF82FA9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มี DOI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 DOI 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เขียน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 https://doi:…</w:t>
      </w:r>
    </w:p>
    <w:p w14:paraId="48492DCD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DOI: 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ฐานข้อมูล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วิชาการ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ทั่วไป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มัก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เลขหน้า ส่วน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เข้าถึง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โดยตรง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เพิ่ม URL 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</w:p>
    <w:p w14:paraId="3A6EFAC9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แทน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เลขหน้า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ต้นฉบับ</w:t>
      </w:r>
    </w:p>
    <w:p w14:paraId="4E97C2FE" w14:textId="77777777" w:rsidR="0011376E" w:rsidRPr="00AE25C2" w:rsidRDefault="00000000" w:rsidP="00AE25C2">
      <w:pPr>
        <w:spacing w:after="0" w:line="240" w:lineRule="auto"/>
        <w:ind w:left="454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อ่าน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ประกอบ: Journal article references ดู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สุดท้าย</w:t>
      </w:r>
    </w:p>
    <w:p w14:paraId="2F20592D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6 วิทยานิพนธ์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คลัง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สถาบัน</w:t>
      </w:r>
    </w:p>
    <w:p w14:paraId="0709D118" w14:textId="240F0951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 </w:t>
      </w:r>
      <w:r w:rsidR="00000000" w:rsidRPr="00AE25C2">
        <w:rPr>
          <w:rFonts w:ascii="TH SarabunPSK" w:hAnsi="TH SarabunPSK" w:cs="TH SarabunPSK"/>
        </w:rPr>
        <w:t>6.1 วิทยานิพนธ์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ที่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ไม่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ได้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เผยแพร่</w:t>
      </w:r>
    </w:p>
    <w:p w14:paraId="1EA72C9C" w14:textId="77777777" w:rsidR="0011376E" w:rsidRPr="00AE25C2" w:rsidRDefault="00000000" w:rsidP="00AE25C2">
      <w:pPr>
        <w:keepLines/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ผู้แต่ง. (ปี).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วิทยานิพนธ์</w:t>
      </w:r>
      <w:r w:rsidRPr="00AE25C2">
        <w:rPr>
          <w:rFonts w:ascii="TH SarabunPSK" w:hAnsi="TH SarabunPSK" w:cs="TH SarabunPSK"/>
          <w:sz w:val="32"/>
          <w:szCs w:val="32"/>
        </w:rPr>
        <w:t xml:space="preserve"> [วิทยานิพนธ์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ปริญญา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มหาบัณฑิต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ตีพิมพ์].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มหาวิทยาลัย.</w:t>
      </w:r>
    </w:p>
    <w:p w14:paraId="0E671A91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ระบุ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ปริญญา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 เช่น ปริญญา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มหาบัณฑิต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ดุษฎีบัณฑิต</w:t>
      </w:r>
    </w:p>
    <w:p w14:paraId="2472E181" w14:textId="417D3C7F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 </w:t>
      </w:r>
      <w:r w:rsidR="00000000" w:rsidRPr="00AE25C2">
        <w:rPr>
          <w:rFonts w:ascii="TH SarabunPSK" w:hAnsi="TH SarabunPSK" w:cs="TH SarabunPSK"/>
        </w:rPr>
        <w:t>6.2 วิทยานิพนธ์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ที่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เผยแพร่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ใน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คลัง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สถาบัน</w:t>
      </w:r>
    </w:p>
    <w:p w14:paraId="6641C783" w14:textId="77777777" w:rsidR="0011376E" w:rsidRPr="00AE25C2" w:rsidRDefault="00000000" w:rsidP="00AE25C2">
      <w:pPr>
        <w:keepLines/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ผู้แต่ง. (ปี).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วิทยานิพนธ์</w:t>
      </w:r>
      <w:r w:rsidRPr="00AE25C2">
        <w:rPr>
          <w:rFonts w:ascii="TH SarabunPSK" w:hAnsi="TH SarabunPSK" w:cs="TH SarabunPSK"/>
          <w:sz w:val="32"/>
          <w:szCs w:val="32"/>
        </w:rPr>
        <w:t xml:space="preserve"> [วิทยานิพนธ์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ปริญญา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มหาบัณฑิต,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มหาวิทยาลัย].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คลัง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สถาบัน. URL</w:t>
      </w:r>
    </w:p>
    <w:p w14:paraId="048FC888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ตัวอย่าง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สมมติ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โดย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เว้น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ช่อง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ข้อมูลจริง</w:t>
      </w:r>
    </w:p>
    <w:p w14:paraId="1B0CB804" w14:textId="77777777" w:rsidR="0011376E" w:rsidRPr="00AE25C2" w:rsidRDefault="00000000" w:rsidP="00AE25C2">
      <w:pPr>
        <w:keepLines/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สม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ชาย ใจดี. (2568). </w:t>
      </w:r>
      <w:r w:rsidRPr="00AE25C2">
        <w:rPr>
          <w:rFonts w:ascii="TH SarabunPSK" w:hAnsi="TH SarabunPSK" w:cs="TH SarabunPSK"/>
          <w:i/>
          <w:sz w:val="32"/>
          <w:szCs w:val="32"/>
        </w:rPr>
        <w:t>การพัฒนา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ระบบ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บริการ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ข้อมูล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สำหรับ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ผู้เรียน</w:t>
      </w:r>
      <w:r w:rsidRPr="00AE25C2">
        <w:rPr>
          <w:rFonts w:ascii="TH SarabunPSK" w:hAnsi="TH SarabunPSK" w:cs="TH SarabunPSK"/>
          <w:sz w:val="32"/>
          <w:szCs w:val="32"/>
        </w:rPr>
        <w:t xml:space="preserve"> [วิทยานิพนธ์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ปริญญา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มหาบัณฑิต, มหาวิทยาลัย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ตัวอย่าง]. คลัง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ปัญญา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มหาวิทยาลัย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ตัวอย่าง. [ใส่ URL 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จริง]</w:t>
      </w:r>
    </w:p>
    <w:p w14:paraId="51FC242E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ก่อน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นำ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รายการ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ไป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ใช้</w:t>
      </w:r>
    </w:p>
    <w:p w14:paraId="5104D16D" w14:textId="77777777" w:rsidR="0011376E" w:rsidRPr="00AE25C2" w:rsidRDefault="00000000" w:rsidP="00AE25C2">
      <w:pPr>
        <w:spacing w:after="0" w:line="240" w:lineRule="auto"/>
        <w:ind w:left="227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ตรวจ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ปริญญา มหาวิทยาลัย ปี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สถานะ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เต็ม</w:t>
      </w:r>
    </w:p>
    <w:p w14:paraId="40E31ED6" w14:textId="77777777" w:rsidR="0011376E" w:rsidRPr="00AE25C2" w:rsidRDefault="00000000" w:rsidP="00AE25C2">
      <w:pPr>
        <w:spacing w:after="0" w:line="240" w:lineRule="auto"/>
        <w:ind w:left="227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ใช้ URL 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ถาวร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คลัง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สถาบัน เมื่อ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ค้นหา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ส่วนตัว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ผู้อื่น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</w:p>
    <w:p w14:paraId="6422C238" w14:textId="77777777" w:rsidR="0011376E" w:rsidRPr="00AE25C2" w:rsidRDefault="00000000" w:rsidP="00AE25C2">
      <w:pPr>
        <w:spacing w:after="0" w:line="240" w:lineRule="auto"/>
        <w:ind w:left="227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กรณี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ฐานข้อมูล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เชิงพาณิชย์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อาจ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หมายเลข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สิ่งพิมพ์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ฐานข้อมูล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ตรวจ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เฉพาะ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จาก APA Style</w:t>
      </w:r>
    </w:p>
    <w:p w14:paraId="2481CD51" w14:textId="52FE81D3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22AE5047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7 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หน่วยงาน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</w:p>
    <w:p w14:paraId="144A81F2" w14:textId="13DD46D8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 </w:t>
      </w:r>
      <w:r w:rsidR="00000000" w:rsidRPr="00AE25C2">
        <w:rPr>
          <w:rFonts w:ascii="TH SarabunPSK" w:hAnsi="TH SarabunPSK" w:cs="TH SarabunPSK"/>
        </w:rPr>
        <w:t>7.1 หน้า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เว็บ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ที่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มี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ผู้แต่ง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และ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วันที่</w:t>
      </w:r>
    </w:p>
    <w:p w14:paraId="0967E5B4" w14:textId="77777777" w:rsidR="0011376E" w:rsidRPr="00AE25C2" w:rsidRDefault="00000000" w:rsidP="00AE25C2">
      <w:pPr>
        <w:keepLines/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  <w:lang w:val="en-US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ผู้แต่ง. (ปี, วัน เดือน).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หน้า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เว็บ</w:t>
      </w:r>
      <w:r w:rsidRPr="00AE25C2">
        <w:rPr>
          <w:rFonts w:ascii="TH SarabunPSK" w:hAnsi="TH SarabunPSK" w:cs="TH SarabunPSK"/>
          <w:sz w:val="32"/>
          <w:szCs w:val="32"/>
        </w:rPr>
        <w:t>.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เว็บไซต์. 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>URL</w:t>
      </w:r>
    </w:p>
    <w:p w14:paraId="71E3D41F" w14:textId="77777777" w:rsidR="0011376E" w:rsidRPr="00AE25C2" w:rsidRDefault="00000000" w:rsidP="00AE25C2">
      <w:pPr>
        <w:keepLines/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Author, A. A. (Year, Month day). </w:t>
      </w:r>
      <w:r w:rsidRPr="00AE25C2">
        <w:rPr>
          <w:rFonts w:ascii="TH SarabunPSK" w:hAnsi="TH SarabunPSK" w:cs="TH SarabunPSK"/>
          <w:i/>
          <w:sz w:val="32"/>
          <w:szCs w:val="32"/>
          <w:lang w:val="en-US"/>
        </w:rPr>
        <w:t>Title of webpage</w:t>
      </w:r>
      <w:r w:rsidRPr="00AE25C2">
        <w:rPr>
          <w:rFonts w:ascii="TH SarabunPSK" w:hAnsi="TH SarabunPSK" w:cs="TH SarabunPSK"/>
          <w:sz w:val="32"/>
          <w:szCs w:val="32"/>
          <w:lang w:val="en-US"/>
        </w:rPr>
        <w:t xml:space="preserve">. Website Name. </w:t>
      </w:r>
      <w:r w:rsidRPr="00AE25C2">
        <w:rPr>
          <w:rFonts w:ascii="TH SarabunPSK" w:hAnsi="TH SarabunPSK" w:cs="TH SarabunPSK"/>
          <w:sz w:val="32"/>
          <w:szCs w:val="32"/>
        </w:rPr>
        <w:t>URL</w:t>
      </w:r>
    </w:p>
    <w:p w14:paraId="4C4DB022" w14:textId="0DC608E6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 </w:t>
      </w:r>
      <w:r w:rsidR="00000000" w:rsidRPr="00AE25C2">
        <w:rPr>
          <w:rFonts w:ascii="TH SarabunPSK" w:hAnsi="TH SarabunPSK" w:cs="TH SarabunPSK"/>
        </w:rPr>
        <w:t>7.2 หน่วยงาน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เป็น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ผู้แต่ง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และ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ชื่อ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เว็บไซต์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เหมือนกัน</w:t>
      </w:r>
    </w:p>
    <w:p w14:paraId="5B6AE064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หน่วยงาน. (ปี, วัน เดือน).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หน้า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เว็บ</w:t>
      </w:r>
      <w:r w:rsidRPr="00AE25C2">
        <w:rPr>
          <w:rFonts w:ascii="TH SarabunPSK" w:hAnsi="TH SarabunPSK" w:cs="TH SarabunPSK"/>
          <w:sz w:val="32"/>
          <w:szCs w:val="32"/>
        </w:rPr>
        <w:t>. URL</w:t>
      </w:r>
    </w:p>
    <w:p w14:paraId="2E2F4694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เขียน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เว็บไซต์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ซ้ำ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เมื่อ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เดียว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</w:p>
    <w:p w14:paraId="66B364F8" w14:textId="3AA94ACB" w:rsidR="0011376E" w:rsidRPr="00AE25C2" w:rsidRDefault="00AE25C2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bidi="th-TH"/>
        </w:rPr>
        <w:t xml:space="preserve">    </w:t>
      </w:r>
      <w:r w:rsidR="00000000" w:rsidRPr="00AE25C2">
        <w:rPr>
          <w:rFonts w:ascii="TH SarabunPSK" w:hAnsi="TH SarabunPSK" w:cs="TH SarabunPSK"/>
        </w:rPr>
        <w:t>7.3 ไม่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ปรากฏ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วันที่</w:t>
      </w:r>
      <w:r w:rsidR="00000000" w:rsidRPr="00AE25C2">
        <w:rPr>
          <w:rFonts w:ascii="Arial" w:hAnsi="Arial" w:cs="Arial"/>
        </w:rPr>
        <w:t>​</w:t>
      </w:r>
      <w:r w:rsidR="00000000" w:rsidRPr="00AE25C2">
        <w:rPr>
          <w:rFonts w:ascii="TH SarabunPSK" w:hAnsi="TH SarabunPSK" w:cs="TH SarabunPSK"/>
        </w:rPr>
        <w:t>เผยแพร่</w:t>
      </w:r>
    </w:p>
    <w:p w14:paraId="0B3569B2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หน่วยงาน. (ม.ป.ป.). </w:t>
      </w:r>
      <w:r w:rsidRPr="00AE25C2">
        <w:rPr>
          <w:rFonts w:ascii="TH SarabunPSK" w:hAnsi="TH SarabunPSK" w:cs="TH SarabunPSK"/>
          <w:i/>
          <w:sz w:val="32"/>
          <w:szCs w:val="32"/>
        </w:rPr>
        <w:t>ชื่อ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หน้า</w:t>
      </w:r>
      <w:r w:rsidRPr="00AE25C2">
        <w:rPr>
          <w:rFonts w:ascii="Arial" w:hAnsi="Arial" w:cs="Arial"/>
          <w:i/>
          <w:sz w:val="32"/>
          <w:szCs w:val="32"/>
        </w:rPr>
        <w:t>​</w:t>
      </w:r>
      <w:r w:rsidRPr="00AE25C2">
        <w:rPr>
          <w:rFonts w:ascii="TH SarabunPSK" w:hAnsi="TH SarabunPSK" w:cs="TH SarabunPSK"/>
          <w:i/>
          <w:sz w:val="32"/>
          <w:szCs w:val="32"/>
        </w:rPr>
        <w:t>เว็บ</w:t>
      </w:r>
      <w:r w:rsidRPr="00AE25C2">
        <w:rPr>
          <w:rFonts w:ascii="TH SarabunPSK" w:hAnsi="TH SarabunPSK" w:cs="TH SarabunPSK"/>
          <w:sz w:val="32"/>
          <w:szCs w:val="32"/>
        </w:rPr>
        <w:t>. URL</w:t>
      </w:r>
    </w:p>
    <w:p w14:paraId="1B247ED9" w14:textId="77777777" w:rsidR="0011376E" w:rsidRPr="00AE25C2" w:rsidRDefault="00000000" w:rsidP="00AE25C2">
      <w:pPr>
        <w:keepLines/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 xml:space="preserve">Organization Name. (n.d.). </w:t>
      </w:r>
      <w:r w:rsidRPr="00AE25C2">
        <w:rPr>
          <w:rFonts w:ascii="TH SarabunPSK" w:hAnsi="TH SarabunPSK" w:cs="TH SarabunPSK"/>
          <w:i/>
          <w:sz w:val="32"/>
          <w:szCs w:val="32"/>
        </w:rPr>
        <w:t>Title of webpage</w:t>
      </w:r>
      <w:r w:rsidRPr="00AE25C2">
        <w:rPr>
          <w:rFonts w:ascii="TH SarabunPSK" w:hAnsi="TH SarabunPSK" w:cs="TH SarabunPSK"/>
          <w:sz w:val="32"/>
          <w:szCs w:val="32"/>
        </w:rPr>
        <w:t>. URL</w:t>
      </w:r>
    </w:p>
    <w:p w14:paraId="6223129D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จุด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ที่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ต้อง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ตรวจ</w:t>
      </w:r>
    </w:p>
    <w:p w14:paraId="768DEB52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ปรับปรุง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ชัดเจน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ลิขสิทธิ์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เว็บไซต์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แทน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โดยอัตโนมัติ</w:t>
      </w:r>
    </w:p>
    <w:p w14:paraId="3D89A445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ถ้า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รายงาน หนังสือ 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ที่อยู่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เว็บไซต์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รูปแบบ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ผลงาน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นั้น</w:t>
      </w:r>
    </w:p>
    <w:p w14:paraId="646FD217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วัน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สืบค้น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ทุก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เว็บ 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เมื่อ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เปลี่ยนแปลง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มี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เก็บ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ถาวร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แนวทาง APA</w:t>
      </w:r>
    </w:p>
    <w:p w14:paraId="30DBB331" w14:textId="77777777" w:rsidR="0011376E" w:rsidRPr="00AE25C2" w:rsidRDefault="00000000" w:rsidP="00AE25C2">
      <w:pPr>
        <w:spacing w:after="0" w:line="240" w:lineRule="auto"/>
        <w:ind w:left="681" w:hanging="227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•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จุด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ปิดท้าย URL/DOI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ทดสอบ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ว่า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ยัง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</w:t>
      </w:r>
    </w:p>
    <w:p w14:paraId="77763BC9" w14:textId="28360531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0DE077D2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8 ตรวจ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บรรณานุกรม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ก่อน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ส่ง</w:t>
      </w:r>
    </w:p>
    <w:p w14:paraId="7761790B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เลือก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เอกสาร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</w:t>
      </w:r>
    </w:p>
    <w:p w14:paraId="716D9F51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ผู้แต่ง ปี ชื่อเรื่อง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ครบ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ต้นฉบับ</w:t>
      </w:r>
    </w:p>
    <w:p w14:paraId="1585DE3D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ภาษาไทย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อักษรย่อ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ภาษาอังกฤษ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ถูกต้อง</w:t>
      </w:r>
    </w:p>
    <w:p w14:paraId="4BAB8EB8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ตัว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ประเภท เช่น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หนังสือ 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วารสาร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</w:p>
    <w:p w14:paraId="0F8F0A67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ครั้ง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พิมพ์ 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 เลข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ฉบับ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เลขหน้า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ตกหล่น</w:t>
      </w:r>
    </w:p>
    <w:p w14:paraId="7D8ED7EC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DOI/URL ถูกต้อง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ใส่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จุด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ลิงก์</w:t>
      </w:r>
    </w:p>
    <w:p w14:paraId="6BFE7603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ท้าย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เนื้อหา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ตรงกัน</w:t>
      </w:r>
    </w:p>
    <w:p w14:paraId="1C0245E8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แต่ละ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เป็นหนึ่ง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ย่อหน้า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 Hanging indent 0.5 นิ้ว</w:t>
      </w:r>
    </w:p>
    <w:p w14:paraId="1E408FA7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ระยะ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บรรทัด 2 เท่า ก่อน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หลัง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ย่อหน้า 0 pt</w:t>
      </w:r>
    </w:p>
    <w:p w14:paraId="2DD3C040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เรียง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อักษร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 ไม่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เรียง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ตามลำดับ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</w:p>
    <w:p w14:paraId="2F833523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ลบ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ข้อความ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แทน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สมมติ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ก่อน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ส่ง</w:t>
      </w:r>
    </w:p>
    <w:p w14:paraId="579A4A0B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เปิด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ดู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ไฟล์ PDF เพื่อ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ตรวจการ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บรรทัด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เอียง</w:t>
      </w:r>
    </w:p>
    <w:p w14:paraId="55176907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วิธี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เรียง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รายการ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อย่าง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ง่าย</w:t>
      </w:r>
    </w:p>
    <w:p w14:paraId="7E2513FF" w14:textId="77777777" w:rsidR="0011376E" w:rsidRPr="00AE25C2" w:rsidRDefault="00000000" w:rsidP="00AE25C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เรียง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ตามส่วน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แรก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ของ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 ซึ่ง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โดยทั่วไป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คือ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 ถ้า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รายวิชา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กำหนดให้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แยก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ภาษาไทย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ก่อน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ภาษาอังกฤษ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แนวทาง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นั้น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สม่ำเสมอ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ทั้ง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เล่ม งาน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ผู้แต่ง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เดียวกัน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เรียง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เก่า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ปีใหม่ 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กรณี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เดียวกัน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ต้อง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แยก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เนื้อหา</w:t>
      </w:r>
    </w:p>
    <w:p w14:paraId="6F7D1166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ห้าม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นำ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หนังสือ ชื่อ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บทความ ตัวเลข หรือ DOI 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ตัวอย่าง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สมมติ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ไป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ใช้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เป็น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หลักฐาน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อ้างอิง ให้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แทน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ด้วย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รายการ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ศึกษา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และ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ตรวจสอบ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จริง</w:t>
      </w:r>
    </w:p>
    <w:p w14:paraId="2C116852" w14:textId="1A6FBDB8" w:rsidR="0011376E" w:rsidRPr="00AE25C2" w:rsidRDefault="00AE25C2" w:rsidP="00AE25C2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32DBEBC7" w14:textId="77777777" w:rsidR="0011376E" w:rsidRPr="00AE25C2" w:rsidRDefault="00000000" w:rsidP="00AE25C2">
      <w:pPr>
        <w:pStyle w:val="Heading1"/>
        <w:pageBreakBefore/>
        <w:spacing w:before="0"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lastRenderedPageBreak/>
        <w:t>9 ใบ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ฝึก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เขียน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บรรณานุกรม</w:t>
      </w:r>
    </w:p>
    <w:p w14:paraId="39F110E7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ชื่อ–สกุล / กลุ่ม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70223F10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รายการ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ที่ 1</w:t>
      </w:r>
    </w:p>
    <w:p w14:paraId="6CDA3E26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เอกสาร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0B8F2308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ผู้แต่ง / หน่วยงาน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0D3F9AB0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5C1E0EEE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ชื่อเรื่อง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082F94C2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 / DOI / URL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246A9737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b/>
          <w:sz w:val="32"/>
          <w:szCs w:val="32"/>
        </w:rPr>
        <w:t>เขียน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รายการ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ให้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ครบ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ตาม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รูปแบบ</w:t>
      </w:r>
    </w:p>
    <w:p w14:paraId="2837F06C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050F381A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33E80142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66850336" w14:textId="77777777" w:rsidR="0011376E" w:rsidRPr="00AE25C2" w:rsidRDefault="00000000" w:rsidP="00AE25C2">
      <w:pPr>
        <w:pStyle w:val="Heading2"/>
        <w:spacing w:before="0" w:after="0" w:line="240" w:lineRule="auto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t>รายการ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ที่ 2</w:t>
      </w:r>
    </w:p>
    <w:p w14:paraId="17D91E57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ประเภท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เอกสาร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7F6D9C69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ผู้แต่ง / หน่วยงาน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2B1659D0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วันที่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หรือ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ปี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1380492C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ชื่อเรื่อง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3B83D0D6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เผยแพร่ / DOI / URL  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4AEF6FE4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b/>
          <w:sz w:val="32"/>
          <w:szCs w:val="32"/>
        </w:rPr>
        <w:t>เขียน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รายการ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ให้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ครบ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ตาม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รูปแบบ</w:t>
      </w:r>
    </w:p>
    <w:p w14:paraId="5EA468F9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645C0EEB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3AB52DE1" w14:textId="77777777" w:rsidR="0011376E" w:rsidRPr="00AE25C2" w:rsidRDefault="00000000" w:rsidP="00AE25C2">
      <w:pPr>
        <w:tabs>
          <w:tab w:val="right" w:leader="dot" w:pos="85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............</w:t>
      </w:r>
      <w:r w:rsidRPr="00AE25C2">
        <w:rPr>
          <w:rFonts w:ascii="TH SarabunPSK" w:hAnsi="TH SarabunPSK" w:cs="TH SarabunPSK"/>
          <w:sz w:val="32"/>
          <w:szCs w:val="32"/>
        </w:rPr>
        <w:tab/>
        <w:t>.</w:t>
      </w:r>
    </w:p>
    <w:p w14:paraId="53ADE8C7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sz w:val="32"/>
          <w:szCs w:val="32"/>
        </w:rPr>
        <w:t>ตรวจ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ร่วมกับ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ครู: </w:t>
      </w: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ข้อมูล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ครบ  </w:t>
      </w: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รูปแบบ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ถูกต้อง  </w:t>
      </w: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มี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การ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อ้าง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ใน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 xml:space="preserve">เนื้อหา  </w:t>
      </w:r>
      <w:r w:rsidRPr="00AE25C2">
        <w:rPr>
          <w:rFonts w:ascii="Arial" w:hAnsi="Arial" w:cs="Arial"/>
          <w:sz w:val="32"/>
          <w:szCs w:val="32"/>
        </w:rPr>
        <w:t>□</w:t>
      </w:r>
      <w:r w:rsidRPr="00AE25C2">
        <w:rPr>
          <w:rFonts w:ascii="TH SarabunPSK" w:hAnsi="TH SarabunPSK" w:cs="TH SarabunPSK"/>
          <w:sz w:val="32"/>
          <w:szCs w:val="32"/>
        </w:rPr>
        <w:t xml:space="preserve"> เปิด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แหล่ง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ต้นฉบับ</w:t>
      </w:r>
      <w:r w:rsidRPr="00AE25C2">
        <w:rPr>
          <w:rFonts w:ascii="Arial" w:hAnsi="Arial" w:cs="Arial"/>
          <w:sz w:val="32"/>
          <w:szCs w:val="32"/>
        </w:rPr>
        <w:t>​</w:t>
      </w:r>
      <w:r w:rsidRPr="00AE25C2">
        <w:rPr>
          <w:rFonts w:ascii="TH SarabunPSK" w:hAnsi="TH SarabunPSK" w:cs="TH SarabunPSK"/>
          <w:sz w:val="32"/>
          <w:szCs w:val="32"/>
        </w:rPr>
        <w:t>ได้</w:t>
      </w:r>
    </w:p>
    <w:p w14:paraId="51C8048A" w14:textId="77777777" w:rsidR="0011376E" w:rsidRPr="00AE25C2" w:rsidRDefault="00000000" w:rsidP="00AE25C2">
      <w:pPr>
        <w:pStyle w:val="Heading1"/>
        <w:pageBreakBefore/>
        <w:spacing w:before="0" w:after="0" w:line="240" w:lineRule="auto"/>
        <w:jc w:val="center"/>
        <w:rPr>
          <w:rFonts w:ascii="TH SarabunPSK" w:hAnsi="TH SarabunPSK" w:cs="TH SarabunPSK"/>
        </w:rPr>
      </w:pPr>
      <w:r w:rsidRPr="00AE25C2">
        <w:rPr>
          <w:rFonts w:ascii="TH SarabunPSK" w:hAnsi="TH SarabunPSK" w:cs="TH SarabunPSK"/>
        </w:rPr>
        <w:lastRenderedPageBreak/>
        <w:t>แหล่ง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ศึกษา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และ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อ่าน</w:t>
      </w:r>
      <w:r w:rsidRPr="00AE25C2">
        <w:rPr>
          <w:rFonts w:ascii="Arial" w:hAnsi="Arial" w:cs="Arial"/>
        </w:rPr>
        <w:t>​</w:t>
      </w:r>
      <w:r w:rsidRPr="00AE25C2">
        <w:rPr>
          <w:rFonts w:ascii="TH SarabunPSK" w:hAnsi="TH SarabunPSK" w:cs="TH SarabunPSK"/>
        </w:rPr>
        <w:t>เพิ่มเติม</w:t>
      </w:r>
    </w:p>
    <w:p w14:paraId="48A495BB" w14:textId="77777777" w:rsidR="0011376E" w:rsidRPr="00AE25C2" w:rsidRDefault="00000000" w:rsidP="00AE2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25C2">
        <w:rPr>
          <w:rFonts w:ascii="TH SarabunPSK" w:hAnsi="TH SarabunPSK" w:cs="TH SarabunPSK"/>
          <w:b/>
          <w:sz w:val="32"/>
          <w:szCs w:val="32"/>
        </w:rPr>
        <w:t>แหล่ง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ตรวจ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รายละเอียด</w:t>
      </w:r>
      <w:r w:rsidRPr="00AE25C2">
        <w:rPr>
          <w:rFonts w:ascii="Arial" w:hAnsi="Arial" w:cs="Arial"/>
          <w:b/>
          <w:sz w:val="32"/>
          <w:szCs w:val="32"/>
        </w:rPr>
        <w:t>​</w:t>
      </w:r>
      <w:r w:rsidRPr="00AE25C2">
        <w:rPr>
          <w:rFonts w:ascii="TH SarabunPSK" w:hAnsi="TH SarabunPSK" w:cs="TH SarabunPSK"/>
          <w:b/>
          <w:sz w:val="32"/>
          <w:szCs w:val="32"/>
        </w:rPr>
        <w:t>จาก APA Style</w:t>
      </w:r>
    </w:p>
    <w:p w14:paraId="6D10F934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8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Basic principles of reference list entries</w:t>
        </w:r>
      </w:hyperlink>
    </w:p>
    <w:p w14:paraId="3F352AAA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9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Elements of reference list entries</w:t>
        </w:r>
      </w:hyperlink>
    </w:p>
    <w:p w14:paraId="75B28F73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0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Reference list setup</w:t>
        </w:r>
      </w:hyperlink>
    </w:p>
    <w:p w14:paraId="5E362ADB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1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Book/ebook references</w:t>
        </w:r>
      </w:hyperlink>
    </w:p>
    <w:p w14:paraId="5F170BF7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2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Journal article references</w:t>
        </w:r>
      </w:hyperlink>
    </w:p>
    <w:p w14:paraId="1232FEF7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3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Published dissertation or thesis references</w:t>
        </w:r>
      </w:hyperlink>
    </w:p>
    <w:p w14:paraId="496C035A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4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Unpublished dissertation or thesis references</w:t>
        </w:r>
      </w:hyperlink>
    </w:p>
    <w:p w14:paraId="4FC96152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5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Webpage on a website references</w:t>
        </w:r>
      </w:hyperlink>
    </w:p>
    <w:p w14:paraId="7BA76785" w14:textId="77777777" w:rsidR="0011376E" w:rsidRPr="00AE25C2" w:rsidRDefault="00000000" w:rsidP="00AE25C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hyperlink r:id="rId16">
        <w:r w:rsidRPr="00AE25C2">
          <w:rPr>
            <w:rFonts w:ascii="TH SarabunPSK" w:hAnsi="TH SarabunPSK" w:cs="TH SarabunPSK"/>
            <w:sz w:val="32"/>
            <w:szCs w:val="32"/>
            <w:lang w:val="en-US"/>
          </w:rPr>
          <w:t>Missing reference information</w:t>
        </w:r>
      </w:hyperlink>
    </w:p>
    <w:sectPr w:rsidR="0011376E" w:rsidRPr="00AE25C2" w:rsidSect="00034616">
      <w:footerReference w:type="default" r:id="rId17"/>
      <w:pgSz w:w="11906" w:h="16838"/>
      <w:pgMar w:top="1440" w:right="1440" w:bottom="1440" w:left="1872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4572" w14:textId="77777777" w:rsidR="004848C8" w:rsidRDefault="004848C8">
      <w:pPr>
        <w:spacing w:after="0" w:line="240" w:lineRule="auto"/>
      </w:pPr>
      <w:r>
        <w:separator/>
      </w:r>
    </w:p>
  </w:endnote>
  <w:endnote w:type="continuationSeparator" w:id="0">
    <w:p w14:paraId="2F957148" w14:textId="77777777" w:rsidR="004848C8" w:rsidRDefault="00484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220C" w14:textId="77777777" w:rsidR="0011376E" w:rsidRDefault="00000000">
    <w:pPr>
      <w:pStyle w:val="Footer"/>
      <w:spacing w:line="240" w:lineRule="auto"/>
    </w:pPr>
    <w:r>
      <w:t xml:space="preserve">เอกสารประกอบการเขียนบรรณานุกรม APA 7th  |  หน้า </w:t>
    </w:r>
    <w:r>
      <w:fldChar w:fldCharType="begin"/>
    </w:r>
    <w:r>
      <w:instrText>PAGE</w:instrText>
    </w:r>
    <w:r>
      <w:fldChar w:fldCharType="separate"/>
    </w:r>
    <w:r w:rsidR="00AE25C2">
      <w:rPr>
        <w:cs/>
        <w:lang w:bidi="th-TH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6A89" w14:textId="77777777" w:rsidR="004848C8" w:rsidRDefault="004848C8">
      <w:pPr>
        <w:spacing w:after="0" w:line="240" w:lineRule="auto"/>
      </w:pPr>
      <w:r>
        <w:separator/>
      </w:r>
    </w:p>
  </w:footnote>
  <w:footnote w:type="continuationSeparator" w:id="0">
    <w:p w14:paraId="254F93D3" w14:textId="77777777" w:rsidR="004848C8" w:rsidRDefault="00484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063009">
    <w:abstractNumId w:val="8"/>
  </w:num>
  <w:num w:numId="2" w16cid:durableId="99641795">
    <w:abstractNumId w:val="6"/>
  </w:num>
  <w:num w:numId="3" w16cid:durableId="1303730382">
    <w:abstractNumId w:val="5"/>
  </w:num>
  <w:num w:numId="4" w16cid:durableId="1583637135">
    <w:abstractNumId w:val="4"/>
  </w:num>
  <w:num w:numId="5" w16cid:durableId="1514297547">
    <w:abstractNumId w:val="7"/>
  </w:num>
  <w:num w:numId="6" w16cid:durableId="1885822290">
    <w:abstractNumId w:val="3"/>
  </w:num>
  <w:num w:numId="7" w16cid:durableId="1814130041">
    <w:abstractNumId w:val="2"/>
  </w:num>
  <w:num w:numId="8" w16cid:durableId="1643657944">
    <w:abstractNumId w:val="1"/>
  </w:num>
  <w:num w:numId="9" w16cid:durableId="59011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76E"/>
    <w:rsid w:val="0015074B"/>
    <w:rsid w:val="0029639D"/>
    <w:rsid w:val="00326F90"/>
    <w:rsid w:val="004848C8"/>
    <w:rsid w:val="009553BC"/>
    <w:rsid w:val="00AA1D8D"/>
    <w:rsid w:val="00AE25C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63FDC5"/>
  <w14:defaultImageDpi w14:val="300"/>
  <w15:docId w15:val="{37A658E5-B997-484F-886E-6CAEEAB4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TH Sarabun New" w:eastAsia="TH Sarabun New" w:hAnsi="TH Sarabun New" w:cs="TH Sarabun New"/>
      <w:noProof/>
      <w:color w:val="000000"/>
      <w:sz w:val="28"/>
      <w:szCs w:val="28"/>
      <w:lang w:val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style.apa.org/style-grammar-guidelines/references/basic-principles" TargetMode="External"/><Relationship Id="rId13" Type="http://schemas.openxmlformats.org/officeDocument/2006/relationships/hyperlink" Target="https://apastyle.apa.org/style-grammar-guidelines/references/examples/published-dissertation-referenc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references/examples/journal-article-referenc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pastyle.apa.org/style-grammar-guidelines/references/missing-inform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/book-referenc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astyle.apa.org/style-grammar-guidelines/references/examples/webpage-website-references" TargetMode="External"/><Relationship Id="rId10" Type="http://schemas.openxmlformats.org/officeDocument/2006/relationships/hyperlink" Target="https://apastyle.apa.org/style-grammar-guidelines/paper-format/reference-lis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pastyle.apa.org/style-grammar-guidelines/references/elements-list-entry" TargetMode="External"/><Relationship Id="rId14" Type="http://schemas.openxmlformats.org/officeDocument/2006/relationships/hyperlink" Target="https://apastyle.apa.org/style-grammar-guidelines/references/examples/unpublished-dissertation-refer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เอกสารประกอบการเขียนบรรณานุกรม รูปแบบ APA 7th</dc:title>
  <dc:subject>ฉบับย่อสำหรับนักเรียน นักศึกษา พร้อมรูปแบบ ตัวอย่าง และใบฝึกเขียน</dc:subject>
  <dc:creator/>
  <cp:keywords/>
  <dc:description/>
  <cp:lastModifiedBy>Administrator</cp:lastModifiedBy>
  <cp:revision>2</cp:revision>
  <dcterms:created xsi:type="dcterms:W3CDTF">2013-12-23T23:15:00Z</dcterms:created>
  <dcterms:modified xsi:type="dcterms:W3CDTF">2026-10-29T21:55:00Z</dcterms:modified>
  <cp:category/>
</cp:coreProperties>
</file>