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9C9A4" w14:textId="77777777" w:rsidR="000E3E6B" w:rsidRPr="00F84983" w:rsidRDefault="00000000" w:rsidP="00F84983">
      <w:pPr>
        <w:pStyle w:val="Heading1"/>
        <w:spacing w:after="0"/>
        <w:jc w:val="center"/>
        <w:rPr>
          <w:rFonts w:ascii="TH SarabunPSK" w:hAnsi="TH SarabunPSK" w:cs="TH SarabunPSK"/>
        </w:rPr>
      </w:pPr>
      <w:r w:rsidRPr="00F84983">
        <w:rPr>
          <w:rFonts w:ascii="TH SarabunPSK" w:hAnsi="TH SarabunPSK" w:cs="TH SarabunPSK"/>
        </w:rPr>
        <w:t>แบบ</w:t>
      </w:r>
      <w:r w:rsidRPr="00F84983">
        <w:rPr>
          <w:rFonts w:ascii="Arial" w:hAnsi="Arial" w:cs="Arial"/>
        </w:rPr>
        <w:t>​</w:t>
      </w:r>
      <w:r w:rsidRPr="00F84983">
        <w:rPr>
          <w:rFonts w:ascii="TH SarabunPSK" w:hAnsi="TH SarabunPSK" w:cs="TH SarabunPSK"/>
        </w:rPr>
        <w:t>ตรวจสอบ</w:t>
      </w:r>
      <w:r w:rsidRPr="00F84983">
        <w:rPr>
          <w:rFonts w:ascii="Arial" w:hAnsi="Arial" w:cs="Arial"/>
        </w:rPr>
        <w:t>​</w:t>
      </w:r>
      <w:r w:rsidRPr="00F84983">
        <w:rPr>
          <w:rFonts w:ascii="TH SarabunPSK" w:hAnsi="TH SarabunPSK" w:cs="TH SarabunPSK"/>
        </w:rPr>
        <w:t>ความครบถ้วน</w:t>
      </w:r>
      <w:r w:rsidRPr="00F84983">
        <w:rPr>
          <w:rFonts w:ascii="Arial" w:hAnsi="Arial" w:cs="Arial"/>
        </w:rPr>
        <w:t>​</w:t>
      </w:r>
      <w:r w:rsidRPr="00F84983">
        <w:rPr>
          <w:rFonts w:ascii="TH SarabunPSK" w:hAnsi="TH SarabunPSK" w:cs="TH SarabunPSK"/>
        </w:rPr>
        <w:t>ของ</w:t>
      </w:r>
      <w:r w:rsidRPr="00F84983">
        <w:rPr>
          <w:rFonts w:ascii="Arial" w:hAnsi="Arial" w:cs="Arial"/>
        </w:rPr>
        <w:t>​</w:t>
      </w:r>
      <w:r w:rsidRPr="00F84983">
        <w:rPr>
          <w:rFonts w:ascii="TH SarabunPSK" w:hAnsi="TH SarabunPSK" w:cs="TH SarabunPSK"/>
        </w:rPr>
        <w:t>รายงาน</w:t>
      </w:r>
      <w:r w:rsidRPr="00F84983">
        <w:rPr>
          <w:rFonts w:ascii="Arial" w:hAnsi="Arial" w:cs="Arial"/>
        </w:rPr>
        <w:t>​</w:t>
      </w:r>
      <w:r w:rsidRPr="00F84983">
        <w:rPr>
          <w:rFonts w:ascii="TH SarabunPSK" w:hAnsi="TH SarabunPSK" w:cs="TH SarabunPSK"/>
        </w:rPr>
        <w:t>โครงงาน 5 บท</w:t>
      </w:r>
    </w:p>
    <w:p w14:paraId="030972CC" w14:textId="77777777" w:rsidR="000E3E6B" w:rsidRPr="00F84983" w:rsidRDefault="00000000" w:rsidP="00F84983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 w:rsidRPr="00F84983">
        <w:rPr>
          <w:rFonts w:ascii="TH SarabunPSK" w:hAnsi="TH SarabunPSK" w:cs="TH SarabunPSK"/>
          <w:b/>
          <w:sz w:val="36"/>
          <w:szCs w:val="36"/>
        </w:rPr>
        <w:t>สำหรับ</w:t>
      </w:r>
      <w:r w:rsidRPr="00F84983">
        <w:rPr>
          <w:rFonts w:ascii="Arial" w:hAnsi="Arial" w:cs="Arial"/>
          <w:b/>
          <w:sz w:val="36"/>
          <w:szCs w:val="36"/>
        </w:rPr>
        <w:t>​</w:t>
      </w:r>
      <w:r w:rsidRPr="00F84983">
        <w:rPr>
          <w:rFonts w:ascii="TH SarabunPSK" w:hAnsi="TH SarabunPSK" w:cs="TH SarabunPSK"/>
          <w:b/>
          <w:sz w:val="36"/>
          <w:szCs w:val="36"/>
        </w:rPr>
        <w:t>ครูผู้สอน  วิทยาลัย</w:t>
      </w:r>
      <w:r w:rsidRPr="00F84983">
        <w:rPr>
          <w:rFonts w:ascii="Arial" w:hAnsi="Arial" w:cs="Arial"/>
          <w:b/>
          <w:sz w:val="36"/>
          <w:szCs w:val="36"/>
        </w:rPr>
        <w:t>​</w:t>
      </w:r>
      <w:r w:rsidRPr="00F84983">
        <w:rPr>
          <w:rFonts w:ascii="TH SarabunPSK" w:hAnsi="TH SarabunPSK" w:cs="TH SarabunPSK"/>
          <w:b/>
          <w:sz w:val="36"/>
          <w:szCs w:val="36"/>
        </w:rPr>
        <w:t>การ</w:t>
      </w:r>
      <w:r w:rsidRPr="00F84983">
        <w:rPr>
          <w:rFonts w:ascii="Arial" w:hAnsi="Arial" w:cs="Arial"/>
          <w:b/>
          <w:sz w:val="36"/>
          <w:szCs w:val="36"/>
        </w:rPr>
        <w:t>​</w:t>
      </w:r>
      <w:r w:rsidRPr="00F84983">
        <w:rPr>
          <w:rFonts w:ascii="TH SarabunPSK" w:hAnsi="TH SarabunPSK" w:cs="TH SarabunPSK"/>
          <w:b/>
          <w:sz w:val="36"/>
          <w:szCs w:val="36"/>
        </w:rPr>
        <w:t>อาชีพ</w:t>
      </w:r>
      <w:r w:rsidRPr="00F84983">
        <w:rPr>
          <w:rFonts w:ascii="Arial" w:hAnsi="Arial" w:cs="Arial"/>
          <w:b/>
          <w:sz w:val="36"/>
          <w:szCs w:val="36"/>
        </w:rPr>
        <w:t>​</w:t>
      </w:r>
      <w:r w:rsidRPr="00F84983">
        <w:rPr>
          <w:rFonts w:ascii="TH SarabunPSK" w:hAnsi="TH SarabunPSK" w:cs="TH SarabunPSK"/>
          <w:b/>
          <w:sz w:val="36"/>
          <w:szCs w:val="36"/>
        </w:rPr>
        <w:t>โพน</w:t>
      </w:r>
      <w:r w:rsidRPr="00F84983">
        <w:rPr>
          <w:rFonts w:ascii="Arial" w:hAnsi="Arial" w:cs="Arial"/>
          <w:b/>
          <w:sz w:val="36"/>
          <w:szCs w:val="36"/>
        </w:rPr>
        <w:t>​</w:t>
      </w:r>
      <w:r w:rsidRPr="00F84983">
        <w:rPr>
          <w:rFonts w:ascii="TH SarabunPSK" w:hAnsi="TH SarabunPSK" w:cs="TH SarabunPSK"/>
          <w:b/>
          <w:sz w:val="36"/>
          <w:szCs w:val="36"/>
        </w:rPr>
        <w:t>ทอง</w:t>
      </w:r>
    </w:p>
    <w:p w14:paraId="1C85A3E6" w14:textId="77777777" w:rsidR="000E3E6B" w:rsidRPr="00F84983" w:rsidRDefault="00000000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ชื่อ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โครงงาน  ............</w:t>
      </w:r>
      <w:r w:rsidRPr="00F84983">
        <w:rPr>
          <w:rFonts w:ascii="TH SarabunPSK" w:hAnsi="TH SarabunPSK" w:cs="TH SarabunPSK"/>
          <w:sz w:val="32"/>
          <w:szCs w:val="32"/>
        </w:rPr>
        <w:tab/>
        <w:t>.</w:t>
      </w:r>
    </w:p>
    <w:p w14:paraId="4DED7357" w14:textId="77777777" w:rsidR="000E3E6B" w:rsidRPr="00F84983" w:rsidRDefault="00000000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รายวิชา / รหัส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วิชา  ............</w:t>
      </w:r>
      <w:r w:rsidRPr="00F84983">
        <w:rPr>
          <w:rFonts w:ascii="TH SarabunPSK" w:hAnsi="TH SarabunPSK" w:cs="TH SarabunPSK"/>
          <w:sz w:val="32"/>
          <w:szCs w:val="32"/>
        </w:rPr>
        <w:tab/>
        <w:t>.</w:t>
      </w:r>
    </w:p>
    <w:p w14:paraId="296EB7B5" w14:textId="77777777" w:rsidR="000E3E6B" w:rsidRPr="00F84983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ระดับชั้น................กลุ่ม................สาขาวิชา................................................</w:t>
      </w:r>
    </w:p>
    <w:p w14:paraId="178A7233" w14:textId="77777777" w:rsidR="000E3E6B" w:rsidRPr="00F84983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ภาคเรียน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ที่............ปีการศึกษา............ครั้ง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ตรวจ............วันที่........................</w:t>
      </w:r>
    </w:p>
    <w:p w14:paraId="354BC108" w14:textId="77777777" w:rsidR="000E3E6B" w:rsidRPr="00F84983" w:rsidRDefault="00000000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ผู้จัดทำ / รหัส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นักเรียน นักศึกษา  ............</w:t>
      </w:r>
      <w:r w:rsidRPr="00F84983">
        <w:rPr>
          <w:rFonts w:ascii="TH SarabunPSK" w:hAnsi="TH SarabunPSK" w:cs="TH SarabunPSK"/>
          <w:sz w:val="32"/>
          <w:szCs w:val="32"/>
        </w:rPr>
        <w:tab/>
        <w:t>.</w:t>
      </w:r>
    </w:p>
    <w:p w14:paraId="363913B8" w14:textId="77777777" w:rsidR="000E3E6B" w:rsidRPr="00F84983" w:rsidRDefault="00000000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ครูผู้สอน / อาจารย์ที่ปรึกษา  ............</w:t>
      </w:r>
      <w:r w:rsidRPr="00F84983">
        <w:rPr>
          <w:rFonts w:ascii="TH SarabunPSK" w:hAnsi="TH SarabunPSK" w:cs="TH SarabunPSK"/>
          <w:sz w:val="32"/>
          <w:szCs w:val="32"/>
        </w:rPr>
        <w:tab/>
        <w:t>.</w:t>
      </w:r>
    </w:p>
    <w:p w14:paraId="46B63C15" w14:textId="77777777" w:rsidR="000E3E6B" w:rsidRPr="00F84983" w:rsidRDefault="00000000">
      <w:pPr>
        <w:pStyle w:val="Heading2"/>
        <w:spacing w:after="0"/>
        <w:rPr>
          <w:rFonts w:ascii="TH SarabunPSK" w:hAnsi="TH SarabunPSK" w:cs="TH SarabunPSK"/>
        </w:rPr>
      </w:pPr>
      <w:r w:rsidRPr="00F84983">
        <w:rPr>
          <w:rFonts w:ascii="TH SarabunPSK" w:hAnsi="TH SarabunPSK" w:cs="TH SarabunPSK"/>
        </w:rPr>
        <w:t>วิธีใช้</w:t>
      </w:r>
      <w:r w:rsidRPr="00F84983">
        <w:rPr>
          <w:rFonts w:ascii="Arial" w:hAnsi="Arial" w:cs="Arial"/>
        </w:rPr>
        <w:t>​</w:t>
      </w:r>
      <w:r w:rsidRPr="00F84983">
        <w:rPr>
          <w:rFonts w:ascii="TH SarabunPSK" w:hAnsi="TH SarabunPSK" w:cs="TH SarabunPSK"/>
        </w:rPr>
        <w:t>และ</w:t>
      </w:r>
      <w:r w:rsidRPr="00F84983">
        <w:rPr>
          <w:rFonts w:ascii="Arial" w:hAnsi="Arial" w:cs="Arial"/>
        </w:rPr>
        <w:t>​</w:t>
      </w:r>
      <w:r w:rsidRPr="00F84983">
        <w:rPr>
          <w:rFonts w:ascii="TH SarabunPSK" w:hAnsi="TH SarabunPSK" w:cs="TH SarabunPSK"/>
        </w:rPr>
        <w:t>เอกสารอ้างอิง</w:t>
      </w:r>
    </w:p>
    <w:p w14:paraId="582BBAFC" w14:textId="77777777" w:rsidR="000E3E6B" w:rsidRPr="00F84983" w:rsidRDefault="00000000" w:rsidP="00F84983">
      <w:pPr>
        <w:spacing w:after="0" w:line="264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ค = ครบ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และ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ถูกต้อง   ก = มี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แต่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ต้อง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แก้ไข   ม = ไม่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พบ</w:t>
      </w:r>
    </w:p>
    <w:p w14:paraId="20B128B8" w14:textId="77777777" w:rsidR="000E3E6B" w:rsidRPr="00F84983" w:rsidRDefault="000000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ตรวจ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ทีละ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รายการ เลือก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ผล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เพียง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หนึ่ง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ช่อง และ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ระบุ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หน้า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รายงาน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หรือ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หลักฐาน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ตรวจ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พบ กรณี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เลือก ก หรือ ม ให้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บันทึก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รายละเอียด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ต้อง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แก้ไข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ใน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หน้า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สรุป</w:t>
      </w:r>
    </w:p>
    <w:p w14:paraId="44510856" w14:textId="3608E28E" w:rsidR="000E3E6B" w:rsidRPr="00F84983" w:rsidRDefault="000E3E6B">
      <w:pPr>
        <w:spacing w:after="0" w:line="264" w:lineRule="auto"/>
        <w:rPr>
          <w:rFonts w:ascii="TH SarabunPSK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65" w:type="dxa"/>
          <w:bottom w:w="65" w:type="dxa"/>
          <w:right w:w="65" w:type="dxa"/>
        </w:tblCellMar>
        <w:tblLook w:val="04A0" w:firstRow="1" w:lastRow="0" w:firstColumn="1" w:lastColumn="0" w:noHBand="0" w:noVBand="1"/>
      </w:tblPr>
      <w:tblGrid>
        <w:gridCol w:w="567"/>
        <w:gridCol w:w="4450"/>
        <w:gridCol w:w="1644"/>
        <w:gridCol w:w="1928"/>
      </w:tblGrid>
      <w:tr w:rsidR="000E3E6B" w:rsidRPr="00F84983" w14:paraId="06B2534E" w14:textId="77777777">
        <w:trPr>
          <w:cantSplit/>
          <w:tblHeader/>
        </w:trPr>
        <w:tc>
          <w:tcPr>
            <w:tcW w:w="567" w:type="dxa"/>
            <w:shd w:val="clear" w:color="auto" w:fill="F2F2F2"/>
            <w:vAlign w:val="center"/>
          </w:tcPr>
          <w:p w14:paraId="73B99E7C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รหัส</w:t>
            </w:r>
          </w:p>
        </w:tc>
        <w:tc>
          <w:tcPr>
            <w:tcW w:w="4450" w:type="dxa"/>
            <w:shd w:val="clear" w:color="auto" w:fill="F2F2F2"/>
            <w:vAlign w:val="center"/>
          </w:tcPr>
          <w:p w14:paraId="3301F3AF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รายการ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ตรวจสอบ</w:t>
            </w:r>
          </w:p>
        </w:tc>
        <w:tc>
          <w:tcPr>
            <w:tcW w:w="1644" w:type="dxa"/>
            <w:shd w:val="clear" w:color="auto" w:fill="F2F2F2"/>
            <w:vAlign w:val="center"/>
          </w:tcPr>
          <w:p w14:paraId="6CEE452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ตรวจ</w:t>
            </w:r>
          </w:p>
        </w:tc>
        <w:tc>
          <w:tcPr>
            <w:tcW w:w="1928" w:type="dxa"/>
            <w:shd w:val="clear" w:color="auto" w:fill="F2F2F2"/>
            <w:vAlign w:val="center"/>
          </w:tcPr>
          <w:p w14:paraId="0BDF0AE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หน้า / หมายเหตุ</w:t>
            </w:r>
          </w:p>
        </w:tc>
      </w:tr>
      <w:tr w:rsidR="000E3E6B" w:rsidRPr="00F84983" w14:paraId="553F760C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023295D5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A1</w:t>
            </w:r>
          </w:p>
        </w:tc>
        <w:tc>
          <w:tcPr>
            <w:tcW w:w="4450" w:type="dxa"/>
            <w:vAlign w:val="center"/>
          </w:tcPr>
          <w:p w14:paraId="69AAAC3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มี PJ-01 หรือ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หลักฐาน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อนุมัติ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หัวข้อ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ลงนาม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ตามส่วน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เกี่ยวข้อง</w:t>
            </w:r>
          </w:p>
        </w:tc>
        <w:tc>
          <w:tcPr>
            <w:tcW w:w="1644" w:type="dxa"/>
            <w:vAlign w:val="center"/>
          </w:tcPr>
          <w:p w14:paraId="539DE81E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6BDE9678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5DE42CC8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7EA09F5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A2</w:t>
            </w:r>
          </w:p>
        </w:tc>
        <w:tc>
          <w:tcPr>
            <w:tcW w:w="4450" w:type="dxa"/>
            <w:vAlign w:val="center"/>
          </w:tcPr>
          <w:p w14:paraId="730CFB61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มี PJ-02 หรือ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โครงร่าง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ครู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เห็นชอบ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หลักฐาน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ปรับ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แก้</w:t>
            </w:r>
          </w:p>
        </w:tc>
        <w:tc>
          <w:tcPr>
            <w:tcW w:w="1644" w:type="dxa"/>
            <w:vAlign w:val="center"/>
          </w:tcPr>
          <w:p w14:paraId="5414BC56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3A8A121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30520DD5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1596D23F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A3</w:t>
            </w:r>
          </w:p>
        </w:tc>
        <w:tc>
          <w:tcPr>
            <w:tcW w:w="4450" w:type="dxa"/>
            <w:vAlign w:val="center"/>
          </w:tcPr>
          <w:p w14:paraId="560C6957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ชื่อเรื่อง ผู้จัดทำ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อาจารย์ที่ปรึกษา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ตรง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เอกสาร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อนุมัติ</w:t>
            </w:r>
          </w:p>
        </w:tc>
        <w:tc>
          <w:tcPr>
            <w:tcW w:w="1644" w:type="dxa"/>
            <w:vAlign w:val="center"/>
          </w:tcPr>
          <w:p w14:paraId="3532201F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5F072638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49FF8075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56E975E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A4</w:t>
            </w:r>
          </w:p>
        </w:tc>
        <w:tc>
          <w:tcPr>
            <w:tcW w:w="4450" w:type="dxa"/>
            <w:vAlign w:val="center"/>
          </w:tcPr>
          <w:p w14:paraId="555CEA5F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วัตถุประสงค์ ขอบเขต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วิธี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ดำเนินงาน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สอดคล้อง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เห็นชอบ</w:t>
            </w:r>
          </w:p>
        </w:tc>
        <w:tc>
          <w:tcPr>
            <w:tcW w:w="1644" w:type="dxa"/>
            <w:vAlign w:val="center"/>
          </w:tcPr>
          <w:p w14:paraId="689814FA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2D69AC3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432C8D40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69EFEC3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A5</w:t>
            </w:r>
          </w:p>
        </w:tc>
        <w:tc>
          <w:tcPr>
            <w:tcW w:w="4450" w:type="dxa"/>
            <w:vAlign w:val="center"/>
          </w:tcPr>
          <w:p w14:paraId="34468A9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การเปลี่ยนแปลง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จาก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ข้อเสนอ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คำชี้แจง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หลักฐาน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เห็นชอบ</w:t>
            </w:r>
          </w:p>
        </w:tc>
        <w:tc>
          <w:tcPr>
            <w:tcW w:w="1644" w:type="dxa"/>
            <w:vAlign w:val="center"/>
          </w:tcPr>
          <w:p w14:paraId="113ED58A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3292C21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67C18866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1F33A02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A6</w:t>
            </w:r>
          </w:p>
        </w:tc>
        <w:tc>
          <w:tcPr>
            <w:tcW w:w="4450" w:type="dxa"/>
            <w:vAlign w:val="center"/>
          </w:tcPr>
          <w:p w14:paraId="1A92B73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ไฟล์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รายงาน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ฉบับ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ตรวจ ระบุ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รุ่น/วันที่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เปิด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อ่าน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ได้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ครบ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ทุก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หน้า</w:t>
            </w:r>
          </w:p>
        </w:tc>
        <w:tc>
          <w:tcPr>
            <w:tcW w:w="1644" w:type="dxa"/>
            <w:vAlign w:val="center"/>
          </w:tcPr>
          <w:p w14:paraId="098C107A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5D60DB14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</w:tbl>
    <w:p w14:paraId="069A8DBF" w14:textId="77777777" w:rsidR="000E3E6B" w:rsidRPr="00F84983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lastRenderedPageBreak/>
        <w:t>ส่วน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 1 ส่วน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ต้น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ของ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รายงาน</w:t>
      </w:r>
    </w:p>
    <w:p w14:paraId="723C7FF2" w14:textId="77777777" w:rsidR="000E3E6B" w:rsidRPr="00F84983" w:rsidRDefault="000000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ชื่อ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โครงงาน / กลุ่ม........................................ครั้ง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ตรวจ............วันที่........................</w:t>
      </w:r>
    </w:p>
    <w:p w14:paraId="16056386" w14:textId="77777777" w:rsidR="000E3E6B" w:rsidRPr="00F84983" w:rsidRDefault="000000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ค = ครบ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และ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ถูกต้อง   ก = มี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แต่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ต้อง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แก้ไข   ม = ไม่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พบ</w:t>
      </w:r>
    </w:p>
    <w:p w14:paraId="67C7C1DA" w14:textId="64314099" w:rsidR="000E3E6B" w:rsidRPr="00F84983" w:rsidRDefault="000E3E6B">
      <w:pPr>
        <w:spacing w:after="0" w:line="264" w:lineRule="auto"/>
        <w:rPr>
          <w:rFonts w:ascii="TH SarabunPSK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65" w:type="dxa"/>
          <w:bottom w:w="65" w:type="dxa"/>
          <w:right w:w="65" w:type="dxa"/>
        </w:tblCellMar>
        <w:tblLook w:val="04A0" w:firstRow="1" w:lastRow="0" w:firstColumn="1" w:lastColumn="0" w:noHBand="0" w:noVBand="1"/>
      </w:tblPr>
      <w:tblGrid>
        <w:gridCol w:w="567"/>
        <w:gridCol w:w="4450"/>
        <w:gridCol w:w="1644"/>
        <w:gridCol w:w="1928"/>
      </w:tblGrid>
      <w:tr w:rsidR="000E3E6B" w:rsidRPr="00F84983" w14:paraId="53811F8F" w14:textId="77777777">
        <w:trPr>
          <w:cantSplit/>
          <w:tblHeader/>
        </w:trPr>
        <w:tc>
          <w:tcPr>
            <w:tcW w:w="567" w:type="dxa"/>
            <w:shd w:val="clear" w:color="auto" w:fill="F2F2F2"/>
            <w:vAlign w:val="center"/>
          </w:tcPr>
          <w:p w14:paraId="7564AE8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รหัส</w:t>
            </w:r>
          </w:p>
        </w:tc>
        <w:tc>
          <w:tcPr>
            <w:tcW w:w="4450" w:type="dxa"/>
            <w:shd w:val="clear" w:color="auto" w:fill="F2F2F2"/>
            <w:vAlign w:val="center"/>
          </w:tcPr>
          <w:p w14:paraId="32890F58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รายการ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ตรวจสอบ</w:t>
            </w:r>
          </w:p>
        </w:tc>
        <w:tc>
          <w:tcPr>
            <w:tcW w:w="1644" w:type="dxa"/>
            <w:shd w:val="clear" w:color="auto" w:fill="F2F2F2"/>
            <w:vAlign w:val="center"/>
          </w:tcPr>
          <w:p w14:paraId="4F1E7EC1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ตรวจ</w:t>
            </w:r>
          </w:p>
        </w:tc>
        <w:tc>
          <w:tcPr>
            <w:tcW w:w="1928" w:type="dxa"/>
            <w:shd w:val="clear" w:color="auto" w:fill="F2F2F2"/>
            <w:vAlign w:val="center"/>
          </w:tcPr>
          <w:p w14:paraId="5FF19F8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หน้า / หมายเหตุ</w:t>
            </w:r>
          </w:p>
        </w:tc>
      </w:tr>
      <w:tr w:rsidR="000E3E6B" w:rsidRPr="00F84983" w14:paraId="6E0BDB62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1BA488E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B1</w:t>
            </w:r>
          </w:p>
        </w:tc>
        <w:tc>
          <w:tcPr>
            <w:tcW w:w="4450" w:type="dxa"/>
            <w:vAlign w:val="center"/>
          </w:tcPr>
          <w:p w14:paraId="12255C4A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ปก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นอก 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ชื่อเรื่อง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ไทย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อังกฤษ ผู้จัดทำ หลักสูตร สาขา วิทยาลัย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ปีการศึกษา</w:t>
            </w:r>
          </w:p>
        </w:tc>
        <w:tc>
          <w:tcPr>
            <w:tcW w:w="1644" w:type="dxa"/>
            <w:vAlign w:val="center"/>
          </w:tcPr>
          <w:p w14:paraId="3E525036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6DBEC7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7823105C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57EC418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B2</w:t>
            </w:r>
          </w:p>
        </w:tc>
        <w:tc>
          <w:tcPr>
            <w:tcW w:w="4450" w:type="dxa"/>
            <w:vAlign w:val="center"/>
          </w:tcPr>
          <w:p w14:paraId="1D99B1EE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ปก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ใน ข้อมูล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ตรง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ปก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นอก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มีชื่อ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อาจารย์ที่ปรึกษา</w:t>
            </w:r>
          </w:p>
        </w:tc>
        <w:tc>
          <w:tcPr>
            <w:tcW w:w="1644" w:type="dxa"/>
            <w:vAlign w:val="center"/>
          </w:tcPr>
          <w:p w14:paraId="2C4BB68D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6FA716D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21F5B045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7437A1B7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B3</w:t>
            </w:r>
          </w:p>
        </w:tc>
        <w:tc>
          <w:tcPr>
            <w:tcW w:w="4450" w:type="dxa"/>
            <w:vAlign w:val="center"/>
          </w:tcPr>
          <w:p w14:paraId="1543D2E8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คำนำ ระบุ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จุดประสงค์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ของ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รายงาน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ผู้จัดทำ</w:t>
            </w:r>
          </w:p>
        </w:tc>
        <w:tc>
          <w:tcPr>
            <w:tcW w:w="1644" w:type="dxa"/>
            <w:vAlign w:val="center"/>
          </w:tcPr>
          <w:p w14:paraId="65FED7A2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CA35B6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6D23053C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69780FA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B4</w:t>
            </w:r>
          </w:p>
        </w:tc>
        <w:tc>
          <w:tcPr>
            <w:tcW w:w="4450" w:type="dxa"/>
            <w:vAlign w:val="center"/>
          </w:tcPr>
          <w:p w14:paraId="3DFE13B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แบบ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เสนอ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อนุมัติ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โครงงาน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ฉบับ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สมบูรณ์ กรอก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ข้อมูล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ลงนาม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ครบ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ตาม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ขั้นตอน</w:t>
            </w:r>
          </w:p>
        </w:tc>
        <w:tc>
          <w:tcPr>
            <w:tcW w:w="1644" w:type="dxa"/>
            <w:vAlign w:val="center"/>
          </w:tcPr>
          <w:p w14:paraId="5746882D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47E3117F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7817BA5F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738CAF4D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B5</w:t>
            </w:r>
          </w:p>
        </w:tc>
        <w:tc>
          <w:tcPr>
            <w:tcW w:w="4450" w:type="dxa"/>
            <w:vAlign w:val="center"/>
          </w:tcPr>
          <w:p w14:paraId="772E1B6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บทคัดย่อ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ภาษาไทย สรุป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วัตถุประสงค์ วิธี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ดำเนินงาน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สำคัญ</w:t>
            </w:r>
          </w:p>
        </w:tc>
        <w:tc>
          <w:tcPr>
            <w:tcW w:w="1644" w:type="dxa"/>
            <w:vAlign w:val="center"/>
          </w:tcPr>
          <w:p w14:paraId="3EDD1C33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438FA0C7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630947DB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155C4AD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B6</w:t>
            </w:r>
          </w:p>
        </w:tc>
        <w:tc>
          <w:tcPr>
            <w:tcW w:w="4450" w:type="dxa"/>
            <w:vAlign w:val="center"/>
          </w:tcPr>
          <w:p w14:paraId="1266E58F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ข้อมูล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ผู้จัดทำ อาจารย์ที่ปรึกษา ปีการศึกษา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คำ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สำคัญ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บทคัดย่อ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ครบ</w:t>
            </w:r>
          </w:p>
        </w:tc>
        <w:tc>
          <w:tcPr>
            <w:tcW w:w="1644" w:type="dxa"/>
            <w:vAlign w:val="center"/>
          </w:tcPr>
          <w:p w14:paraId="10816815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4F82ABE5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052DCA21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76168A5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B7</w:t>
            </w:r>
          </w:p>
        </w:tc>
        <w:tc>
          <w:tcPr>
            <w:tcW w:w="4450" w:type="dxa"/>
            <w:vAlign w:val="center"/>
          </w:tcPr>
          <w:p w14:paraId="59C5965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Abstract และ Keywords ครบ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ความหมาย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ตรง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บทคัดย่อ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ภาษาไทย</w:t>
            </w:r>
          </w:p>
        </w:tc>
        <w:tc>
          <w:tcPr>
            <w:tcW w:w="1644" w:type="dxa"/>
            <w:vAlign w:val="center"/>
          </w:tcPr>
          <w:p w14:paraId="0C24D7E1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C7A918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0F480276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8AFFE9F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B8</w:t>
            </w:r>
          </w:p>
        </w:tc>
        <w:tc>
          <w:tcPr>
            <w:tcW w:w="4450" w:type="dxa"/>
            <w:vAlign w:val="center"/>
          </w:tcPr>
          <w:p w14:paraId="22C8012A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กิตติกรรมประกาศ ระบุ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ผู้ให้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ความช่วยเหลือ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ตามจริง</w:t>
            </w:r>
          </w:p>
        </w:tc>
        <w:tc>
          <w:tcPr>
            <w:tcW w:w="1644" w:type="dxa"/>
            <w:vAlign w:val="center"/>
          </w:tcPr>
          <w:p w14:paraId="6DE17535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D5A60FF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2AFABEDE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58932B07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B9</w:t>
            </w:r>
          </w:p>
        </w:tc>
        <w:tc>
          <w:tcPr>
            <w:tcW w:w="4450" w:type="dxa"/>
            <w:vAlign w:val="center"/>
          </w:tcPr>
          <w:p w14:paraId="20E6944C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สารบัญ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เนื้อหา ชื่อ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หัวข้อ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เลข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หน้าตรง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รายงาน</w:t>
            </w:r>
          </w:p>
        </w:tc>
        <w:tc>
          <w:tcPr>
            <w:tcW w:w="1644" w:type="dxa"/>
            <w:vAlign w:val="center"/>
          </w:tcPr>
          <w:p w14:paraId="48D3D88A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0226F111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415F06F2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70790C2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B10</w:t>
            </w:r>
          </w:p>
        </w:tc>
        <w:tc>
          <w:tcPr>
            <w:tcW w:w="4450" w:type="dxa"/>
            <w:vAlign w:val="center"/>
          </w:tcPr>
          <w:p w14:paraId="6ED3821D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สารบัญ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ตาราง เลข ชื่อ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หน้าตรง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ตาราง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จริง</w:t>
            </w:r>
          </w:p>
        </w:tc>
        <w:tc>
          <w:tcPr>
            <w:tcW w:w="1644" w:type="dxa"/>
            <w:vAlign w:val="center"/>
          </w:tcPr>
          <w:p w14:paraId="433385DA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2AA2C4A7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77801B4A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759A484E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B11</w:t>
            </w:r>
          </w:p>
        </w:tc>
        <w:tc>
          <w:tcPr>
            <w:tcW w:w="4450" w:type="dxa"/>
            <w:vAlign w:val="center"/>
          </w:tcPr>
          <w:p w14:paraId="3AD4C2BC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สารบัญ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ภาพประกอบ เลข ชื่อ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หน้าตรง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ภาพ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จริง</w:t>
            </w:r>
          </w:p>
        </w:tc>
        <w:tc>
          <w:tcPr>
            <w:tcW w:w="1644" w:type="dxa"/>
            <w:vAlign w:val="center"/>
          </w:tcPr>
          <w:p w14:paraId="0F3F7D71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11BC150C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</w:tbl>
    <w:p w14:paraId="22564999" w14:textId="77777777" w:rsidR="00F84983" w:rsidRDefault="00F84983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753291B6" w14:textId="0DE842C5" w:rsidR="000E3E6B" w:rsidRPr="00F84983" w:rsidRDefault="00000000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ข้อสังเกต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เพิ่มเติม  ............</w:t>
      </w:r>
      <w:r w:rsidRPr="00F84983">
        <w:rPr>
          <w:rFonts w:ascii="TH SarabunPSK" w:hAnsi="TH SarabunPSK" w:cs="TH SarabunPSK"/>
          <w:sz w:val="32"/>
          <w:szCs w:val="32"/>
        </w:rPr>
        <w:tab/>
        <w:t>.</w:t>
      </w:r>
    </w:p>
    <w:p w14:paraId="300CECA7" w14:textId="77777777" w:rsidR="000E3E6B" w:rsidRPr="00F84983" w:rsidRDefault="00000000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............</w:t>
      </w:r>
      <w:r w:rsidRPr="00F84983">
        <w:rPr>
          <w:rFonts w:ascii="TH SarabunPSK" w:hAnsi="TH SarabunPSK" w:cs="TH SarabunPSK"/>
          <w:sz w:val="32"/>
          <w:szCs w:val="32"/>
        </w:rPr>
        <w:tab/>
        <w:t>.</w:t>
      </w:r>
    </w:p>
    <w:p w14:paraId="7ADF8E1E" w14:textId="77777777" w:rsidR="000E3E6B" w:rsidRPr="00F84983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lastRenderedPageBreak/>
        <w:t>ส่วน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 2 บท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 1 บทนำ</w:t>
      </w:r>
    </w:p>
    <w:p w14:paraId="6D5C11BA" w14:textId="77777777" w:rsidR="000E3E6B" w:rsidRPr="00F84983" w:rsidRDefault="000000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ชื่อ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โครงงาน / กลุ่ม........................................ครั้ง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ตรวจ............วันที่........................</w:t>
      </w:r>
    </w:p>
    <w:p w14:paraId="0020FE17" w14:textId="77777777" w:rsidR="000E3E6B" w:rsidRPr="00F84983" w:rsidRDefault="000000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ค = ครบ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และ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ถูกต้อง   ก = มี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แต่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ต้อง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แก้ไข   ม = ไม่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พบ</w:t>
      </w:r>
    </w:p>
    <w:p w14:paraId="0CC07307" w14:textId="635237BD" w:rsidR="000E3E6B" w:rsidRPr="00F84983" w:rsidRDefault="000E3E6B">
      <w:pPr>
        <w:spacing w:after="0" w:line="264" w:lineRule="auto"/>
        <w:rPr>
          <w:rFonts w:ascii="TH SarabunPSK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65" w:type="dxa"/>
          <w:bottom w:w="65" w:type="dxa"/>
          <w:right w:w="65" w:type="dxa"/>
        </w:tblCellMar>
        <w:tblLook w:val="04A0" w:firstRow="1" w:lastRow="0" w:firstColumn="1" w:lastColumn="0" w:noHBand="0" w:noVBand="1"/>
      </w:tblPr>
      <w:tblGrid>
        <w:gridCol w:w="567"/>
        <w:gridCol w:w="4450"/>
        <w:gridCol w:w="1644"/>
        <w:gridCol w:w="1928"/>
      </w:tblGrid>
      <w:tr w:rsidR="000E3E6B" w:rsidRPr="00F84983" w14:paraId="0047816A" w14:textId="77777777">
        <w:trPr>
          <w:cantSplit/>
          <w:tblHeader/>
        </w:trPr>
        <w:tc>
          <w:tcPr>
            <w:tcW w:w="567" w:type="dxa"/>
            <w:shd w:val="clear" w:color="auto" w:fill="F2F2F2"/>
            <w:vAlign w:val="center"/>
          </w:tcPr>
          <w:p w14:paraId="4E098FA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รหัส</w:t>
            </w:r>
          </w:p>
        </w:tc>
        <w:tc>
          <w:tcPr>
            <w:tcW w:w="4450" w:type="dxa"/>
            <w:shd w:val="clear" w:color="auto" w:fill="F2F2F2"/>
            <w:vAlign w:val="center"/>
          </w:tcPr>
          <w:p w14:paraId="5FD83BFE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รายการ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ตรวจสอบ</w:t>
            </w:r>
          </w:p>
        </w:tc>
        <w:tc>
          <w:tcPr>
            <w:tcW w:w="1644" w:type="dxa"/>
            <w:shd w:val="clear" w:color="auto" w:fill="F2F2F2"/>
            <w:vAlign w:val="center"/>
          </w:tcPr>
          <w:p w14:paraId="05825D6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ตรวจ</w:t>
            </w:r>
          </w:p>
        </w:tc>
        <w:tc>
          <w:tcPr>
            <w:tcW w:w="1928" w:type="dxa"/>
            <w:shd w:val="clear" w:color="auto" w:fill="F2F2F2"/>
            <w:vAlign w:val="center"/>
          </w:tcPr>
          <w:p w14:paraId="754557D5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หน้า / หมายเหตุ</w:t>
            </w:r>
          </w:p>
        </w:tc>
      </w:tr>
      <w:tr w:rsidR="000E3E6B" w:rsidRPr="00F84983" w14:paraId="3332EA05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523C7CE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C1</w:t>
            </w:r>
          </w:p>
        </w:tc>
        <w:tc>
          <w:tcPr>
            <w:tcW w:w="4450" w:type="dxa"/>
            <w:vAlign w:val="center"/>
          </w:tcPr>
          <w:p w14:paraId="758F6E25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1.1 ความเป็นมา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ความสำคัญ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ของ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ปัญหา 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บริบท ปัญหา เหตุผล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แหล่ง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อ้างอิง</w:t>
            </w:r>
          </w:p>
        </w:tc>
        <w:tc>
          <w:tcPr>
            <w:tcW w:w="1644" w:type="dxa"/>
            <w:vAlign w:val="center"/>
          </w:tcPr>
          <w:p w14:paraId="1A8188B1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6659C87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47E7F9DE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34888C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C2</w:t>
            </w:r>
          </w:p>
        </w:tc>
        <w:tc>
          <w:tcPr>
            <w:tcW w:w="4450" w:type="dxa"/>
            <w:vAlign w:val="center"/>
          </w:tcPr>
          <w:p w14:paraId="50B3EE4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1.2 วัตถุประสงค์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ของ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โครงงาน ระบุ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ชัด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ตรวจ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ผลได้</w:t>
            </w:r>
          </w:p>
        </w:tc>
        <w:tc>
          <w:tcPr>
            <w:tcW w:w="1644" w:type="dxa"/>
            <w:vAlign w:val="center"/>
          </w:tcPr>
          <w:p w14:paraId="21C98F56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4C8C92C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2ED8CDE8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2969931D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C3</w:t>
            </w:r>
          </w:p>
        </w:tc>
        <w:tc>
          <w:tcPr>
            <w:tcW w:w="4450" w:type="dxa"/>
            <w:vAlign w:val="center"/>
          </w:tcPr>
          <w:p w14:paraId="523D94BA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1.3 สมมติฐาน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ของ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โครงงาน สอดคล้อง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ตัวแปร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ทดสอบ หรือ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ชี้แจง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เมื่อ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ไม่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ใช้</w:t>
            </w:r>
          </w:p>
        </w:tc>
        <w:tc>
          <w:tcPr>
            <w:tcW w:w="1644" w:type="dxa"/>
            <w:vAlign w:val="center"/>
          </w:tcPr>
          <w:p w14:paraId="1F7F9191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C00340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39534113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E5FFD58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C4</w:t>
            </w:r>
          </w:p>
        </w:tc>
        <w:tc>
          <w:tcPr>
            <w:tcW w:w="4450" w:type="dxa"/>
            <w:vAlign w:val="center"/>
          </w:tcPr>
          <w:p w14:paraId="5386FE6C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1.4 ขอบเขต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ของ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โครงงาน ครอบคลุม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สิ่ง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ดำเนินการ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จริง</w:t>
            </w:r>
          </w:p>
        </w:tc>
        <w:tc>
          <w:tcPr>
            <w:tcW w:w="1644" w:type="dxa"/>
            <w:vAlign w:val="center"/>
          </w:tcPr>
          <w:p w14:paraId="7CDB4CD2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041F2175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0DFE4346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9F438E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C5</w:t>
            </w:r>
          </w:p>
        </w:tc>
        <w:tc>
          <w:tcPr>
            <w:tcW w:w="4450" w:type="dxa"/>
            <w:vAlign w:val="center"/>
          </w:tcPr>
          <w:p w14:paraId="39374524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1.4.1 ขอบเขต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ด้าน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เนื้อหา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ชิ้นงาน ระบุ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ความสามารถ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หรือ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รายละเอียด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งาน</w:t>
            </w:r>
          </w:p>
        </w:tc>
        <w:tc>
          <w:tcPr>
            <w:tcW w:w="1644" w:type="dxa"/>
            <w:vAlign w:val="center"/>
          </w:tcPr>
          <w:p w14:paraId="18644667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59EDAC77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2A8D7773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6E67997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C6</w:t>
            </w:r>
          </w:p>
        </w:tc>
        <w:tc>
          <w:tcPr>
            <w:tcW w:w="4450" w:type="dxa"/>
            <w:vAlign w:val="center"/>
          </w:tcPr>
          <w:p w14:paraId="177642B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1.4.2 ขอบเขต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ด้าน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ประชากร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กลุ่มตัวอย่าง ระบุ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กลุ่มเป้าหมาย</w:t>
            </w:r>
          </w:p>
        </w:tc>
        <w:tc>
          <w:tcPr>
            <w:tcW w:w="1644" w:type="dxa"/>
            <w:vAlign w:val="center"/>
          </w:tcPr>
          <w:p w14:paraId="2EE95472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48597294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433E5834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102C4EE5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C7</w:t>
            </w:r>
          </w:p>
        </w:tc>
        <w:tc>
          <w:tcPr>
            <w:tcW w:w="4450" w:type="dxa"/>
            <w:vAlign w:val="center"/>
          </w:tcPr>
          <w:p w14:paraId="0EDB720C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1.4.3 ขอบเขต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ด้าน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ตัวแปร ระบุ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ตัวแปร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หรือ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ประเด็น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ศึกษา</w:t>
            </w:r>
          </w:p>
        </w:tc>
        <w:tc>
          <w:tcPr>
            <w:tcW w:w="1644" w:type="dxa"/>
            <w:vAlign w:val="center"/>
          </w:tcPr>
          <w:p w14:paraId="13B2FB72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54650A0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462D02C3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9CA9C6E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C8</w:t>
            </w:r>
          </w:p>
        </w:tc>
        <w:tc>
          <w:tcPr>
            <w:tcW w:w="4450" w:type="dxa"/>
            <w:vAlign w:val="center"/>
          </w:tcPr>
          <w:p w14:paraId="7CE0041F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1.4.4 ขอบเขต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ด้าน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ระยะเวลา ระบุ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ช่วง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ดำเนินงาน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จริง</w:t>
            </w:r>
          </w:p>
        </w:tc>
        <w:tc>
          <w:tcPr>
            <w:tcW w:w="1644" w:type="dxa"/>
            <w:vAlign w:val="center"/>
          </w:tcPr>
          <w:p w14:paraId="390B0323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684228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5A0A723C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7CFC064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C9</w:t>
            </w:r>
          </w:p>
        </w:tc>
        <w:tc>
          <w:tcPr>
            <w:tcW w:w="4450" w:type="dxa"/>
            <w:vAlign w:val="center"/>
          </w:tcPr>
          <w:p w14:paraId="0814961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1.4.5 ขอบเขต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ด้าน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สถานที่ ระบุ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พื้นที่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ดำเนินการ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เก็บ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ข้อมูล</w:t>
            </w:r>
          </w:p>
        </w:tc>
        <w:tc>
          <w:tcPr>
            <w:tcW w:w="1644" w:type="dxa"/>
            <w:vAlign w:val="center"/>
          </w:tcPr>
          <w:p w14:paraId="18CEE16D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53AAC9BE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334797BF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5DCD5D6F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C10</w:t>
            </w:r>
          </w:p>
        </w:tc>
        <w:tc>
          <w:tcPr>
            <w:tcW w:w="4450" w:type="dxa"/>
            <w:vAlign w:val="center"/>
          </w:tcPr>
          <w:p w14:paraId="2A864BE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1.5 กรอบ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แนวคิด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ของ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โครงงาน แสดง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ความ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เชื่อมโยง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ของ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แนวคิด/กระบวนการ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ผล</w:t>
            </w:r>
          </w:p>
        </w:tc>
        <w:tc>
          <w:tcPr>
            <w:tcW w:w="1644" w:type="dxa"/>
            <w:vAlign w:val="center"/>
          </w:tcPr>
          <w:p w14:paraId="7D1AE249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0B68170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7180C08C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5C954311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C11</w:t>
            </w:r>
          </w:p>
        </w:tc>
        <w:tc>
          <w:tcPr>
            <w:tcW w:w="4450" w:type="dxa"/>
            <w:vAlign w:val="center"/>
          </w:tcPr>
          <w:p w14:paraId="653AC45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1.6 นิยาม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ศัพท์เฉพาะ ให้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ความหมาย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ใช้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โครงงาน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นี้</w:t>
            </w:r>
          </w:p>
        </w:tc>
        <w:tc>
          <w:tcPr>
            <w:tcW w:w="1644" w:type="dxa"/>
            <w:vAlign w:val="center"/>
          </w:tcPr>
          <w:p w14:paraId="1A8BC774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F6F724C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2C4244D5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7367AD4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lastRenderedPageBreak/>
              <w:t>C12</w:t>
            </w:r>
          </w:p>
        </w:tc>
        <w:tc>
          <w:tcPr>
            <w:tcW w:w="4450" w:type="dxa"/>
            <w:vAlign w:val="center"/>
          </w:tcPr>
          <w:p w14:paraId="6B6F3E5A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1.7 ประโยชน์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คาด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ว่า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จะ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ได้รับ สอดคล้อง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วัตถุประสงค์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ผู้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ใช้ประโยชน์</w:t>
            </w:r>
          </w:p>
        </w:tc>
        <w:tc>
          <w:tcPr>
            <w:tcW w:w="1644" w:type="dxa"/>
            <w:vAlign w:val="center"/>
          </w:tcPr>
          <w:p w14:paraId="25B80080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1EF80771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</w:tbl>
    <w:p w14:paraId="05575D80" w14:textId="77777777" w:rsidR="000E3E6B" w:rsidRPr="00F84983" w:rsidRDefault="00000000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ข้อสังเกต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เพิ่มเติม  ............</w:t>
      </w:r>
      <w:r w:rsidRPr="00F84983">
        <w:rPr>
          <w:rFonts w:ascii="TH SarabunPSK" w:hAnsi="TH SarabunPSK" w:cs="TH SarabunPSK"/>
          <w:sz w:val="32"/>
          <w:szCs w:val="32"/>
        </w:rPr>
        <w:tab/>
        <w:t>.</w:t>
      </w:r>
    </w:p>
    <w:p w14:paraId="03AA9ADF" w14:textId="77777777" w:rsidR="000E3E6B" w:rsidRPr="00F84983" w:rsidRDefault="00000000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............</w:t>
      </w:r>
      <w:r w:rsidRPr="00F84983">
        <w:rPr>
          <w:rFonts w:ascii="TH SarabunPSK" w:hAnsi="TH SarabunPSK" w:cs="TH SarabunPSK"/>
          <w:sz w:val="32"/>
          <w:szCs w:val="32"/>
        </w:rPr>
        <w:tab/>
        <w:t>.</w:t>
      </w:r>
    </w:p>
    <w:p w14:paraId="4304064C" w14:textId="77777777" w:rsidR="000E3E6B" w:rsidRPr="00F84983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lastRenderedPageBreak/>
        <w:t>ส่วน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 3 บท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 2 และ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บท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 3</w:t>
      </w:r>
    </w:p>
    <w:p w14:paraId="0C726EAC" w14:textId="77777777" w:rsidR="000E3E6B" w:rsidRPr="00F84983" w:rsidRDefault="000000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ชื่อ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โครงงาน / กลุ่ม........................................ครั้ง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ตรวจ............วันที่........................</w:t>
      </w:r>
    </w:p>
    <w:p w14:paraId="1D0C86E4" w14:textId="77777777" w:rsidR="000E3E6B" w:rsidRPr="00F84983" w:rsidRDefault="000000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ค = ครบ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และ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ถูกต้อง   ก = มี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แต่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ต้อง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แก้ไข   ม = ไม่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พบ</w:t>
      </w:r>
    </w:p>
    <w:p w14:paraId="049F9A78" w14:textId="50881FD9" w:rsidR="000E3E6B" w:rsidRPr="00F84983" w:rsidRDefault="000E3E6B">
      <w:pPr>
        <w:spacing w:after="0" w:line="264" w:lineRule="auto"/>
        <w:rPr>
          <w:rFonts w:ascii="TH SarabunPSK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65" w:type="dxa"/>
          <w:bottom w:w="65" w:type="dxa"/>
          <w:right w:w="65" w:type="dxa"/>
        </w:tblCellMar>
        <w:tblLook w:val="04A0" w:firstRow="1" w:lastRow="0" w:firstColumn="1" w:lastColumn="0" w:noHBand="0" w:noVBand="1"/>
      </w:tblPr>
      <w:tblGrid>
        <w:gridCol w:w="567"/>
        <w:gridCol w:w="4450"/>
        <w:gridCol w:w="1644"/>
        <w:gridCol w:w="1928"/>
      </w:tblGrid>
      <w:tr w:rsidR="000E3E6B" w:rsidRPr="00F84983" w14:paraId="4B2A5A50" w14:textId="77777777">
        <w:trPr>
          <w:cantSplit/>
          <w:tblHeader/>
        </w:trPr>
        <w:tc>
          <w:tcPr>
            <w:tcW w:w="567" w:type="dxa"/>
            <w:shd w:val="clear" w:color="auto" w:fill="F2F2F2"/>
            <w:vAlign w:val="center"/>
          </w:tcPr>
          <w:p w14:paraId="79F5A59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รหัส</w:t>
            </w:r>
          </w:p>
        </w:tc>
        <w:tc>
          <w:tcPr>
            <w:tcW w:w="4450" w:type="dxa"/>
            <w:shd w:val="clear" w:color="auto" w:fill="F2F2F2"/>
            <w:vAlign w:val="center"/>
          </w:tcPr>
          <w:p w14:paraId="5FDD797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รายการ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ตรวจสอบ</w:t>
            </w:r>
          </w:p>
        </w:tc>
        <w:tc>
          <w:tcPr>
            <w:tcW w:w="1644" w:type="dxa"/>
            <w:shd w:val="clear" w:color="auto" w:fill="F2F2F2"/>
            <w:vAlign w:val="center"/>
          </w:tcPr>
          <w:p w14:paraId="4E891F9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ตรวจ</w:t>
            </w:r>
          </w:p>
        </w:tc>
        <w:tc>
          <w:tcPr>
            <w:tcW w:w="1928" w:type="dxa"/>
            <w:shd w:val="clear" w:color="auto" w:fill="F2F2F2"/>
            <w:vAlign w:val="center"/>
          </w:tcPr>
          <w:p w14:paraId="7D8DFCD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หน้า / หมายเหตุ</w:t>
            </w:r>
          </w:p>
        </w:tc>
      </w:tr>
      <w:tr w:rsidR="000E3E6B" w:rsidRPr="00F84983" w14:paraId="523AC834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32D7998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D1</w:t>
            </w:r>
          </w:p>
        </w:tc>
        <w:tc>
          <w:tcPr>
            <w:tcW w:w="4450" w:type="dxa"/>
            <w:vAlign w:val="center"/>
          </w:tcPr>
          <w:p w14:paraId="1429FAE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2.1 แนวคิด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เกี่ยวข้อง 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เนื้อหา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นำมา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ใช้กับ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โครงงาน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อ้างอิง</w:t>
            </w:r>
          </w:p>
        </w:tc>
        <w:tc>
          <w:tcPr>
            <w:tcW w:w="1644" w:type="dxa"/>
            <w:vAlign w:val="center"/>
          </w:tcPr>
          <w:p w14:paraId="298A68F9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3DE9ED2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116DA703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341F5C17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D2</w:t>
            </w:r>
          </w:p>
        </w:tc>
        <w:tc>
          <w:tcPr>
            <w:tcW w:w="4450" w:type="dxa"/>
            <w:vAlign w:val="center"/>
          </w:tcPr>
          <w:p w14:paraId="321CB918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2.2 ทฤษฎี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เกี่ยวข้อง อธิบาย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ความ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เชื่อมโยง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งาน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ศึกษา</w:t>
            </w:r>
          </w:p>
        </w:tc>
        <w:tc>
          <w:tcPr>
            <w:tcW w:w="1644" w:type="dxa"/>
            <w:vAlign w:val="center"/>
          </w:tcPr>
          <w:p w14:paraId="12F5A649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4F90CD1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69419171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36ACE5F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D3</w:t>
            </w:r>
          </w:p>
        </w:tc>
        <w:tc>
          <w:tcPr>
            <w:tcW w:w="4450" w:type="dxa"/>
            <w:vAlign w:val="center"/>
          </w:tcPr>
          <w:p w14:paraId="21FE562C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2.3 เทคโนโลยี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เครื่องมือ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เกี่ยวข้อง ระบุ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ใช้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จริง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เหตุผล</w:t>
            </w:r>
          </w:p>
        </w:tc>
        <w:tc>
          <w:tcPr>
            <w:tcW w:w="1644" w:type="dxa"/>
            <w:vAlign w:val="center"/>
          </w:tcPr>
          <w:p w14:paraId="353CA6FC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2DED295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1413D929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13758ADF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D4</w:t>
            </w:r>
          </w:p>
        </w:tc>
        <w:tc>
          <w:tcPr>
            <w:tcW w:w="4450" w:type="dxa"/>
            <w:vAlign w:val="center"/>
          </w:tcPr>
          <w:p w14:paraId="1F5D594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2.4 งานวิจัย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เกี่ยวข้อง 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ผู้วิจัย ปี วิธี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วิจัย ผล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สำคัญ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แหล่ง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อ้างอิง</w:t>
            </w:r>
          </w:p>
        </w:tc>
        <w:tc>
          <w:tcPr>
            <w:tcW w:w="1644" w:type="dxa"/>
            <w:vAlign w:val="center"/>
          </w:tcPr>
          <w:p w14:paraId="5B374246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1F661D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6B4CC17C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587EB6F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D5</w:t>
            </w:r>
          </w:p>
        </w:tc>
        <w:tc>
          <w:tcPr>
            <w:tcW w:w="4450" w:type="dxa"/>
            <w:vAlign w:val="center"/>
          </w:tcPr>
          <w:p w14:paraId="103DD6A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2.5 สรุป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แนวทาง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การนำ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แนวคิด ทฤษฎี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งานวิจัย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ใช้</w:t>
            </w:r>
          </w:p>
        </w:tc>
        <w:tc>
          <w:tcPr>
            <w:tcW w:w="1644" w:type="dxa"/>
            <w:vAlign w:val="center"/>
          </w:tcPr>
          <w:p w14:paraId="2F5FC178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078DF06A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1F03AB37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7AA7ADFA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D6</w:t>
            </w:r>
          </w:p>
        </w:tc>
        <w:tc>
          <w:tcPr>
            <w:tcW w:w="4450" w:type="dxa"/>
            <w:vAlign w:val="center"/>
          </w:tcPr>
          <w:p w14:paraId="0DCA3A7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3.1 ประชากร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กลุ่มตัวอย่าง สอดคล้อง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ขอบเขต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บท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 1</w:t>
            </w:r>
          </w:p>
        </w:tc>
        <w:tc>
          <w:tcPr>
            <w:tcW w:w="1644" w:type="dxa"/>
            <w:vAlign w:val="center"/>
          </w:tcPr>
          <w:p w14:paraId="2230ED2D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4A078EF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2AB5B93D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6ACC1387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D7</w:t>
            </w:r>
          </w:p>
        </w:tc>
        <w:tc>
          <w:tcPr>
            <w:tcW w:w="4450" w:type="dxa"/>
            <w:vAlign w:val="center"/>
          </w:tcPr>
          <w:p w14:paraId="321604E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3.1.1 ประชากร ระบุ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กลุ่ม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จำนวน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หรือ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ขอบเขต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ตรวจสอบ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ได้</w:t>
            </w:r>
          </w:p>
        </w:tc>
        <w:tc>
          <w:tcPr>
            <w:tcW w:w="1644" w:type="dxa"/>
            <w:vAlign w:val="center"/>
          </w:tcPr>
          <w:p w14:paraId="11C5CF55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6CAFAE11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2735F976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189024C4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D8</w:t>
            </w:r>
          </w:p>
        </w:tc>
        <w:tc>
          <w:tcPr>
            <w:tcW w:w="4450" w:type="dxa"/>
            <w:vAlign w:val="center"/>
          </w:tcPr>
          <w:p w14:paraId="6CDF313E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3.1.2 กลุ่มตัวอย่าง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วิธีการ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เลือก ระบุ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จำนวน วิธี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เลือก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เกณฑ์</w:t>
            </w:r>
          </w:p>
        </w:tc>
        <w:tc>
          <w:tcPr>
            <w:tcW w:w="1644" w:type="dxa"/>
            <w:vAlign w:val="center"/>
          </w:tcPr>
          <w:p w14:paraId="497100A6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0F32B427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19C23981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5CAFEDAC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D9</w:t>
            </w:r>
          </w:p>
        </w:tc>
        <w:tc>
          <w:tcPr>
            <w:tcW w:w="4450" w:type="dxa"/>
            <w:vAlign w:val="center"/>
          </w:tcPr>
          <w:p w14:paraId="643DB61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3.2 ขั้นตอน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ดำเนิน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โครงงาน อธิบาย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ลำดับ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งาน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กระบวน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การพัฒนา</w:t>
            </w:r>
          </w:p>
        </w:tc>
        <w:tc>
          <w:tcPr>
            <w:tcW w:w="1644" w:type="dxa"/>
            <w:vAlign w:val="center"/>
          </w:tcPr>
          <w:p w14:paraId="2E7FDC63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A368CBD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771B97AF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B24D3A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D10</w:t>
            </w:r>
          </w:p>
        </w:tc>
        <w:tc>
          <w:tcPr>
            <w:tcW w:w="4450" w:type="dxa"/>
            <w:vAlign w:val="center"/>
          </w:tcPr>
          <w:p w14:paraId="5ED91DBD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3.3 เครื่องมือ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ใช้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การวิจัย 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รายละเอียด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เครื่องมือ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แบบ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ประเมิน</w:t>
            </w:r>
          </w:p>
        </w:tc>
        <w:tc>
          <w:tcPr>
            <w:tcW w:w="1644" w:type="dxa"/>
            <w:vAlign w:val="center"/>
          </w:tcPr>
          <w:p w14:paraId="4A56B49A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B5B42B8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6887074A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789704BD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D11</w:t>
            </w:r>
          </w:p>
        </w:tc>
        <w:tc>
          <w:tcPr>
            <w:tcW w:w="4450" w:type="dxa"/>
            <w:vAlign w:val="center"/>
          </w:tcPr>
          <w:p w14:paraId="549DC3B7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3.4 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สร้าง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คุณภาพ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ของ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เครื่องมือ 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ขั้นตอน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หลักฐาน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ตรวจ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คุณภาพ</w:t>
            </w:r>
          </w:p>
        </w:tc>
        <w:tc>
          <w:tcPr>
            <w:tcW w:w="1644" w:type="dxa"/>
            <w:vAlign w:val="center"/>
          </w:tcPr>
          <w:p w14:paraId="436A2377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59DF59D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76B646D3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1F2F8ED5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lastRenderedPageBreak/>
              <w:t>D12</w:t>
            </w:r>
          </w:p>
        </w:tc>
        <w:tc>
          <w:tcPr>
            <w:tcW w:w="4450" w:type="dxa"/>
            <w:vAlign w:val="center"/>
          </w:tcPr>
          <w:p w14:paraId="7E8738E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3.5 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เก็บ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รวบรวม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ข้อมูล ระบุ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วิธี ช่วงเวลา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ผู้ให้ข้อมูล</w:t>
            </w:r>
          </w:p>
        </w:tc>
        <w:tc>
          <w:tcPr>
            <w:tcW w:w="1644" w:type="dxa"/>
            <w:vAlign w:val="center"/>
          </w:tcPr>
          <w:p w14:paraId="249EC040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94211EA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2EF5422E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9C80091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D13</w:t>
            </w:r>
          </w:p>
        </w:tc>
        <w:tc>
          <w:tcPr>
            <w:tcW w:w="4450" w:type="dxa"/>
            <w:vAlign w:val="center"/>
          </w:tcPr>
          <w:p w14:paraId="18CA9484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3.6 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วิเคราะห์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ข้อมูล สอดคล้อง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วัตถุประสงค์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เครื่องมือ</w:t>
            </w:r>
          </w:p>
        </w:tc>
        <w:tc>
          <w:tcPr>
            <w:tcW w:w="1644" w:type="dxa"/>
            <w:vAlign w:val="center"/>
          </w:tcPr>
          <w:p w14:paraId="2EB05DA0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3F049C84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10A58B71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11F8AA77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D14</w:t>
            </w:r>
          </w:p>
        </w:tc>
        <w:tc>
          <w:tcPr>
            <w:tcW w:w="4450" w:type="dxa"/>
            <w:vAlign w:val="center"/>
          </w:tcPr>
          <w:p w14:paraId="0BB0633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3.7 สถิติ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ใช้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วิเคราะห์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ข้อมูล ระบุ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สูตร/สัญลักษณ์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เกณฑ์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แปล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ใช้</w:t>
            </w:r>
          </w:p>
        </w:tc>
        <w:tc>
          <w:tcPr>
            <w:tcW w:w="1644" w:type="dxa"/>
            <w:vAlign w:val="center"/>
          </w:tcPr>
          <w:p w14:paraId="08DAC924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4C63183C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09890026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39E33921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D15</w:t>
            </w:r>
          </w:p>
        </w:tc>
        <w:tc>
          <w:tcPr>
            <w:tcW w:w="4450" w:type="dxa"/>
            <w:vAlign w:val="center"/>
          </w:tcPr>
          <w:p w14:paraId="5D1380FA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3.8 แผนการ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ดำเนินงาน ระบุ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ช่วงเวลา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กิจกรรม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ตรง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ดำเนินงาน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จริง</w:t>
            </w:r>
          </w:p>
        </w:tc>
        <w:tc>
          <w:tcPr>
            <w:tcW w:w="1644" w:type="dxa"/>
            <w:vAlign w:val="center"/>
          </w:tcPr>
          <w:p w14:paraId="5047D66E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6EFA0B1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</w:tbl>
    <w:p w14:paraId="67D776A9" w14:textId="77777777" w:rsidR="000E3E6B" w:rsidRPr="00F84983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lastRenderedPageBreak/>
        <w:t>ส่วน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 4 บท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 4 และ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บท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 5</w:t>
      </w:r>
    </w:p>
    <w:p w14:paraId="4FF02ED3" w14:textId="77777777" w:rsidR="000E3E6B" w:rsidRPr="00F84983" w:rsidRDefault="000000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ชื่อ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โครงงาน / กลุ่ม........................................ครั้ง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ตรวจ............วันที่........................</w:t>
      </w:r>
    </w:p>
    <w:p w14:paraId="4C41310A" w14:textId="77777777" w:rsidR="000E3E6B" w:rsidRPr="00F84983" w:rsidRDefault="000000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ค = ครบ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และ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ถูกต้อง   ก = มี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แต่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ต้อง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แก้ไข   ม = ไม่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พบ</w:t>
      </w:r>
    </w:p>
    <w:p w14:paraId="7C03250B" w14:textId="77777777" w:rsidR="000E3E6B" w:rsidRPr="00F84983" w:rsidRDefault="000000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ตรวจ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ผล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จริง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ให้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ตอบ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วัตถุประสงค์ สอดคล้อง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กับ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บท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 3 และ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สรุป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ตาม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ข้อมูล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รายงาน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65" w:type="dxa"/>
          <w:bottom w:w="65" w:type="dxa"/>
          <w:right w:w="65" w:type="dxa"/>
        </w:tblCellMar>
        <w:tblLook w:val="04A0" w:firstRow="1" w:lastRow="0" w:firstColumn="1" w:lastColumn="0" w:noHBand="0" w:noVBand="1"/>
      </w:tblPr>
      <w:tblGrid>
        <w:gridCol w:w="567"/>
        <w:gridCol w:w="4450"/>
        <w:gridCol w:w="1644"/>
        <w:gridCol w:w="1928"/>
      </w:tblGrid>
      <w:tr w:rsidR="000E3E6B" w:rsidRPr="00F84983" w14:paraId="7F7AC800" w14:textId="77777777">
        <w:trPr>
          <w:cantSplit/>
          <w:tblHeader/>
        </w:trPr>
        <w:tc>
          <w:tcPr>
            <w:tcW w:w="567" w:type="dxa"/>
            <w:shd w:val="clear" w:color="auto" w:fill="F2F2F2"/>
            <w:vAlign w:val="center"/>
          </w:tcPr>
          <w:p w14:paraId="1FB12417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รหัส</w:t>
            </w:r>
          </w:p>
        </w:tc>
        <w:tc>
          <w:tcPr>
            <w:tcW w:w="4450" w:type="dxa"/>
            <w:shd w:val="clear" w:color="auto" w:fill="F2F2F2"/>
            <w:vAlign w:val="center"/>
          </w:tcPr>
          <w:p w14:paraId="69C23B07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รายการ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ตรวจสอบ</w:t>
            </w:r>
          </w:p>
        </w:tc>
        <w:tc>
          <w:tcPr>
            <w:tcW w:w="1644" w:type="dxa"/>
            <w:shd w:val="clear" w:color="auto" w:fill="F2F2F2"/>
            <w:vAlign w:val="center"/>
          </w:tcPr>
          <w:p w14:paraId="5B5F6FF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ตรวจ</w:t>
            </w:r>
          </w:p>
        </w:tc>
        <w:tc>
          <w:tcPr>
            <w:tcW w:w="1928" w:type="dxa"/>
            <w:shd w:val="clear" w:color="auto" w:fill="F2F2F2"/>
            <w:vAlign w:val="center"/>
          </w:tcPr>
          <w:p w14:paraId="7757D45C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หน้า / หมายเหตุ</w:t>
            </w:r>
          </w:p>
        </w:tc>
      </w:tr>
      <w:tr w:rsidR="000E3E6B" w:rsidRPr="00F84983" w14:paraId="41248859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2457AE8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E1</w:t>
            </w:r>
          </w:p>
        </w:tc>
        <w:tc>
          <w:tcPr>
            <w:tcW w:w="4450" w:type="dxa"/>
            <w:vAlign w:val="center"/>
          </w:tcPr>
          <w:p w14:paraId="52CE19C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4.1 ผล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การพัฒนา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ชิ้นงาน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หรือ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ระบบ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ตาม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วัตถุประสงค์ 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รายละเอียด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ภาพ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หลักฐาน</w:t>
            </w:r>
          </w:p>
        </w:tc>
        <w:tc>
          <w:tcPr>
            <w:tcW w:w="1644" w:type="dxa"/>
            <w:vAlign w:val="center"/>
          </w:tcPr>
          <w:p w14:paraId="47BFA063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1D78DF8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4A8533BE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318FA8A8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E2</w:t>
            </w:r>
          </w:p>
        </w:tc>
        <w:tc>
          <w:tcPr>
            <w:tcW w:w="4450" w:type="dxa"/>
            <w:vAlign w:val="center"/>
          </w:tcPr>
          <w:p w14:paraId="6F460534" w14:textId="08B61150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4.2 ผล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การประเมิน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ประสิทธิภาพ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หรือ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คุณภาพ </w:t>
            </w:r>
            <w:r w:rsidR="00F84983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     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ตาราง/ข้อมูล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คำอธิบาย</w:t>
            </w:r>
          </w:p>
        </w:tc>
        <w:tc>
          <w:tcPr>
            <w:tcW w:w="1644" w:type="dxa"/>
            <w:vAlign w:val="center"/>
          </w:tcPr>
          <w:p w14:paraId="6C42835D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4EB68124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1D1EE7B4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731EEEEA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E3</w:t>
            </w:r>
          </w:p>
        </w:tc>
        <w:tc>
          <w:tcPr>
            <w:tcW w:w="4450" w:type="dxa"/>
            <w:vAlign w:val="center"/>
          </w:tcPr>
          <w:p w14:paraId="04C0809F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4.3 ผล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การประเมิน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ความพึงพอใจ 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ข้อมูล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คำอธิบาย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ตาม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เครื่องมือ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ใช้</w:t>
            </w:r>
          </w:p>
        </w:tc>
        <w:tc>
          <w:tcPr>
            <w:tcW w:w="1644" w:type="dxa"/>
            <w:vAlign w:val="center"/>
          </w:tcPr>
          <w:p w14:paraId="6812FFBE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3BEA0DC4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541C0C19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5ABB384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E4</w:t>
            </w:r>
          </w:p>
        </w:tc>
        <w:tc>
          <w:tcPr>
            <w:tcW w:w="4450" w:type="dxa"/>
            <w:vAlign w:val="center"/>
          </w:tcPr>
          <w:p w14:paraId="6712A19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4.4 สรุป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ผลการวิเคราะห์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ข้อมูล ครบ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ประเด็น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ตอบ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วัตถุประสงค์</w:t>
            </w:r>
          </w:p>
        </w:tc>
        <w:tc>
          <w:tcPr>
            <w:tcW w:w="1644" w:type="dxa"/>
            <w:vAlign w:val="center"/>
          </w:tcPr>
          <w:p w14:paraId="50CE51D5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16263DC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1FEF0781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53090601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E5</w:t>
            </w:r>
          </w:p>
        </w:tc>
        <w:tc>
          <w:tcPr>
            <w:tcW w:w="4450" w:type="dxa"/>
            <w:vAlign w:val="center"/>
          </w:tcPr>
          <w:p w14:paraId="1C3835EC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5.1 สรุป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ดำเนิน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โครงงาน สอดคล้อง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บท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 4</w:t>
            </w:r>
          </w:p>
        </w:tc>
        <w:tc>
          <w:tcPr>
            <w:tcW w:w="1644" w:type="dxa"/>
            <w:vAlign w:val="center"/>
          </w:tcPr>
          <w:p w14:paraId="3379653E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532DD27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3DD0284E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2FFF9A2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E6</w:t>
            </w:r>
          </w:p>
        </w:tc>
        <w:tc>
          <w:tcPr>
            <w:tcW w:w="4450" w:type="dxa"/>
            <w:vAlign w:val="center"/>
          </w:tcPr>
          <w:p w14:paraId="7BC9D681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5.1.1 สรุป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การพัฒนา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ชิ้นงาน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หรือ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ระบบ ครบ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ตาม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วัตถุประสงค์</w:t>
            </w:r>
          </w:p>
        </w:tc>
        <w:tc>
          <w:tcPr>
            <w:tcW w:w="1644" w:type="dxa"/>
            <w:vAlign w:val="center"/>
          </w:tcPr>
          <w:p w14:paraId="09371B3D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221C96C1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51839D91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75A70908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E7</w:t>
            </w:r>
          </w:p>
        </w:tc>
        <w:tc>
          <w:tcPr>
            <w:tcW w:w="4450" w:type="dxa"/>
            <w:vAlign w:val="center"/>
          </w:tcPr>
          <w:p w14:paraId="241269CD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5.1.2 สรุป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การประเมิน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ประสิทธิภาพ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หรือ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คุณภาพ ตรง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ข้อมูลจริง</w:t>
            </w:r>
          </w:p>
        </w:tc>
        <w:tc>
          <w:tcPr>
            <w:tcW w:w="1644" w:type="dxa"/>
            <w:vAlign w:val="center"/>
          </w:tcPr>
          <w:p w14:paraId="7171948B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2D5C85BE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3C390076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140B1D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E8</w:t>
            </w:r>
          </w:p>
        </w:tc>
        <w:tc>
          <w:tcPr>
            <w:tcW w:w="4450" w:type="dxa"/>
            <w:vAlign w:val="center"/>
          </w:tcPr>
          <w:p w14:paraId="69F29F9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5.1.3 สรุป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การประเมิน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ความพึงพอใจ ตรง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วิเคราะห์</w:t>
            </w:r>
          </w:p>
        </w:tc>
        <w:tc>
          <w:tcPr>
            <w:tcW w:w="1644" w:type="dxa"/>
            <w:vAlign w:val="center"/>
          </w:tcPr>
          <w:p w14:paraId="1BE0C5E3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19145621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298B12F8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71D38BDA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E9</w:t>
            </w:r>
          </w:p>
        </w:tc>
        <w:tc>
          <w:tcPr>
            <w:tcW w:w="4450" w:type="dxa"/>
            <w:vAlign w:val="center"/>
          </w:tcPr>
          <w:p w14:paraId="5BA913FE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5.2 อภิปราย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ผล อธิบาย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เหตุผล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เชื่อมโยง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แนวคิด/งานวิจัย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พร้อม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อ้างอิง</w:t>
            </w:r>
          </w:p>
        </w:tc>
        <w:tc>
          <w:tcPr>
            <w:tcW w:w="1644" w:type="dxa"/>
            <w:vAlign w:val="center"/>
          </w:tcPr>
          <w:p w14:paraId="0070E366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05D077A8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39B6149C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5763762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E10</w:t>
            </w:r>
          </w:p>
        </w:tc>
        <w:tc>
          <w:tcPr>
            <w:tcW w:w="4450" w:type="dxa"/>
            <w:vAlign w:val="center"/>
          </w:tcPr>
          <w:p w14:paraId="1DB8068E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5.3 ข้อเสนอแนะ 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ข้อเสนอ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จาก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ข้อจำกัด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พบ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จริง</w:t>
            </w:r>
          </w:p>
        </w:tc>
        <w:tc>
          <w:tcPr>
            <w:tcW w:w="1644" w:type="dxa"/>
            <w:vAlign w:val="center"/>
          </w:tcPr>
          <w:p w14:paraId="37E02BAF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2DF8B7F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77242B87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1941800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E11</w:t>
            </w:r>
          </w:p>
        </w:tc>
        <w:tc>
          <w:tcPr>
            <w:tcW w:w="4450" w:type="dxa"/>
            <w:vAlign w:val="center"/>
          </w:tcPr>
          <w:p w14:paraId="00D8B6AE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5.3.1 ข้อเสนอแนะ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การนำ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โครงงาน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ไป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ใช้ ทำได้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ตรง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บริบท</w:t>
            </w:r>
          </w:p>
        </w:tc>
        <w:tc>
          <w:tcPr>
            <w:tcW w:w="1644" w:type="dxa"/>
            <w:vAlign w:val="center"/>
          </w:tcPr>
          <w:p w14:paraId="14E4DE8C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2B3A5038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5B3B2276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1A6BE8F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lastRenderedPageBreak/>
              <w:t>E12</w:t>
            </w:r>
          </w:p>
        </w:tc>
        <w:tc>
          <w:tcPr>
            <w:tcW w:w="4450" w:type="dxa"/>
            <w:vAlign w:val="center"/>
          </w:tcPr>
          <w:p w14:paraId="34E9546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5.3.2 ข้อเสนอแนะ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การพัฒนา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หรือ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วิจัย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ครั้ง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ต่อไป ระบุ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แนวทาง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ต่อยอด</w:t>
            </w:r>
          </w:p>
        </w:tc>
        <w:tc>
          <w:tcPr>
            <w:tcW w:w="1644" w:type="dxa"/>
            <w:vAlign w:val="center"/>
          </w:tcPr>
          <w:p w14:paraId="765704AC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035B28DC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</w:tbl>
    <w:p w14:paraId="115BF508" w14:textId="77777777" w:rsidR="00F84983" w:rsidRDefault="00F84983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06A5FEF5" w14:textId="113AA1C0" w:rsidR="000E3E6B" w:rsidRPr="00F84983" w:rsidRDefault="00000000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ตรวจ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ไขว้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จำนวน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กลุ่มตัวอย่าง ผล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คำนวณ และ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คำแปล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ผล บท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 3–5  ............</w:t>
      </w:r>
      <w:r w:rsidRPr="00F84983">
        <w:rPr>
          <w:rFonts w:ascii="TH SarabunPSK" w:hAnsi="TH SarabunPSK" w:cs="TH SarabunPSK"/>
          <w:sz w:val="32"/>
          <w:szCs w:val="32"/>
        </w:rPr>
        <w:tab/>
        <w:t>.</w:t>
      </w:r>
    </w:p>
    <w:p w14:paraId="2932BAAC" w14:textId="77777777" w:rsidR="000E3E6B" w:rsidRPr="00F84983" w:rsidRDefault="00000000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ข้อสังเกต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เพิ่มเติม  ............</w:t>
      </w:r>
      <w:r w:rsidRPr="00F84983">
        <w:rPr>
          <w:rFonts w:ascii="TH SarabunPSK" w:hAnsi="TH SarabunPSK" w:cs="TH SarabunPSK"/>
          <w:sz w:val="32"/>
          <w:szCs w:val="32"/>
        </w:rPr>
        <w:tab/>
        <w:t>.</w:t>
      </w:r>
    </w:p>
    <w:p w14:paraId="1A301EC5" w14:textId="77777777" w:rsidR="000E3E6B" w:rsidRPr="00F84983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lastRenderedPageBreak/>
        <w:t>ส่วน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 5 ส่วน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ท้าย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และ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การ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อ้างอิง</w:t>
      </w:r>
    </w:p>
    <w:p w14:paraId="43192D94" w14:textId="77777777" w:rsidR="000E3E6B" w:rsidRPr="00F84983" w:rsidRDefault="000000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ชื่อ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โครงงาน / กลุ่ม........................................ครั้ง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ตรวจ............วันที่........................</w:t>
      </w:r>
    </w:p>
    <w:p w14:paraId="37F66194" w14:textId="77777777" w:rsidR="000E3E6B" w:rsidRPr="00F84983" w:rsidRDefault="000000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ค = ครบ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และ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ถูกต้อง   ก = มี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แต่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ต้อง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แก้ไข   ม = ไม่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พบ</w:t>
      </w:r>
    </w:p>
    <w:p w14:paraId="020A4A4E" w14:textId="4BC2E149" w:rsidR="000E3E6B" w:rsidRPr="00F84983" w:rsidRDefault="000E3E6B">
      <w:pPr>
        <w:spacing w:after="0" w:line="264" w:lineRule="auto"/>
        <w:rPr>
          <w:rFonts w:ascii="TH SarabunPSK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65" w:type="dxa"/>
          <w:bottom w:w="65" w:type="dxa"/>
          <w:right w:w="65" w:type="dxa"/>
        </w:tblCellMar>
        <w:tblLook w:val="04A0" w:firstRow="1" w:lastRow="0" w:firstColumn="1" w:lastColumn="0" w:noHBand="0" w:noVBand="1"/>
      </w:tblPr>
      <w:tblGrid>
        <w:gridCol w:w="567"/>
        <w:gridCol w:w="4450"/>
        <w:gridCol w:w="1644"/>
        <w:gridCol w:w="1928"/>
      </w:tblGrid>
      <w:tr w:rsidR="000E3E6B" w:rsidRPr="00F84983" w14:paraId="046905B3" w14:textId="77777777">
        <w:trPr>
          <w:cantSplit/>
          <w:tblHeader/>
        </w:trPr>
        <w:tc>
          <w:tcPr>
            <w:tcW w:w="567" w:type="dxa"/>
            <w:shd w:val="clear" w:color="auto" w:fill="F2F2F2"/>
            <w:vAlign w:val="center"/>
          </w:tcPr>
          <w:p w14:paraId="5FD1362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รหัส</w:t>
            </w:r>
          </w:p>
        </w:tc>
        <w:tc>
          <w:tcPr>
            <w:tcW w:w="4450" w:type="dxa"/>
            <w:shd w:val="clear" w:color="auto" w:fill="F2F2F2"/>
            <w:vAlign w:val="center"/>
          </w:tcPr>
          <w:p w14:paraId="7817494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รายการ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ตรวจสอบ</w:t>
            </w:r>
          </w:p>
        </w:tc>
        <w:tc>
          <w:tcPr>
            <w:tcW w:w="1644" w:type="dxa"/>
            <w:shd w:val="clear" w:color="auto" w:fill="F2F2F2"/>
            <w:vAlign w:val="center"/>
          </w:tcPr>
          <w:p w14:paraId="3062910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ตรวจ</w:t>
            </w:r>
          </w:p>
        </w:tc>
        <w:tc>
          <w:tcPr>
            <w:tcW w:w="1928" w:type="dxa"/>
            <w:shd w:val="clear" w:color="auto" w:fill="F2F2F2"/>
            <w:vAlign w:val="center"/>
          </w:tcPr>
          <w:p w14:paraId="506316A8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หน้า / หมายเหตุ</w:t>
            </w:r>
          </w:p>
        </w:tc>
      </w:tr>
      <w:tr w:rsidR="000E3E6B" w:rsidRPr="00F84983" w14:paraId="1D201B6D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C0C4F4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F1</w:t>
            </w:r>
          </w:p>
        </w:tc>
        <w:tc>
          <w:tcPr>
            <w:tcW w:w="4450" w:type="dxa"/>
            <w:vAlign w:val="center"/>
          </w:tcPr>
          <w:p w14:paraId="0F498FC4" w14:textId="58478969" w:rsidR="000E3E6B" w:rsidRPr="00F84983" w:rsidRDefault="00000000">
            <w:pPr>
              <w:spacing w:after="0" w:line="252" w:lineRule="auto"/>
              <w:rPr>
                <w:rFonts w:ascii="TH SarabunPSK" w:hAnsi="TH SarabunPSK" w:cs="TH SarabunPSK" w:hint="cs"/>
                <w:sz w:val="32"/>
                <w:szCs w:val="32"/>
                <w:lang w:bidi="th-TH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บรรณานุกรม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อยู่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หลัง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บท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 5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ใช้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รูปแบบ APA 7 </w:t>
            </w:r>
          </w:p>
        </w:tc>
        <w:tc>
          <w:tcPr>
            <w:tcW w:w="1644" w:type="dxa"/>
            <w:vAlign w:val="center"/>
          </w:tcPr>
          <w:p w14:paraId="141CFE30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375042D1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463C1421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73C8F3B8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F2</w:t>
            </w:r>
          </w:p>
        </w:tc>
        <w:tc>
          <w:tcPr>
            <w:tcW w:w="4450" w:type="dxa"/>
            <w:vAlign w:val="center"/>
          </w:tcPr>
          <w:p w14:paraId="7F3AD2D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แหล่ง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อ้างอิง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เนื้อหา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บรรณานุกรม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ตรงกัน ไม่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รายการ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ตกหล่น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หรือ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เกิน</w:t>
            </w:r>
          </w:p>
        </w:tc>
        <w:tc>
          <w:tcPr>
            <w:tcW w:w="1644" w:type="dxa"/>
            <w:vAlign w:val="center"/>
          </w:tcPr>
          <w:p w14:paraId="0EB7DC86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3E93C6BD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7F825D75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09DD1D2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F3</w:t>
            </w:r>
          </w:p>
        </w:tc>
        <w:tc>
          <w:tcPr>
            <w:tcW w:w="4450" w:type="dxa"/>
            <w:vAlign w:val="center"/>
          </w:tcPr>
          <w:p w14:paraId="02B4B2AC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ผู้แต่ง ปี ชื่อเรื่อง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แหล่ง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เผยแพร่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ตรวจ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เทียบ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ต้นฉบับ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ได้</w:t>
            </w:r>
          </w:p>
        </w:tc>
        <w:tc>
          <w:tcPr>
            <w:tcW w:w="1644" w:type="dxa"/>
            <w:vAlign w:val="center"/>
          </w:tcPr>
          <w:p w14:paraId="69371EDD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02A7EED7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378B8658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74849EA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F4</w:t>
            </w:r>
          </w:p>
        </w:tc>
        <w:tc>
          <w:tcPr>
            <w:tcW w:w="4450" w:type="dxa"/>
            <w:vAlign w:val="center"/>
          </w:tcPr>
          <w:p w14:paraId="3B4882E1" w14:textId="3B59B5E2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รูปแบบ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หนังสือ บทความ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เว็บ ตัว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เอียง URL </w:t>
            </w:r>
            <w:r w:rsidR="00F84983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ถูก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ต้องตาม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ประเภท</w:t>
            </w:r>
          </w:p>
        </w:tc>
        <w:tc>
          <w:tcPr>
            <w:tcW w:w="1644" w:type="dxa"/>
            <w:vAlign w:val="center"/>
          </w:tcPr>
          <w:p w14:paraId="67D1C8A7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60BA37A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1463B711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7EAD9DB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F5</w:t>
            </w:r>
          </w:p>
        </w:tc>
        <w:tc>
          <w:tcPr>
            <w:tcW w:w="4450" w:type="dxa"/>
            <w:vAlign w:val="center"/>
          </w:tcPr>
          <w:p w14:paraId="6588FEE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คัด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ข้อ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ความตรง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เครื่องหมาย/รูปแบบ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เลขหน้า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หรือ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ตำแหน่ง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ข้อความ</w:t>
            </w:r>
          </w:p>
        </w:tc>
        <w:tc>
          <w:tcPr>
            <w:tcW w:w="1644" w:type="dxa"/>
            <w:vAlign w:val="center"/>
          </w:tcPr>
          <w:p w14:paraId="53A6BF99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3F1143D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5D8E613A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5072D09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F6</w:t>
            </w:r>
          </w:p>
        </w:tc>
        <w:tc>
          <w:tcPr>
            <w:tcW w:w="4450" w:type="dxa"/>
            <w:vAlign w:val="center"/>
          </w:tcPr>
          <w:p w14:paraId="5FB9A47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บรรณานุกรม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เรียง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อักษร ย่อหน้า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แขวน 0.5 นิ้ว ระยะ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บรรทัด 2 เท่า</w:t>
            </w:r>
          </w:p>
        </w:tc>
        <w:tc>
          <w:tcPr>
            <w:tcW w:w="1644" w:type="dxa"/>
            <w:vAlign w:val="center"/>
          </w:tcPr>
          <w:p w14:paraId="6FE696F5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C3A2445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1FFBC1CB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3A34D925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F7</w:t>
            </w:r>
          </w:p>
        </w:tc>
        <w:tc>
          <w:tcPr>
            <w:tcW w:w="4450" w:type="dxa"/>
            <w:vAlign w:val="center"/>
          </w:tcPr>
          <w:p w14:paraId="187B299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ภาคผนวก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มีชื่อ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ลำดับ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เชื่อมโยง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เนื้อหา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กล่าวถึง</w:t>
            </w:r>
          </w:p>
        </w:tc>
        <w:tc>
          <w:tcPr>
            <w:tcW w:w="1644" w:type="dxa"/>
            <w:vAlign w:val="center"/>
          </w:tcPr>
          <w:p w14:paraId="47F6AAAB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5CFE39C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0ED2FECB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1846403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F8</w:t>
            </w:r>
          </w:p>
        </w:tc>
        <w:tc>
          <w:tcPr>
            <w:tcW w:w="4450" w:type="dxa"/>
            <w:vAlign w:val="center"/>
          </w:tcPr>
          <w:p w14:paraId="5A19818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แนบ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เครื่องมือ แบบ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ประเมิน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หลักฐาน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คุณภาพ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เครื่องมือ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ตามที่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ระบุ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บท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 3</w:t>
            </w:r>
          </w:p>
        </w:tc>
        <w:tc>
          <w:tcPr>
            <w:tcW w:w="1644" w:type="dxa"/>
            <w:vAlign w:val="center"/>
          </w:tcPr>
          <w:p w14:paraId="1F8AD6D6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2C608B7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1ADFE9B5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F856BD1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F9</w:t>
            </w:r>
          </w:p>
        </w:tc>
        <w:tc>
          <w:tcPr>
            <w:tcW w:w="4450" w:type="dxa"/>
            <w:vAlign w:val="center"/>
          </w:tcPr>
          <w:p w14:paraId="4C8601FF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แนบ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หลักฐาน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ดำเนินงาน/ข้อมูล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จำเป็น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ให้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ตรวจสอบ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ได้</w:t>
            </w:r>
          </w:p>
        </w:tc>
        <w:tc>
          <w:tcPr>
            <w:tcW w:w="1644" w:type="dxa"/>
            <w:vAlign w:val="center"/>
          </w:tcPr>
          <w:p w14:paraId="4C078201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57134F8E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7F1BE357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1B15868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F10</w:t>
            </w:r>
          </w:p>
        </w:tc>
        <w:tc>
          <w:tcPr>
            <w:tcW w:w="4450" w:type="dxa"/>
            <w:vAlign w:val="center"/>
          </w:tcPr>
          <w:p w14:paraId="23D74868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ประวัติ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ผู้วิจัย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ครบ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ทุกคน พร้อม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ข้อมูล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การศึกษา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ข้อมูล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กำหนด</w:t>
            </w:r>
          </w:p>
        </w:tc>
        <w:tc>
          <w:tcPr>
            <w:tcW w:w="1644" w:type="dxa"/>
            <w:vAlign w:val="center"/>
          </w:tcPr>
          <w:p w14:paraId="15018351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617837A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</w:tbl>
    <w:p w14:paraId="351A0EC2" w14:textId="77777777" w:rsidR="00F84983" w:rsidRPr="00F84983" w:rsidRDefault="00F84983">
      <w:pPr>
        <w:tabs>
          <w:tab w:val="right" w:leader="dot" w:pos="8568"/>
        </w:tabs>
        <w:spacing w:after="0"/>
        <w:rPr>
          <w:rFonts w:ascii="TH SarabunPSK" w:hAnsi="TH SarabunPSK" w:cs="TH SarabunPSK"/>
          <w:sz w:val="20"/>
          <w:szCs w:val="20"/>
          <w:lang w:bidi="th-TH"/>
        </w:rPr>
      </w:pPr>
    </w:p>
    <w:p w14:paraId="6BED82E7" w14:textId="0E498257" w:rsidR="000E3E6B" w:rsidRPr="00F84983" w:rsidRDefault="00000000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รายการ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หลักฐาน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หรือ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ภาคผนวก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ยัง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ขาด  ............</w:t>
      </w:r>
      <w:r w:rsidRPr="00F84983">
        <w:rPr>
          <w:rFonts w:ascii="TH SarabunPSK" w:hAnsi="TH SarabunPSK" w:cs="TH SarabunPSK"/>
          <w:sz w:val="32"/>
          <w:szCs w:val="32"/>
        </w:rPr>
        <w:tab/>
        <w:t>.</w:t>
      </w:r>
    </w:p>
    <w:p w14:paraId="11C3D354" w14:textId="77777777" w:rsidR="000E3E6B" w:rsidRPr="00F84983" w:rsidRDefault="00000000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............</w:t>
      </w:r>
      <w:r w:rsidRPr="00F84983">
        <w:rPr>
          <w:rFonts w:ascii="TH SarabunPSK" w:hAnsi="TH SarabunPSK" w:cs="TH SarabunPSK"/>
          <w:sz w:val="32"/>
          <w:szCs w:val="32"/>
        </w:rPr>
        <w:tab/>
        <w:t>.</w:t>
      </w:r>
    </w:p>
    <w:p w14:paraId="208EF74A" w14:textId="77777777" w:rsidR="000E3E6B" w:rsidRPr="00F84983" w:rsidRDefault="00000000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............</w:t>
      </w:r>
      <w:r w:rsidRPr="00F84983">
        <w:rPr>
          <w:rFonts w:ascii="TH SarabunPSK" w:hAnsi="TH SarabunPSK" w:cs="TH SarabunPSK"/>
          <w:sz w:val="32"/>
          <w:szCs w:val="32"/>
        </w:rPr>
        <w:tab/>
        <w:t>.</w:t>
      </w:r>
    </w:p>
    <w:p w14:paraId="27B18715" w14:textId="77777777" w:rsidR="000E3E6B" w:rsidRPr="00F84983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lastRenderedPageBreak/>
        <w:t>ส่วน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 6 รูปแบบ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การ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จัด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รูป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เล่ม</w:t>
      </w:r>
    </w:p>
    <w:p w14:paraId="6098091E" w14:textId="77777777" w:rsidR="000E3E6B" w:rsidRPr="00F84983" w:rsidRDefault="000000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ชื่อ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โครงงาน / กลุ่ม........................................ครั้ง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ตรวจ............วันที่........................</w:t>
      </w:r>
    </w:p>
    <w:p w14:paraId="43A2B198" w14:textId="77777777" w:rsidR="000E3E6B" w:rsidRPr="00F84983" w:rsidRDefault="000000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ค = ครบ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และ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ถูกต้อง   ก = มี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แต่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ต้อง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แก้ไข   ม = ไม่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พบ</w:t>
      </w:r>
    </w:p>
    <w:p w14:paraId="5383EB0F" w14:textId="4B6F5836" w:rsidR="000E3E6B" w:rsidRPr="00F84983" w:rsidRDefault="000E3E6B">
      <w:pPr>
        <w:spacing w:after="0" w:line="264" w:lineRule="auto"/>
        <w:rPr>
          <w:rFonts w:ascii="TH SarabunPSK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65" w:type="dxa"/>
          <w:bottom w:w="65" w:type="dxa"/>
          <w:right w:w="65" w:type="dxa"/>
        </w:tblCellMar>
        <w:tblLook w:val="04A0" w:firstRow="1" w:lastRow="0" w:firstColumn="1" w:lastColumn="0" w:noHBand="0" w:noVBand="1"/>
      </w:tblPr>
      <w:tblGrid>
        <w:gridCol w:w="567"/>
        <w:gridCol w:w="4450"/>
        <w:gridCol w:w="1644"/>
        <w:gridCol w:w="1928"/>
      </w:tblGrid>
      <w:tr w:rsidR="000E3E6B" w:rsidRPr="00F84983" w14:paraId="5E89E8B5" w14:textId="77777777">
        <w:trPr>
          <w:cantSplit/>
          <w:tblHeader/>
        </w:trPr>
        <w:tc>
          <w:tcPr>
            <w:tcW w:w="567" w:type="dxa"/>
            <w:shd w:val="clear" w:color="auto" w:fill="F2F2F2"/>
            <w:vAlign w:val="center"/>
          </w:tcPr>
          <w:p w14:paraId="06DD8C4C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รหัส</w:t>
            </w:r>
          </w:p>
        </w:tc>
        <w:tc>
          <w:tcPr>
            <w:tcW w:w="4450" w:type="dxa"/>
            <w:shd w:val="clear" w:color="auto" w:fill="F2F2F2"/>
            <w:vAlign w:val="center"/>
          </w:tcPr>
          <w:p w14:paraId="7C5BFE05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รายการ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ตรวจสอบ</w:t>
            </w:r>
          </w:p>
        </w:tc>
        <w:tc>
          <w:tcPr>
            <w:tcW w:w="1644" w:type="dxa"/>
            <w:shd w:val="clear" w:color="auto" w:fill="F2F2F2"/>
            <w:vAlign w:val="center"/>
          </w:tcPr>
          <w:p w14:paraId="702D11C8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ตรวจ</w:t>
            </w:r>
          </w:p>
        </w:tc>
        <w:tc>
          <w:tcPr>
            <w:tcW w:w="1928" w:type="dxa"/>
            <w:shd w:val="clear" w:color="auto" w:fill="F2F2F2"/>
            <w:vAlign w:val="center"/>
          </w:tcPr>
          <w:p w14:paraId="0C100B3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หน้า / หมายเหตุ</w:t>
            </w:r>
          </w:p>
        </w:tc>
      </w:tr>
      <w:tr w:rsidR="000E3E6B" w:rsidRPr="00F84983" w14:paraId="0146F08B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6BB15167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G1</w:t>
            </w:r>
          </w:p>
        </w:tc>
        <w:tc>
          <w:tcPr>
            <w:tcW w:w="4450" w:type="dxa"/>
            <w:vAlign w:val="center"/>
          </w:tcPr>
          <w:p w14:paraId="0C8CBA9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A4 แนวตั้ง ขอบ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ซ้าย 1.3 นิ้ว บน ล่าง ขวา ด้าน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ละ 1 นิ้ว</w:t>
            </w:r>
          </w:p>
        </w:tc>
        <w:tc>
          <w:tcPr>
            <w:tcW w:w="1644" w:type="dxa"/>
            <w:vAlign w:val="center"/>
          </w:tcPr>
          <w:p w14:paraId="0DDF8C3A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54133E3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5695DF69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1986C43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G2</w:t>
            </w:r>
          </w:p>
        </w:tc>
        <w:tc>
          <w:tcPr>
            <w:tcW w:w="4450" w:type="dxa"/>
            <w:vAlign w:val="center"/>
          </w:tcPr>
          <w:p w14:paraId="6221280C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TH Sarabun New สี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ดำ; ปก 20 pt หนา; บท/ชื่อ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บท 18 pt หนา</w:t>
            </w:r>
          </w:p>
        </w:tc>
        <w:tc>
          <w:tcPr>
            <w:tcW w:w="1644" w:type="dxa"/>
            <w:vAlign w:val="center"/>
          </w:tcPr>
          <w:p w14:paraId="2D0A4C0F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F14A89F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5584D9BD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EA89E87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G3</w:t>
            </w:r>
          </w:p>
        </w:tc>
        <w:tc>
          <w:tcPr>
            <w:tcW w:w="4450" w:type="dxa"/>
            <w:vAlign w:val="center"/>
          </w:tcPr>
          <w:p w14:paraId="35D683A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หัวข้อ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หลัก 16 pt หนา; หัวข้อ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ย่อย 14 pt หนา; เนื้อความ 14 pt</w:t>
            </w:r>
          </w:p>
        </w:tc>
        <w:tc>
          <w:tcPr>
            <w:tcW w:w="1644" w:type="dxa"/>
            <w:vAlign w:val="center"/>
          </w:tcPr>
          <w:p w14:paraId="018552A5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2C0478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7E062918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64A208FD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G4</w:t>
            </w:r>
          </w:p>
        </w:tc>
        <w:tc>
          <w:tcPr>
            <w:tcW w:w="4450" w:type="dxa"/>
            <w:vAlign w:val="center"/>
          </w:tcPr>
          <w:p w14:paraId="373FD03D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เนื้อความ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ชิด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ซ้าย บรรทัด 1.5 เท่า ย่อ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บรรทัด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แรก 0.5 นิ้ว</w:t>
            </w:r>
          </w:p>
        </w:tc>
        <w:tc>
          <w:tcPr>
            <w:tcW w:w="1644" w:type="dxa"/>
            <w:vAlign w:val="center"/>
          </w:tcPr>
          <w:p w14:paraId="26249771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64D2976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3B174FDD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D637B2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G5</w:t>
            </w:r>
          </w:p>
        </w:tc>
        <w:tc>
          <w:tcPr>
            <w:tcW w:w="4450" w:type="dxa"/>
            <w:vAlign w:val="center"/>
          </w:tcPr>
          <w:p w14:paraId="7C783D5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แท็บ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หัวข้อ 0.5, 1.0, 1.5 นิ้ว จัด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แนว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เลข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ข้อ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ความสม่ำเสมอ</w:t>
            </w:r>
          </w:p>
        </w:tc>
        <w:tc>
          <w:tcPr>
            <w:tcW w:w="1644" w:type="dxa"/>
            <w:vAlign w:val="center"/>
          </w:tcPr>
          <w:p w14:paraId="2BD618F6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4F884DA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68B9AF39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085FAF7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G6</w:t>
            </w:r>
          </w:p>
        </w:tc>
        <w:tc>
          <w:tcPr>
            <w:tcW w:w="4450" w:type="dxa"/>
            <w:vAlign w:val="center"/>
          </w:tcPr>
          <w:p w14:paraId="59DB74C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โลโก้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ปก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กว้าง 3.50 ซม. ล็อก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สัดส่วน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ไม่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ผิดรูป ตาม PJ-03</w:t>
            </w:r>
          </w:p>
        </w:tc>
        <w:tc>
          <w:tcPr>
            <w:tcW w:w="1644" w:type="dxa"/>
            <w:vAlign w:val="center"/>
          </w:tcPr>
          <w:p w14:paraId="531C86A8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0866BEFD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049C4DE2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36840A34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G7</w:t>
            </w:r>
          </w:p>
        </w:tc>
        <w:tc>
          <w:tcPr>
            <w:tcW w:w="4450" w:type="dxa"/>
            <w:vAlign w:val="center"/>
          </w:tcPr>
          <w:p w14:paraId="02884755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ปก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ไม่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แสดง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เลขหน้า; ส่วน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ต้น ก ข ค …; บท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 1 เริ่ม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เลข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อารบิก 1</w:t>
            </w:r>
          </w:p>
        </w:tc>
        <w:tc>
          <w:tcPr>
            <w:tcW w:w="1644" w:type="dxa"/>
            <w:vAlign w:val="center"/>
          </w:tcPr>
          <w:p w14:paraId="41254492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4DC473D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413FDC95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7B647D9D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G8</w:t>
            </w:r>
          </w:p>
        </w:tc>
        <w:tc>
          <w:tcPr>
            <w:tcW w:w="4450" w:type="dxa"/>
            <w:vAlign w:val="center"/>
          </w:tcPr>
          <w:p w14:paraId="5933D7CF" w14:textId="2445BAC8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เลขหน้า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ต่อเนื่อง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ถึง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ส่วน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ท้าย</w:t>
            </w:r>
            <w:r w:rsidR="00F84983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สารบัญ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ตรง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กับ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หน้า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จริง</w:t>
            </w:r>
          </w:p>
        </w:tc>
        <w:tc>
          <w:tcPr>
            <w:tcW w:w="1644" w:type="dxa"/>
            <w:vAlign w:val="center"/>
          </w:tcPr>
          <w:p w14:paraId="34EB1011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38D43D4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07605D9F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49FE096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G9</w:t>
            </w:r>
          </w:p>
        </w:tc>
        <w:tc>
          <w:tcPr>
            <w:tcW w:w="4450" w:type="dxa"/>
            <w:vAlign w:val="center"/>
          </w:tcPr>
          <w:p w14:paraId="31BBCD59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ตาราง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เลข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ตาม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บท ชื่อ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เหนือ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ตาราง หน่วย/หมายเหตุ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ที่มา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เมื่อ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ใช้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แหล่ง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อื่น</w:t>
            </w:r>
          </w:p>
        </w:tc>
        <w:tc>
          <w:tcPr>
            <w:tcW w:w="1644" w:type="dxa"/>
            <w:vAlign w:val="center"/>
          </w:tcPr>
          <w:p w14:paraId="0CC19EC2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7AF440A1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  <w:tr w:rsidR="000E3E6B" w:rsidRPr="00F84983" w14:paraId="16C66C72" w14:textId="77777777">
        <w:trPr>
          <w:cantSplit/>
          <w:trHeight w:val="454"/>
        </w:trPr>
        <w:tc>
          <w:tcPr>
            <w:tcW w:w="567" w:type="dxa"/>
            <w:vAlign w:val="center"/>
          </w:tcPr>
          <w:p w14:paraId="16F45D6D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G10</w:t>
            </w:r>
          </w:p>
        </w:tc>
        <w:tc>
          <w:tcPr>
            <w:tcW w:w="4450" w:type="dxa"/>
            <w:vAlign w:val="center"/>
          </w:tcPr>
          <w:p w14:paraId="37B0EF12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ภาพ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มี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เลข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ตาม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บท ชื่อ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ใต้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ภาพ คมชัด ล็อก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สัดส่วน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ที่มา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เมื่อ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ใช้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แหล่ง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อื่น</w:t>
            </w:r>
          </w:p>
        </w:tc>
        <w:tc>
          <w:tcPr>
            <w:tcW w:w="1644" w:type="dxa"/>
            <w:vAlign w:val="center"/>
          </w:tcPr>
          <w:p w14:paraId="19D06287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ค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 xml:space="preserve">ก </w:t>
            </w:r>
            <w:r w:rsidRPr="00F84983">
              <w:rPr>
                <w:rFonts w:ascii="Arial" w:hAnsi="Arial" w:cs="Arial"/>
                <w:sz w:val="32"/>
                <w:szCs w:val="32"/>
              </w:rPr>
              <w:t>□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ม</w:t>
            </w:r>
          </w:p>
        </w:tc>
        <w:tc>
          <w:tcPr>
            <w:tcW w:w="1928" w:type="dxa"/>
            <w:vAlign w:val="center"/>
          </w:tcPr>
          <w:p w14:paraId="6A60987A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</w:tr>
    </w:tbl>
    <w:p w14:paraId="26E4D7B1" w14:textId="77777777" w:rsidR="000E3E6B" w:rsidRPr="00F84983" w:rsidRDefault="00000000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ข้อสังเกต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เพิ่มเติม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ด้าน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รูปแบบ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การ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จัด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รูป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เล่ม  ............</w:t>
      </w:r>
      <w:r w:rsidRPr="00F84983">
        <w:rPr>
          <w:rFonts w:ascii="TH SarabunPSK" w:hAnsi="TH SarabunPSK" w:cs="TH SarabunPSK"/>
          <w:sz w:val="32"/>
          <w:szCs w:val="32"/>
        </w:rPr>
        <w:tab/>
        <w:t>.</w:t>
      </w:r>
    </w:p>
    <w:p w14:paraId="34336CC1" w14:textId="77777777" w:rsidR="000E3E6B" w:rsidRPr="00F84983" w:rsidRDefault="00000000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............</w:t>
      </w:r>
      <w:r w:rsidRPr="00F84983">
        <w:rPr>
          <w:rFonts w:ascii="TH SarabunPSK" w:hAnsi="TH SarabunPSK" w:cs="TH SarabunPSK"/>
          <w:sz w:val="32"/>
          <w:szCs w:val="32"/>
        </w:rPr>
        <w:tab/>
        <w:t>.</w:t>
      </w:r>
    </w:p>
    <w:p w14:paraId="33DFFE95" w14:textId="77777777" w:rsidR="000E3E6B" w:rsidRPr="00F84983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lastRenderedPageBreak/>
        <w:t>ส่วน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 7 สรุป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ผล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และ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ติดตาม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การ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แก้ไข</w:t>
      </w:r>
    </w:p>
    <w:p w14:paraId="33366522" w14:textId="77777777" w:rsidR="000E3E6B" w:rsidRPr="00F84983" w:rsidRDefault="000000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ชื่อ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โครงงาน / กลุ่ม........................................ครั้ง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ที่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ตรวจ............วันที่........................</w:t>
      </w:r>
    </w:p>
    <w:p w14:paraId="48D29C5F" w14:textId="77777777" w:rsidR="000E3E6B" w:rsidRPr="00F84983" w:rsidRDefault="000000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ค = ครบ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และ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ถูกต้อง   ก = มี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แต่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ต้อง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แก้ไข   ม = ไม่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พบ</w:t>
      </w:r>
    </w:p>
    <w:p w14:paraId="52C5CC3E" w14:textId="77777777" w:rsidR="000E3E6B" w:rsidRPr="00F84983" w:rsidRDefault="00000000" w:rsidP="00F84983">
      <w:pPr>
        <w:spacing w:after="0" w:line="264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รวม 79 รายการ ให้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กรอก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จำนวน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ผล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แต่ละ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ประเภท ผลรวม ค + ก + ม ต้อง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เท่ากับ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จำนวน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รายการ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ของ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หมวด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65" w:type="dxa"/>
          <w:bottom w:w="65" w:type="dxa"/>
          <w:right w:w="65" w:type="dxa"/>
        </w:tblCellMar>
        <w:tblLook w:val="04A0" w:firstRow="1" w:lastRow="0" w:firstColumn="1" w:lastColumn="0" w:noHBand="0" w:noVBand="1"/>
      </w:tblPr>
      <w:tblGrid>
        <w:gridCol w:w="4054"/>
        <w:gridCol w:w="1134"/>
        <w:gridCol w:w="1134"/>
        <w:gridCol w:w="1134"/>
        <w:gridCol w:w="1134"/>
      </w:tblGrid>
      <w:tr w:rsidR="000E3E6B" w:rsidRPr="00F84983" w14:paraId="1681376D" w14:textId="77777777">
        <w:trPr>
          <w:cantSplit/>
          <w:tblHeader/>
        </w:trPr>
        <w:tc>
          <w:tcPr>
            <w:tcW w:w="4054" w:type="dxa"/>
            <w:shd w:val="clear" w:color="auto" w:fill="F2F2F2"/>
            <w:vAlign w:val="center"/>
          </w:tcPr>
          <w:p w14:paraId="0939374D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หมวด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30B311A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จำนวน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0F67B220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ค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8293CE2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ก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011179FB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ม</w:t>
            </w:r>
          </w:p>
        </w:tc>
      </w:tr>
      <w:tr w:rsidR="000E3E6B" w:rsidRPr="00F84983" w14:paraId="28D623D9" w14:textId="77777777">
        <w:trPr>
          <w:cantSplit/>
          <w:trHeight w:val="425"/>
        </w:trPr>
        <w:tc>
          <w:tcPr>
            <w:tcW w:w="4054" w:type="dxa"/>
            <w:vAlign w:val="center"/>
          </w:tcPr>
          <w:p w14:paraId="76380EA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A เอก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สารประกอบ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ความสอดคล้อง</w:t>
            </w:r>
          </w:p>
        </w:tc>
        <w:tc>
          <w:tcPr>
            <w:tcW w:w="1134" w:type="dxa"/>
            <w:vAlign w:val="center"/>
          </w:tcPr>
          <w:p w14:paraId="5F9677D7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134" w:type="dxa"/>
            <w:vAlign w:val="center"/>
          </w:tcPr>
          <w:p w14:paraId="2A8055A3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  <w:tc>
          <w:tcPr>
            <w:tcW w:w="1134" w:type="dxa"/>
            <w:vAlign w:val="center"/>
          </w:tcPr>
          <w:p w14:paraId="18622296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  <w:tc>
          <w:tcPr>
            <w:tcW w:w="1134" w:type="dxa"/>
            <w:vAlign w:val="center"/>
          </w:tcPr>
          <w:p w14:paraId="07D59C34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</w:tr>
      <w:tr w:rsidR="000E3E6B" w:rsidRPr="00F84983" w14:paraId="3038A7E1" w14:textId="77777777">
        <w:trPr>
          <w:cantSplit/>
          <w:trHeight w:val="425"/>
        </w:trPr>
        <w:tc>
          <w:tcPr>
            <w:tcW w:w="4054" w:type="dxa"/>
            <w:vAlign w:val="center"/>
          </w:tcPr>
          <w:p w14:paraId="3A2A151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B ส่วน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ต้น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ของ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รายงาน</w:t>
            </w:r>
          </w:p>
        </w:tc>
        <w:tc>
          <w:tcPr>
            <w:tcW w:w="1134" w:type="dxa"/>
            <w:vAlign w:val="center"/>
          </w:tcPr>
          <w:p w14:paraId="7B773A30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34" w:type="dxa"/>
            <w:vAlign w:val="center"/>
          </w:tcPr>
          <w:p w14:paraId="28003DCC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  <w:tc>
          <w:tcPr>
            <w:tcW w:w="1134" w:type="dxa"/>
            <w:vAlign w:val="center"/>
          </w:tcPr>
          <w:p w14:paraId="2C4F866A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  <w:tc>
          <w:tcPr>
            <w:tcW w:w="1134" w:type="dxa"/>
            <w:vAlign w:val="center"/>
          </w:tcPr>
          <w:p w14:paraId="01E4590B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</w:tr>
      <w:tr w:rsidR="000E3E6B" w:rsidRPr="00F84983" w14:paraId="23BB9AC1" w14:textId="77777777">
        <w:trPr>
          <w:cantSplit/>
          <w:trHeight w:val="425"/>
        </w:trPr>
        <w:tc>
          <w:tcPr>
            <w:tcW w:w="4054" w:type="dxa"/>
            <w:vAlign w:val="center"/>
          </w:tcPr>
          <w:p w14:paraId="088D3504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C บท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 1 บทนำ</w:t>
            </w:r>
          </w:p>
        </w:tc>
        <w:tc>
          <w:tcPr>
            <w:tcW w:w="1134" w:type="dxa"/>
            <w:vAlign w:val="center"/>
          </w:tcPr>
          <w:p w14:paraId="2C378F81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34" w:type="dxa"/>
            <w:vAlign w:val="center"/>
          </w:tcPr>
          <w:p w14:paraId="6A89126A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  <w:tc>
          <w:tcPr>
            <w:tcW w:w="1134" w:type="dxa"/>
            <w:vAlign w:val="center"/>
          </w:tcPr>
          <w:p w14:paraId="27946272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  <w:tc>
          <w:tcPr>
            <w:tcW w:w="1134" w:type="dxa"/>
            <w:vAlign w:val="center"/>
          </w:tcPr>
          <w:p w14:paraId="02918583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</w:tr>
      <w:tr w:rsidR="000E3E6B" w:rsidRPr="00F84983" w14:paraId="4FDA4F11" w14:textId="77777777">
        <w:trPr>
          <w:cantSplit/>
          <w:trHeight w:val="425"/>
        </w:trPr>
        <w:tc>
          <w:tcPr>
            <w:tcW w:w="4054" w:type="dxa"/>
            <w:vAlign w:val="center"/>
          </w:tcPr>
          <w:p w14:paraId="6F2C9F6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D บท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 2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บท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 3</w:t>
            </w:r>
          </w:p>
        </w:tc>
        <w:tc>
          <w:tcPr>
            <w:tcW w:w="1134" w:type="dxa"/>
            <w:vAlign w:val="center"/>
          </w:tcPr>
          <w:p w14:paraId="1DEB1EBD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134" w:type="dxa"/>
            <w:vAlign w:val="center"/>
          </w:tcPr>
          <w:p w14:paraId="6006EBAF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  <w:tc>
          <w:tcPr>
            <w:tcW w:w="1134" w:type="dxa"/>
            <w:vAlign w:val="center"/>
          </w:tcPr>
          <w:p w14:paraId="048C8D2B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  <w:tc>
          <w:tcPr>
            <w:tcW w:w="1134" w:type="dxa"/>
            <w:vAlign w:val="center"/>
          </w:tcPr>
          <w:p w14:paraId="1F105003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</w:tr>
      <w:tr w:rsidR="000E3E6B" w:rsidRPr="00F84983" w14:paraId="614E9EE9" w14:textId="77777777">
        <w:trPr>
          <w:cantSplit/>
          <w:trHeight w:val="425"/>
        </w:trPr>
        <w:tc>
          <w:tcPr>
            <w:tcW w:w="4054" w:type="dxa"/>
            <w:vAlign w:val="center"/>
          </w:tcPr>
          <w:p w14:paraId="05182010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E บท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 4 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บท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ที่ 5</w:t>
            </w:r>
          </w:p>
        </w:tc>
        <w:tc>
          <w:tcPr>
            <w:tcW w:w="1134" w:type="dxa"/>
            <w:vAlign w:val="center"/>
          </w:tcPr>
          <w:p w14:paraId="0992B3F9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34" w:type="dxa"/>
            <w:vAlign w:val="center"/>
          </w:tcPr>
          <w:p w14:paraId="5C0F06BC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  <w:tc>
          <w:tcPr>
            <w:tcW w:w="1134" w:type="dxa"/>
            <w:vAlign w:val="center"/>
          </w:tcPr>
          <w:p w14:paraId="47824BBD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  <w:tc>
          <w:tcPr>
            <w:tcW w:w="1134" w:type="dxa"/>
            <w:vAlign w:val="center"/>
          </w:tcPr>
          <w:p w14:paraId="6CA06BA6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</w:tr>
      <w:tr w:rsidR="000E3E6B" w:rsidRPr="00F84983" w14:paraId="1A64D8C1" w14:textId="77777777">
        <w:trPr>
          <w:cantSplit/>
          <w:trHeight w:val="425"/>
        </w:trPr>
        <w:tc>
          <w:tcPr>
            <w:tcW w:w="4054" w:type="dxa"/>
            <w:vAlign w:val="center"/>
          </w:tcPr>
          <w:p w14:paraId="20334828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F ส่วน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ท้าย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อ้างอิง</w:t>
            </w:r>
          </w:p>
        </w:tc>
        <w:tc>
          <w:tcPr>
            <w:tcW w:w="1134" w:type="dxa"/>
            <w:vAlign w:val="center"/>
          </w:tcPr>
          <w:p w14:paraId="6A63F581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4" w:type="dxa"/>
            <w:vAlign w:val="center"/>
          </w:tcPr>
          <w:p w14:paraId="17CE40F0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  <w:tc>
          <w:tcPr>
            <w:tcW w:w="1134" w:type="dxa"/>
            <w:vAlign w:val="center"/>
          </w:tcPr>
          <w:p w14:paraId="5E9E0051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  <w:tc>
          <w:tcPr>
            <w:tcW w:w="1134" w:type="dxa"/>
            <w:vAlign w:val="center"/>
          </w:tcPr>
          <w:p w14:paraId="6E7F080D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</w:tr>
      <w:tr w:rsidR="000E3E6B" w:rsidRPr="00F84983" w14:paraId="5867249D" w14:textId="77777777">
        <w:trPr>
          <w:cantSplit/>
          <w:trHeight w:val="425"/>
        </w:trPr>
        <w:tc>
          <w:tcPr>
            <w:tcW w:w="4054" w:type="dxa"/>
            <w:vAlign w:val="center"/>
          </w:tcPr>
          <w:p w14:paraId="29DC2BAC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G รูปแบบ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การ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จัด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รูป</w:t>
            </w:r>
            <w:r w:rsidRPr="00F84983">
              <w:rPr>
                <w:rFonts w:ascii="Arial" w:hAnsi="Arial" w:cs="Arial"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sz w:val="32"/>
                <w:szCs w:val="32"/>
              </w:rPr>
              <w:t>เล่ม</w:t>
            </w:r>
          </w:p>
        </w:tc>
        <w:tc>
          <w:tcPr>
            <w:tcW w:w="1134" w:type="dxa"/>
            <w:vAlign w:val="center"/>
          </w:tcPr>
          <w:p w14:paraId="7E842ADD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34" w:type="dxa"/>
            <w:vAlign w:val="center"/>
          </w:tcPr>
          <w:p w14:paraId="2F6D6822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  <w:tc>
          <w:tcPr>
            <w:tcW w:w="1134" w:type="dxa"/>
            <w:vAlign w:val="center"/>
          </w:tcPr>
          <w:p w14:paraId="13409FF8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  <w:tc>
          <w:tcPr>
            <w:tcW w:w="1134" w:type="dxa"/>
            <w:vAlign w:val="center"/>
          </w:tcPr>
          <w:p w14:paraId="3145A8BD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</w:tr>
      <w:tr w:rsidR="000E3E6B" w:rsidRPr="00F84983" w14:paraId="01E00801" w14:textId="77777777">
        <w:trPr>
          <w:cantSplit/>
          <w:trHeight w:val="425"/>
        </w:trPr>
        <w:tc>
          <w:tcPr>
            <w:tcW w:w="4054" w:type="dxa"/>
            <w:vAlign w:val="center"/>
          </w:tcPr>
          <w:p w14:paraId="07F47F98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รวม</w:t>
            </w:r>
          </w:p>
        </w:tc>
        <w:tc>
          <w:tcPr>
            <w:tcW w:w="1134" w:type="dxa"/>
            <w:vAlign w:val="center"/>
          </w:tcPr>
          <w:p w14:paraId="49CF948E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79</w:t>
            </w:r>
          </w:p>
        </w:tc>
        <w:tc>
          <w:tcPr>
            <w:tcW w:w="1134" w:type="dxa"/>
            <w:vAlign w:val="center"/>
          </w:tcPr>
          <w:p w14:paraId="3B82D71D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......</w:t>
            </w:r>
          </w:p>
        </w:tc>
        <w:tc>
          <w:tcPr>
            <w:tcW w:w="1134" w:type="dxa"/>
            <w:vAlign w:val="center"/>
          </w:tcPr>
          <w:p w14:paraId="258350F9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......</w:t>
            </w:r>
          </w:p>
        </w:tc>
        <w:tc>
          <w:tcPr>
            <w:tcW w:w="1134" w:type="dxa"/>
            <w:vAlign w:val="center"/>
          </w:tcPr>
          <w:p w14:paraId="39C62757" w14:textId="77777777" w:rsidR="000E3E6B" w:rsidRPr="00F84983" w:rsidRDefault="00000000" w:rsidP="00F84983">
            <w:pPr>
              <w:spacing w:after="0" w:line="252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......</w:t>
            </w:r>
          </w:p>
        </w:tc>
      </w:tr>
    </w:tbl>
    <w:p w14:paraId="0A9FC836" w14:textId="77777777" w:rsidR="000E3E6B" w:rsidRPr="00F84983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b/>
          <w:sz w:val="32"/>
          <w:szCs w:val="32"/>
        </w:rPr>
        <w:t>ข้อเสนอ</w:t>
      </w:r>
      <w:r w:rsidRPr="00F84983">
        <w:rPr>
          <w:rFonts w:ascii="Arial" w:hAnsi="Arial" w:cs="Arial"/>
          <w:b/>
          <w:sz w:val="32"/>
          <w:szCs w:val="32"/>
        </w:rPr>
        <w:t>​</w:t>
      </w:r>
      <w:r w:rsidRPr="00F84983">
        <w:rPr>
          <w:rFonts w:ascii="TH SarabunPSK" w:hAnsi="TH SarabunPSK" w:cs="TH SarabunPSK"/>
          <w:b/>
          <w:sz w:val="32"/>
          <w:szCs w:val="32"/>
        </w:rPr>
        <w:t>ผล</w:t>
      </w:r>
      <w:r w:rsidRPr="00F84983">
        <w:rPr>
          <w:rFonts w:ascii="Arial" w:hAnsi="Arial" w:cs="Arial"/>
          <w:b/>
          <w:sz w:val="32"/>
          <w:szCs w:val="32"/>
        </w:rPr>
        <w:t>​</w:t>
      </w:r>
      <w:r w:rsidRPr="00F84983">
        <w:rPr>
          <w:rFonts w:ascii="TH SarabunPSK" w:hAnsi="TH SarabunPSK" w:cs="TH SarabunPSK"/>
          <w:b/>
          <w:sz w:val="32"/>
          <w:szCs w:val="32"/>
        </w:rPr>
        <w:t xml:space="preserve">ตรวจ  </w:t>
      </w:r>
      <w:r w:rsidRPr="00F84983">
        <w:rPr>
          <w:rFonts w:ascii="Arial" w:hAnsi="Arial" w:cs="Arial"/>
          <w:b/>
          <w:sz w:val="32"/>
          <w:szCs w:val="32"/>
        </w:rPr>
        <w:t>□</w:t>
      </w:r>
      <w:r w:rsidRPr="00F84983">
        <w:rPr>
          <w:rFonts w:ascii="TH SarabunPSK" w:hAnsi="TH SarabunPSK" w:cs="TH SarabunPSK"/>
          <w:b/>
          <w:sz w:val="32"/>
          <w:szCs w:val="32"/>
        </w:rPr>
        <w:t xml:space="preserve"> พร้อม</w:t>
      </w:r>
      <w:r w:rsidRPr="00F84983">
        <w:rPr>
          <w:rFonts w:ascii="Arial" w:hAnsi="Arial" w:cs="Arial"/>
          <w:b/>
          <w:sz w:val="32"/>
          <w:szCs w:val="32"/>
        </w:rPr>
        <w:t>​</w:t>
      </w:r>
      <w:r w:rsidRPr="00F84983">
        <w:rPr>
          <w:rFonts w:ascii="TH SarabunPSK" w:hAnsi="TH SarabunPSK" w:cs="TH SarabunPSK"/>
          <w:b/>
          <w:sz w:val="32"/>
          <w:szCs w:val="32"/>
        </w:rPr>
        <w:t>ส่ง</w:t>
      </w:r>
      <w:r w:rsidRPr="00F84983">
        <w:rPr>
          <w:rFonts w:ascii="Arial" w:hAnsi="Arial" w:cs="Arial"/>
          <w:b/>
          <w:sz w:val="32"/>
          <w:szCs w:val="32"/>
        </w:rPr>
        <w:t>​</w:t>
      </w:r>
      <w:r w:rsidRPr="00F84983">
        <w:rPr>
          <w:rFonts w:ascii="TH SarabunPSK" w:hAnsi="TH SarabunPSK" w:cs="TH SarabunPSK"/>
          <w:b/>
          <w:sz w:val="32"/>
          <w:szCs w:val="32"/>
        </w:rPr>
        <w:t>ฉบับ</w:t>
      </w:r>
      <w:r w:rsidRPr="00F84983">
        <w:rPr>
          <w:rFonts w:ascii="Arial" w:hAnsi="Arial" w:cs="Arial"/>
          <w:b/>
          <w:sz w:val="32"/>
          <w:szCs w:val="32"/>
        </w:rPr>
        <w:t>​</w:t>
      </w:r>
      <w:r w:rsidRPr="00F84983">
        <w:rPr>
          <w:rFonts w:ascii="TH SarabunPSK" w:hAnsi="TH SarabunPSK" w:cs="TH SarabunPSK"/>
          <w:b/>
          <w:sz w:val="32"/>
          <w:szCs w:val="32"/>
        </w:rPr>
        <w:t xml:space="preserve">สมบูรณ์   </w:t>
      </w:r>
      <w:r w:rsidRPr="00F84983">
        <w:rPr>
          <w:rFonts w:ascii="Arial" w:hAnsi="Arial" w:cs="Arial"/>
          <w:b/>
          <w:sz w:val="32"/>
          <w:szCs w:val="32"/>
        </w:rPr>
        <w:t>□</w:t>
      </w:r>
      <w:r w:rsidRPr="00F84983">
        <w:rPr>
          <w:rFonts w:ascii="TH SarabunPSK" w:hAnsi="TH SarabunPSK" w:cs="TH SarabunPSK"/>
          <w:b/>
          <w:sz w:val="32"/>
          <w:szCs w:val="32"/>
        </w:rPr>
        <w:t xml:space="preserve"> ให้</w:t>
      </w:r>
      <w:r w:rsidRPr="00F84983">
        <w:rPr>
          <w:rFonts w:ascii="Arial" w:hAnsi="Arial" w:cs="Arial"/>
          <w:b/>
          <w:sz w:val="32"/>
          <w:szCs w:val="32"/>
        </w:rPr>
        <w:t>​</w:t>
      </w:r>
      <w:r w:rsidRPr="00F84983">
        <w:rPr>
          <w:rFonts w:ascii="TH SarabunPSK" w:hAnsi="TH SarabunPSK" w:cs="TH SarabunPSK"/>
          <w:b/>
          <w:sz w:val="32"/>
          <w:szCs w:val="32"/>
        </w:rPr>
        <w:t>แก้ไข</w:t>
      </w:r>
      <w:r w:rsidRPr="00F84983">
        <w:rPr>
          <w:rFonts w:ascii="Arial" w:hAnsi="Arial" w:cs="Arial"/>
          <w:b/>
          <w:sz w:val="32"/>
          <w:szCs w:val="32"/>
        </w:rPr>
        <w:t>​</w:t>
      </w:r>
      <w:r w:rsidRPr="00F84983">
        <w:rPr>
          <w:rFonts w:ascii="TH SarabunPSK" w:hAnsi="TH SarabunPSK" w:cs="TH SarabunPSK"/>
          <w:b/>
          <w:sz w:val="32"/>
          <w:szCs w:val="32"/>
        </w:rPr>
        <w:t>และ</w:t>
      </w:r>
      <w:r w:rsidRPr="00F84983">
        <w:rPr>
          <w:rFonts w:ascii="Arial" w:hAnsi="Arial" w:cs="Arial"/>
          <w:b/>
          <w:sz w:val="32"/>
          <w:szCs w:val="32"/>
        </w:rPr>
        <w:t>​</w:t>
      </w:r>
      <w:r w:rsidRPr="00F84983">
        <w:rPr>
          <w:rFonts w:ascii="TH SarabunPSK" w:hAnsi="TH SarabunPSK" w:cs="TH SarabunPSK"/>
          <w:b/>
          <w:sz w:val="32"/>
          <w:szCs w:val="32"/>
        </w:rPr>
        <w:t>ส่ง</w:t>
      </w:r>
      <w:r w:rsidRPr="00F84983">
        <w:rPr>
          <w:rFonts w:ascii="Arial" w:hAnsi="Arial" w:cs="Arial"/>
          <w:b/>
          <w:sz w:val="32"/>
          <w:szCs w:val="32"/>
        </w:rPr>
        <w:t>​</w:t>
      </w:r>
      <w:r w:rsidRPr="00F84983">
        <w:rPr>
          <w:rFonts w:ascii="TH SarabunPSK" w:hAnsi="TH SarabunPSK" w:cs="TH SarabunPSK"/>
          <w:b/>
          <w:sz w:val="32"/>
          <w:szCs w:val="32"/>
        </w:rPr>
        <w:t>ตรวจ</w:t>
      </w:r>
      <w:r w:rsidRPr="00F84983">
        <w:rPr>
          <w:rFonts w:ascii="Arial" w:hAnsi="Arial" w:cs="Arial"/>
          <w:b/>
          <w:sz w:val="32"/>
          <w:szCs w:val="32"/>
        </w:rPr>
        <w:t>​</w:t>
      </w:r>
      <w:r w:rsidRPr="00F84983">
        <w:rPr>
          <w:rFonts w:ascii="TH SarabunPSK" w:hAnsi="TH SarabunPSK" w:cs="TH SarabunPSK"/>
          <w:b/>
          <w:sz w:val="32"/>
          <w:szCs w:val="32"/>
        </w:rPr>
        <w:t>ซ้ำ</w:t>
      </w:r>
    </w:p>
    <w:p w14:paraId="2ED07BCA" w14:textId="77777777" w:rsidR="000E3E6B" w:rsidRPr="00F84983" w:rsidRDefault="000000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เสนอ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พร้อม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ส่ง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เมื่อ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รายการ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ตรวจ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เป็น ค ทั้งหมด ไม่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มี ก หรือ ม ค้าง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อยู่ ครู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เป็น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ผู้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ยืนยัน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ผล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ตรวจ</w:t>
      </w:r>
    </w:p>
    <w:p w14:paraId="0F29B963" w14:textId="77777777" w:rsidR="000E3E6B" w:rsidRPr="00F84983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b/>
          <w:sz w:val="32"/>
          <w:szCs w:val="32"/>
        </w:rPr>
        <w:t>รายละเอียด</w:t>
      </w:r>
      <w:r w:rsidRPr="00F84983">
        <w:rPr>
          <w:rFonts w:ascii="Arial" w:hAnsi="Arial" w:cs="Arial"/>
          <w:b/>
          <w:sz w:val="32"/>
          <w:szCs w:val="32"/>
        </w:rPr>
        <w:t>​</w:t>
      </w:r>
      <w:r w:rsidRPr="00F84983">
        <w:rPr>
          <w:rFonts w:ascii="TH SarabunPSK" w:hAnsi="TH SarabunPSK" w:cs="TH SarabunPSK"/>
          <w:b/>
          <w:sz w:val="32"/>
          <w:szCs w:val="32"/>
        </w:rPr>
        <w:t>ที่</w:t>
      </w:r>
      <w:r w:rsidRPr="00F84983">
        <w:rPr>
          <w:rFonts w:ascii="Arial" w:hAnsi="Arial" w:cs="Arial"/>
          <w:b/>
          <w:sz w:val="32"/>
          <w:szCs w:val="32"/>
        </w:rPr>
        <w:t>​</w:t>
      </w:r>
      <w:r w:rsidRPr="00F84983">
        <w:rPr>
          <w:rFonts w:ascii="TH SarabunPSK" w:hAnsi="TH SarabunPSK" w:cs="TH SarabunPSK"/>
          <w:b/>
          <w:sz w:val="32"/>
          <w:szCs w:val="32"/>
        </w:rPr>
        <w:t>ต้อง</w:t>
      </w:r>
      <w:r w:rsidRPr="00F84983">
        <w:rPr>
          <w:rFonts w:ascii="Arial" w:hAnsi="Arial" w:cs="Arial"/>
          <w:b/>
          <w:sz w:val="32"/>
          <w:szCs w:val="32"/>
        </w:rPr>
        <w:t>​</w:t>
      </w:r>
      <w:r w:rsidRPr="00F84983">
        <w:rPr>
          <w:rFonts w:ascii="TH SarabunPSK" w:hAnsi="TH SarabunPSK" w:cs="TH SarabunPSK"/>
          <w:b/>
          <w:sz w:val="32"/>
          <w:szCs w:val="32"/>
        </w:rPr>
        <w:t>แก้ไข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65" w:type="dxa"/>
          <w:bottom w:w="65" w:type="dxa"/>
          <w:right w:w="65" w:type="dxa"/>
        </w:tblCellMar>
        <w:tblLook w:val="04A0" w:firstRow="1" w:lastRow="0" w:firstColumn="1" w:lastColumn="0" w:noHBand="0" w:noVBand="1"/>
      </w:tblPr>
      <w:tblGrid>
        <w:gridCol w:w="1928"/>
        <w:gridCol w:w="4734"/>
        <w:gridCol w:w="1928"/>
      </w:tblGrid>
      <w:tr w:rsidR="000E3E6B" w:rsidRPr="00F84983" w14:paraId="4BF8B8D2" w14:textId="77777777">
        <w:trPr>
          <w:cantSplit/>
          <w:tblHeader/>
        </w:trPr>
        <w:tc>
          <w:tcPr>
            <w:tcW w:w="1928" w:type="dxa"/>
            <w:shd w:val="clear" w:color="auto" w:fill="F2F2F2"/>
            <w:vAlign w:val="center"/>
          </w:tcPr>
          <w:p w14:paraId="4EB9BA5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รหัส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ข้อ / หน้า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รายงาน</w:t>
            </w:r>
          </w:p>
        </w:tc>
        <w:tc>
          <w:tcPr>
            <w:tcW w:w="4734" w:type="dxa"/>
            <w:shd w:val="clear" w:color="auto" w:fill="F2F2F2"/>
            <w:vAlign w:val="center"/>
          </w:tcPr>
          <w:p w14:paraId="462F1DC5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สิ่ง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ที่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ต้อง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แก้ไข / เหตุผล</w:t>
            </w:r>
          </w:p>
        </w:tc>
        <w:tc>
          <w:tcPr>
            <w:tcW w:w="1928" w:type="dxa"/>
            <w:shd w:val="clear" w:color="auto" w:fill="F2F2F2"/>
            <w:vAlign w:val="center"/>
          </w:tcPr>
          <w:p w14:paraId="1895F585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ผล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ตรวจ</w:t>
            </w:r>
            <w:r w:rsidRPr="00F84983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84983">
              <w:rPr>
                <w:rFonts w:ascii="TH SarabunPSK" w:hAnsi="TH SarabunPSK" w:cs="TH SarabunPSK"/>
                <w:b/>
                <w:sz w:val="32"/>
                <w:szCs w:val="32"/>
              </w:rPr>
              <w:t>ซ้ำ / วันที่</w:t>
            </w:r>
          </w:p>
        </w:tc>
      </w:tr>
      <w:tr w:rsidR="000E3E6B" w:rsidRPr="00F84983" w14:paraId="136839EB" w14:textId="77777777">
        <w:trPr>
          <w:cantSplit/>
          <w:trHeight w:val="425"/>
        </w:trPr>
        <w:tc>
          <w:tcPr>
            <w:tcW w:w="1928" w:type="dxa"/>
            <w:vAlign w:val="center"/>
          </w:tcPr>
          <w:p w14:paraId="1FD7316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4734" w:type="dxa"/>
            <w:vAlign w:val="center"/>
          </w:tcPr>
          <w:p w14:paraId="1D8ED91E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........................................</w:t>
            </w:r>
          </w:p>
        </w:tc>
        <w:tc>
          <w:tcPr>
            <w:tcW w:w="1928" w:type="dxa"/>
            <w:vAlign w:val="center"/>
          </w:tcPr>
          <w:p w14:paraId="0C2C1D2F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</w:tr>
      <w:tr w:rsidR="000E3E6B" w:rsidRPr="00F84983" w14:paraId="270756A8" w14:textId="77777777">
        <w:trPr>
          <w:cantSplit/>
          <w:trHeight w:val="425"/>
        </w:trPr>
        <w:tc>
          <w:tcPr>
            <w:tcW w:w="1928" w:type="dxa"/>
            <w:vAlign w:val="center"/>
          </w:tcPr>
          <w:p w14:paraId="2082956F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4734" w:type="dxa"/>
            <w:vAlign w:val="center"/>
          </w:tcPr>
          <w:p w14:paraId="4CAB8B7B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........................................</w:t>
            </w:r>
          </w:p>
        </w:tc>
        <w:tc>
          <w:tcPr>
            <w:tcW w:w="1928" w:type="dxa"/>
            <w:vAlign w:val="center"/>
          </w:tcPr>
          <w:p w14:paraId="6C12C473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</w:tr>
      <w:tr w:rsidR="000E3E6B" w:rsidRPr="00F84983" w14:paraId="4344AD19" w14:textId="77777777">
        <w:trPr>
          <w:cantSplit/>
          <w:trHeight w:val="425"/>
        </w:trPr>
        <w:tc>
          <w:tcPr>
            <w:tcW w:w="1928" w:type="dxa"/>
            <w:vAlign w:val="center"/>
          </w:tcPr>
          <w:p w14:paraId="5F942DA4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4734" w:type="dxa"/>
            <w:vAlign w:val="center"/>
          </w:tcPr>
          <w:p w14:paraId="52A7D8C6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........................................</w:t>
            </w:r>
          </w:p>
        </w:tc>
        <w:tc>
          <w:tcPr>
            <w:tcW w:w="1928" w:type="dxa"/>
            <w:vAlign w:val="center"/>
          </w:tcPr>
          <w:p w14:paraId="0C3408DD" w14:textId="77777777" w:rsidR="000E3E6B" w:rsidRPr="00F84983" w:rsidRDefault="00000000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</w:tr>
      <w:tr w:rsidR="0095754F" w:rsidRPr="00F84983" w14:paraId="48EE5B76" w14:textId="77777777">
        <w:trPr>
          <w:cantSplit/>
          <w:trHeight w:val="425"/>
        </w:trPr>
        <w:tc>
          <w:tcPr>
            <w:tcW w:w="1928" w:type="dxa"/>
            <w:vAlign w:val="center"/>
          </w:tcPr>
          <w:p w14:paraId="1F2168F5" w14:textId="109F7327" w:rsidR="0095754F" w:rsidRPr="00F84983" w:rsidRDefault="0095754F" w:rsidP="0095754F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4734" w:type="dxa"/>
            <w:vAlign w:val="center"/>
          </w:tcPr>
          <w:p w14:paraId="5FC44A75" w14:textId="50116AEB" w:rsidR="0095754F" w:rsidRPr="00F84983" w:rsidRDefault="0095754F" w:rsidP="0095754F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........................................</w:t>
            </w:r>
          </w:p>
        </w:tc>
        <w:tc>
          <w:tcPr>
            <w:tcW w:w="1928" w:type="dxa"/>
            <w:vAlign w:val="center"/>
          </w:tcPr>
          <w:p w14:paraId="086940FA" w14:textId="473FABB6" w:rsidR="0095754F" w:rsidRPr="00F84983" w:rsidRDefault="0095754F" w:rsidP="0095754F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</w:tr>
      <w:tr w:rsidR="0095754F" w:rsidRPr="00F84983" w14:paraId="34DB0BF2" w14:textId="77777777">
        <w:trPr>
          <w:cantSplit/>
          <w:trHeight w:val="425"/>
        </w:trPr>
        <w:tc>
          <w:tcPr>
            <w:tcW w:w="1928" w:type="dxa"/>
            <w:vAlign w:val="center"/>
          </w:tcPr>
          <w:p w14:paraId="642D86C8" w14:textId="0C9C7C8C" w:rsidR="0095754F" w:rsidRPr="00F84983" w:rsidRDefault="0095754F" w:rsidP="0095754F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4734" w:type="dxa"/>
            <w:vAlign w:val="center"/>
          </w:tcPr>
          <w:p w14:paraId="419898EC" w14:textId="6A62B11E" w:rsidR="0095754F" w:rsidRPr="00F84983" w:rsidRDefault="0095754F" w:rsidP="0095754F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........................................</w:t>
            </w:r>
          </w:p>
        </w:tc>
        <w:tc>
          <w:tcPr>
            <w:tcW w:w="1928" w:type="dxa"/>
            <w:vAlign w:val="center"/>
          </w:tcPr>
          <w:p w14:paraId="162F6FA7" w14:textId="6731B6D2" w:rsidR="0095754F" w:rsidRPr="00F84983" w:rsidRDefault="0095754F" w:rsidP="0095754F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</w:tr>
      <w:tr w:rsidR="0095754F" w:rsidRPr="00F84983" w14:paraId="06D9F78F" w14:textId="77777777">
        <w:trPr>
          <w:cantSplit/>
          <w:trHeight w:val="425"/>
        </w:trPr>
        <w:tc>
          <w:tcPr>
            <w:tcW w:w="1928" w:type="dxa"/>
            <w:vAlign w:val="center"/>
          </w:tcPr>
          <w:p w14:paraId="7B3790E2" w14:textId="70AB45FF" w:rsidR="0095754F" w:rsidRPr="00F84983" w:rsidRDefault="0095754F" w:rsidP="0095754F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4734" w:type="dxa"/>
            <w:vAlign w:val="center"/>
          </w:tcPr>
          <w:p w14:paraId="1DBE3832" w14:textId="75A94284" w:rsidR="0095754F" w:rsidRPr="00F84983" w:rsidRDefault="0095754F" w:rsidP="0095754F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........................................</w:t>
            </w:r>
          </w:p>
        </w:tc>
        <w:tc>
          <w:tcPr>
            <w:tcW w:w="1928" w:type="dxa"/>
            <w:vAlign w:val="center"/>
          </w:tcPr>
          <w:p w14:paraId="257EA703" w14:textId="7969BDF5" w:rsidR="0095754F" w:rsidRPr="00F84983" w:rsidRDefault="0095754F" w:rsidP="0095754F">
            <w:pPr>
              <w:spacing w:after="0"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84983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</w:tr>
    </w:tbl>
    <w:p w14:paraId="537B235F" w14:textId="77777777" w:rsidR="00F84983" w:rsidRDefault="00F84983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3CB1755E" w14:textId="47C7B518" w:rsidR="000E3E6B" w:rsidRPr="00F84983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กำหนด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ส่ง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แก้ไข...............................วันที่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ตรวจ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ซ้ำ...............................</w:t>
      </w:r>
    </w:p>
    <w:p w14:paraId="7EF07674" w14:textId="77777777" w:rsidR="000E3E6B" w:rsidRDefault="00000000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  <w:r w:rsidRPr="00F84983">
        <w:rPr>
          <w:rFonts w:ascii="TH SarabunPSK" w:hAnsi="TH SarabunPSK" w:cs="TH SarabunPSK"/>
          <w:sz w:val="32"/>
          <w:szCs w:val="32"/>
        </w:rPr>
        <w:t>ผล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ตรวจ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 xml:space="preserve">ซ้ำ  </w:t>
      </w:r>
      <w:r w:rsidRPr="00F84983">
        <w:rPr>
          <w:rFonts w:ascii="Arial" w:hAnsi="Arial" w:cs="Arial"/>
          <w:sz w:val="32"/>
          <w:szCs w:val="32"/>
        </w:rPr>
        <w:t>□</w:t>
      </w:r>
      <w:r w:rsidRPr="00F84983">
        <w:rPr>
          <w:rFonts w:ascii="TH SarabunPSK" w:hAnsi="TH SarabunPSK" w:cs="TH SarabunPSK"/>
          <w:sz w:val="32"/>
          <w:szCs w:val="32"/>
        </w:rPr>
        <w:t xml:space="preserve"> แก้ไข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ครบ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 xml:space="preserve">แล้ว   </w:t>
      </w:r>
      <w:r w:rsidRPr="00F84983">
        <w:rPr>
          <w:rFonts w:ascii="Arial" w:hAnsi="Arial" w:cs="Arial"/>
          <w:sz w:val="32"/>
          <w:szCs w:val="32"/>
        </w:rPr>
        <w:t>□</w:t>
      </w:r>
      <w:r w:rsidRPr="00F84983">
        <w:rPr>
          <w:rFonts w:ascii="TH SarabunPSK" w:hAnsi="TH SarabunPSK" w:cs="TH SarabunPSK"/>
          <w:sz w:val="32"/>
          <w:szCs w:val="32"/>
        </w:rPr>
        <w:t xml:space="preserve"> ยัง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ต้อง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แก้ไข รหัส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ข้อ...............................</w:t>
      </w:r>
    </w:p>
    <w:p w14:paraId="32B43E53" w14:textId="77777777" w:rsidR="00F84983" w:rsidRPr="00F84983" w:rsidRDefault="00F84983">
      <w:pPr>
        <w:spacing w:after="0"/>
        <w:rPr>
          <w:rFonts w:ascii="TH SarabunPSK" w:hAnsi="TH SarabunPSK" w:cs="TH SarabunPSK" w:hint="cs"/>
          <w:sz w:val="32"/>
          <w:szCs w:val="32"/>
          <w:lang w:bidi="th-TH"/>
        </w:rPr>
      </w:pPr>
    </w:p>
    <w:p w14:paraId="69FD4224" w14:textId="77777777" w:rsidR="000E3E6B" w:rsidRPr="00F84983" w:rsidRDefault="00000000" w:rsidP="00F84983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ลงชื่อ........................................ครู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ผู้ตรวจ   วันที่........................</w:t>
      </w:r>
    </w:p>
    <w:p w14:paraId="33DF3E9D" w14:textId="77777777" w:rsidR="000E3E6B" w:rsidRDefault="00000000" w:rsidP="00F84983">
      <w:pPr>
        <w:spacing w:after="0"/>
        <w:ind w:left="1440"/>
        <w:rPr>
          <w:rFonts w:ascii="TH SarabunPSK" w:hAnsi="TH SarabunPSK" w:cs="TH SarabunPSK"/>
          <w:sz w:val="32"/>
          <w:szCs w:val="32"/>
          <w:lang w:bidi="th-TH"/>
        </w:rPr>
      </w:pPr>
      <w:r w:rsidRPr="00F84983">
        <w:rPr>
          <w:rFonts w:ascii="TH SarabunPSK" w:hAnsi="TH SarabunPSK" w:cs="TH SarabunPSK"/>
          <w:sz w:val="32"/>
          <w:szCs w:val="32"/>
        </w:rPr>
        <w:t xml:space="preserve">       (........................................)</w:t>
      </w:r>
    </w:p>
    <w:p w14:paraId="12E58658" w14:textId="77777777" w:rsidR="0095754F" w:rsidRPr="00F84983" w:rsidRDefault="0095754F" w:rsidP="00F84983">
      <w:pPr>
        <w:spacing w:after="0"/>
        <w:ind w:left="1440"/>
        <w:rPr>
          <w:rFonts w:ascii="TH SarabunPSK" w:hAnsi="TH SarabunPSK" w:cs="TH SarabunPSK" w:hint="cs"/>
          <w:sz w:val="32"/>
          <w:szCs w:val="32"/>
          <w:lang w:bidi="th-TH"/>
        </w:rPr>
      </w:pPr>
    </w:p>
    <w:p w14:paraId="1671D738" w14:textId="77777777" w:rsidR="000E3E6B" w:rsidRPr="00F84983" w:rsidRDefault="00000000" w:rsidP="00F84983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F84983">
        <w:rPr>
          <w:rFonts w:ascii="TH SarabunPSK" w:hAnsi="TH SarabunPSK" w:cs="TH SarabunPSK"/>
          <w:sz w:val="32"/>
          <w:szCs w:val="32"/>
        </w:rPr>
        <w:t>ลงชื่อ........................................ผู้จัดทำ</w:t>
      </w:r>
      <w:r w:rsidRPr="00F84983">
        <w:rPr>
          <w:rFonts w:ascii="Arial" w:hAnsi="Arial" w:cs="Arial"/>
          <w:sz w:val="32"/>
          <w:szCs w:val="32"/>
        </w:rPr>
        <w:t>​</w:t>
      </w:r>
      <w:r w:rsidRPr="00F84983">
        <w:rPr>
          <w:rFonts w:ascii="TH SarabunPSK" w:hAnsi="TH SarabunPSK" w:cs="TH SarabunPSK"/>
          <w:sz w:val="32"/>
          <w:szCs w:val="32"/>
        </w:rPr>
        <w:t>รับทราบ   วันที่........................</w:t>
      </w:r>
    </w:p>
    <w:p w14:paraId="285A2C14" w14:textId="18AA2923" w:rsidR="000E3E6B" w:rsidRPr="00F84983" w:rsidRDefault="00F84983">
      <w:pPr>
        <w:spacing w:after="0" w:line="264" w:lineRule="auto"/>
        <w:rPr>
          <w:rFonts w:ascii="TH SarabunPSK" w:hAnsi="TH SarabunPSK" w:cs="TH SarabunPSK" w:hint="cs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sectPr w:rsidR="000E3E6B" w:rsidRPr="00F84983" w:rsidSect="00034616">
      <w:footerReference w:type="default" r:id="rId8"/>
      <w:pgSz w:w="11906" w:h="16838"/>
      <w:pgMar w:top="1440" w:right="1440" w:bottom="1440" w:left="1872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8122C" w14:textId="77777777" w:rsidR="00EA5A82" w:rsidRDefault="00EA5A82">
      <w:pPr>
        <w:spacing w:after="0" w:line="240" w:lineRule="auto"/>
      </w:pPr>
      <w:r>
        <w:separator/>
      </w:r>
    </w:p>
  </w:endnote>
  <w:endnote w:type="continuationSeparator" w:id="0">
    <w:p w14:paraId="4B2EB80B" w14:textId="77777777" w:rsidR="00EA5A82" w:rsidRDefault="00EA5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22E6C" w14:textId="77777777" w:rsidR="000E3E6B" w:rsidRDefault="00000000">
    <w:pPr>
      <w:pStyle w:val="Footer"/>
      <w:spacing w:line="240" w:lineRule="auto"/>
    </w:pPr>
    <w:r>
      <w:t xml:space="preserve">แบบตรวจสอบรายงานโครงงาน 5 บท  |  ครูผู้สอน  |  หน้า </w:t>
    </w:r>
    <w:r>
      <w:fldChar w:fldCharType="begin"/>
    </w:r>
    <w:r>
      <w:instrText>PAGE</w:instrText>
    </w:r>
    <w:r>
      <w:fldChar w:fldCharType="separate"/>
    </w:r>
    <w:r w:rsidR="00F84983">
      <w:rPr>
        <w:cs/>
        <w:lang w:bidi="th-TH"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F84983">
      <w:rPr>
        <w:cs/>
        <w:lang w:bidi="th-TH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EF437" w14:textId="77777777" w:rsidR="00EA5A82" w:rsidRDefault="00EA5A82">
      <w:pPr>
        <w:spacing w:after="0" w:line="240" w:lineRule="auto"/>
      </w:pPr>
      <w:r>
        <w:separator/>
      </w:r>
    </w:p>
  </w:footnote>
  <w:footnote w:type="continuationSeparator" w:id="0">
    <w:p w14:paraId="49B5A4AC" w14:textId="77777777" w:rsidR="00EA5A82" w:rsidRDefault="00EA5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6907683">
    <w:abstractNumId w:val="8"/>
  </w:num>
  <w:num w:numId="2" w16cid:durableId="273446588">
    <w:abstractNumId w:val="6"/>
  </w:num>
  <w:num w:numId="3" w16cid:durableId="1775248761">
    <w:abstractNumId w:val="5"/>
  </w:num>
  <w:num w:numId="4" w16cid:durableId="392581618">
    <w:abstractNumId w:val="4"/>
  </w:num>
  <w:num w:numId="5" w16cid:durableId="1256789366">
    <w:abstractNumId w:val="7"/>
  </w:num>
  <w:num w:numId="6" w16cid:durableId="1543207872">
    <w:abstractNumId w:val="3"/>
  </w:num>
  <w:num w:numId="7" w16cid:durableId="246500802">
    <w:abstractNumId w:val="2"/>
  </w:num>
  <w:num w:numId="8" w16cid:durableId="361785463">
    <w:abstractNumId w:val="1"/>
  </w:num>
  <w:num w:numId="9" w16cid:durableId="1104299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3E6B"/>
    <w:rsid w:val="0015074B"/>
    <w:rsid w:val="0029639D"/>
    <w:rsid w:val="00326F90"/>
    <w:rsid w:val="006751EF"/>
    <w:rsid w:val="0095754F"/>
    <w:rsid w:val="00AA1D8D"/>
    <w:rsid w:val="00B47730"/>
    <w:rsid w:val="00CB0664"/>
    <w:rsid w:val="00EA5A82"/>
    <w:rsid w:val="00F849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14BAEE"/>
  <w14:defaultImageDpi w14:val="300"/>
  <w15:docId w15:val="{B620C87D-6DE9-4A1E-B74A-5477861D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TH Sarabun New" w:eastAsia="TH Sarabun New" w:hAnsi="TH Sarabun New" w:cs="TH Sarabun New"/>
      <w:noProof/>
      <w:color w:val="000000"/>
      <w:sz w:val="28"/>
      <w:szCs w:val="28"/>
      <w:lang w:val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/>
      <w:outlineLvl w:val="0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360" w:lineRule="auto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36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1829</Words>
  <Characters>10427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แบบตรวจสอบความครบถ้วนของรายงานโครงงาน 5 บท สำหรับครูผู้สอน</dc:title>
  <dc:subject>จัดทำโดยอ้างอิงเอกสาร PJ-01 ถึง PJ-04 ที่ผู้ใช้ให้มา</dc:subject>
  <dc:creator/>
  <cp:keywords/>
  <dc:description/>
  <cp:lastModifiedBy>Administrator</cp:lastModifiedBy>
  <cp:revision>2</cp:revision>
  <dcterms:created xsi:type="dcterms:W3CDTF">2013-12-23T23:15:00Z</dcterms:created>
  <dcterms:modified xsi:type="dcterms:W3CDTF">2026-10-29T21:28:00Z</dcterms:modified>
  <cp:category/>
</cp:coreProperties>
</file>