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FEB75" w14:textId="77777777" w:rsidR="007A642A" w:rsidRPr="00FE7164" w:rsidRDefault="00000000" w:rsidP="00FE7164">
      <w:pPr>
        <w:pStyle w:val="Title"/>
        <w:spacing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FE7164">
        <w:rPr>
          <w:rFonts w:ascii="TH SarabunPSK" w:hAnsi="TH SarabunPSK" w:cs="TH SarabunPSK"/>
          <w:sz w:val="36"/>
          <w:szCs w:val="36"/>
        </w:rPr>
        <w:t>โครงงาน</w:t>
      </w:r>
    </w:p>
    <w:p w14:paraId="19C8D427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ชื่อ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โครงงาน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ภาษาไทย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87F9E2E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2E42586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ชื่อ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โครงงาน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ภาษาอังกฤษ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5806536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9B7B92A" w14:textId="77777777" w:rsidR="007A642A" w:rsidRPr="00A41C05" w:rsidRDefault="00000000" w:rsidP="00A41C05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b/>
          <w:sz w:val="32"/>
          <w:szCs w:val="32"/>
        </w:rPr>
        <w:t>จัดทำ</w:t>
      </w:r>
      <w:r w:rsidRPr="00A41C05">
        <w:rPr>
          <w:rFonts w:ascii="Arial" w:hAnsi="Arial" w:cs="Arial"/>
          <w:b/>
          <w:sz w:val="32"/>
          <w:szCs w:val="32"/>
        </w:rPr>
        <w:t>​</w:t>
      </w:r>
      <w:r w:rsidRPr="00A41C05">
        <w:rPr>
          <w:rFonts w:ascii="TH SarabunPSK" w:hAnsi="TH SarabunPSK" w:cs="TH SarabunPSK"/>
          <w:b/>
          <w:sz w:val="32"/>
          <w:szCs w:val="32"/>
        </w:rPr>
        <w:t>โดย</w:t>
      </w:r>
    </w:p>
    <w:p w14:paraId="68472CFD" w14:textId="77777777" w:rsidR="007A642A" w:rsidRPr="00A41C05" w:rsidRDefault="00000000" w:rsidP="00FE7164">
      <w:pPr>
        <w:tabs>
          <w:tab w:val="right" w:leader="dot" w:pos="9014"/>
        </w:tabs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1. ชื่อ–สกุล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และ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รหัส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นักเรียน/นักศึกษา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D95D09D" w14:textId="77777777" w:rsidR="007A642A" w:rsidRPr="00A41C05" w:rsidRDefault="00000000" w:rsidP="00FE7164">
      <w:pPr>
        <w:tabs>
          <w:tab w:val="right" w:leader="dot" w:pos="9014"/>
        </w:tabs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2. ชื่อ–สกุล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และ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รหัส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นักเรียน/นักศึกษา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770BD53" w14:textId="77777777" w:rsidR="007A642A" w:rsidRDefault="00000000" w:rsidP="00FE7164">
      <w:pPr>
        <w:tabs>
          <w:tab w:val="right" w:leader="dot" w:pos="9014"/>
        </w:tabs>
        <w:spacing w:line="240" w:lineRule="auto"/>
        <w:ind w:left="720"/>
        <w:rPr>
          <w:rFonts w:ascii="TH SarabunPSK" w:hAnsi="TH SarabunPSK" w:cs="TH SarabunPSK"/>
          <w:sz w:val="32"/>
          <w:szCs w:val="32"/>
          <w:lang w:val="en-US"/>
        </w:rPr>
      </w:pPr>
      <w:r w:rsidRPr="00A41C05">
        <w:rPr>
          <w:rFonts w:ascii="TH SarabunPSK" w:hAnsi="TH SarabunPSK" w:cs="TH SarabunPSK"/>
          <w:sz w:val="32"/>
          <w:szCs w:val="32"/>
        </w:rPr>
        <w:t>3. ชื่อ–สกุล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และ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รหัส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นักเรียน/นักศึกษา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E57C500" w14:textId="77777777" w:rsidR="00FE7164" w:rsidRDefault="00FE7164" w:rsidP="00FE7164">
      <w:pPr>
        <w:tabs>
          <w:tab w:val="right" w:leader="dot" w:pos="9014"/>
        </w:tabs>
        <w:spacing w:line="240" w:lineRule="auto"/>
        <w:ind w:left="720"/>
        <w:rPr>
          <w:rFonts w:ascii="TH SarabunPSK" w:hAnsi="TH SarabunPSK" w:cs="TH SarabunPSK"/>
          <w:sz w:val="32"/>
          <w:szCs w:val="32"/>
          <w:lang w:val="en-US"/>
        </w:rPr>
      </w:pPr>
    </w:p>
    <w:p w14:paraId="5AEB1F27" w14:textId="77777777" w:rsidR="00FE7164" w:rsidRPr="00FE7164" w:rsidRDefault="00FE7164" w:rsidP="00FE7164">
      <w:pPr>
        <w:tabs>
          <w:tab w:val="right" w:leader="dot" w:pos="9014"/>
        </w:tabs>
        <w:spacing w:line="240" w:lineRule="auto"/>
        <w:ind w:left="720"/>
        <w:rPr>
          <w:rFonts w:ascii="TH SarabunPSK" w:hAnsi="TH SarabunPSK" w:cs="TH SarabunPSK"/>
          <w:sz w:val="32"/>
          <w:szCs w:val="32"/>
          <w:lang w:val="en-US"/>
        </w:rPr>
      </w:pPr>
    </w:p>
    <w:p w14:paraId="4B1BEC06" w14:textId="77777777" w:rsidR="007A642A" w:rsidRPr="00A41C05" w:rsidRDefault="00000000" w:rsidP="00FE716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โครงงาน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นี้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เป็น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ส่วนหนึ่ง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ของ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การศึกษา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ตาม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หลักสูตร</w:t>
      </w:r>
    </w:p>
    <w:p w14:paraId="093A77FA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หลักสูตร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3196479" w14:textId="77777777" w:rsidR="007A642A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  <w:r w:rsidRPr="00A41C05">
        <w:rPr>
          <w:rFonts w:ascii="TH SarabunPSK" w:hAnsi="TH SarabunPSK" w:cs="TH SarabunPSK"/>
          <w:sz w:val="32"/>
          <w:szCs w:val="32"/>
        </w:rPr>
        <w:t>สาขาวิชา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5A9FAE9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536B60BF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0955D4B3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339230AF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7EF0FB58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2CDF7353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3531AAB4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26378BEB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5360DAEA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35D5C7F0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49B42B52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287C0BD5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2D1E2370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229FB6AB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0D64B264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203047B5" w14:textId="77777777" w:rsidR="007A642A" w:rsidRPr="00A41C05" w:rsidRDefault="00000000" w:rsidP="00FE716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วิทยาลัย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การ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อาชีพ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โพน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ทอง</w:t>
      </w:r>
    </w:p>
    <w:p w14:paraId="773BA4BF" w14:textId="77777777" w:rsidR="007A642A" w:rsidRPr="00A41C05" w:rsidRDefault="00000000" w:rsidP="00FE716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สำนักงาน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คณะกรรมการ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การ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อาชีวศึกษา</w:t>
      </w:r>
    </w:p>
    <w:p w14:paraId="266854C3" w14:textId="342555E7" w:rsidR="007A642A" w:rsidRPr="00FE7164" w:rsidRDefault="00000000" w:rsidP="00FE7164">
      <w:pPr>
        <w:tabs>
          <w:tab w:val="right" w:leader="dot" w:pos="9014"/>
        </w:tabs>
        <w:spacing w:line="240" w:lineRule="auto"/>
        <w:jc w:val="center"/>
        <w:rPr>
          <w:rFonts w:ascii="TH SarabunPSK" w:hAnsi="TH SarabunPSK" w:cs="TH SarabunPSK"/>
          <w:sz w:val="32"/>
          <w:szCs w:val="32"/>
          <w:lang w:val="en-US"/>
        </w:rPr>
      </w:pPr>
      <w:r w:rsidRPr="00A41C05">
        <w:rPr>
          <w:rFonts w:ascii="TH SarabunPSK" w:hAnsi="TH SarabunPSK" w:cs="TH SarabunPSK"/>
          <w:sz w:val="32"/>
          <w:szCs w:val="32"/>
        </w:rPr>
        <w:t>ภาคเรียน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 xml:space="preserve">ที่  </w:t>
      </w:r>
      <w:r w:rsidR="00FE7164">
        <w:rPr>
          <w:rFonts w:ascii="TH SarabunPSK" w:hAnsi="TH SarabunPSK" w:cs="TH SarabunPSK"/>
          <w:sz w:val="32"/>
          <w:szCs w:val="32"/>
          <w:lang w:val="en-US"/>
        </w:rPr>
        <w:t xml:space="preserve">2  </w:t>
      </w:r>
      <w:r w:rsidRPr="00A41C05">
        <w:rPr>
          <w:rFonts w:ascii="TH SarabunPSK" w:hAnsi="TH SarabunPSK" w:cs="TH SarabunPSK"/>
          <w:sz w:val="32"/>
          <w:szCs w:val="32"/>
        </w:rPr>
        <w:t xml:space="preserve">ปีการศึกษา  </w:t>
      </w:r>
      <w:r w:rsidR="00FE7164">
        <w:rPr>
          <w:rFonts w:ascii="TH SarabunPSK" w:hAnsi="TH SarabunPSK" w:cs="TH SarabunPSK"/>
          <w:sz w:val="32"/>
          <w:szCs w:val="32"/>
          <w:lang w:val="en-US"/>
        </w:rPr>
        <w:t>2569</w:t>
      </w:r>
    </w:p>
    <w:p w14:paraId="0B888C44" w14:textId="77777777" w:rsidR="007A642A" w:rsidRPr="00FE7164" w:rsidRDefault="00000000" w:rsidP="00FE7164">
      <w:pPr>
        <w:pStyle w:val="Title"/>
        <w:pageBreakBefore/>
        <w:spacing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FE7164">
        <w:rPr>
          <w:rFonts w:ascii="TH SarabunPSK" w:hAnsi="TH SarabunPSK" w:cs="TH SarabunPSK"/>
          <w:sz w:val="36"/>
          <w:szCs w:val="36"/>
        </w:rPr>
        <w:lastRenderedPageBreak/>
        <w:t>โครงงาน</w:t>
      </w:r>
    </w:p>
    <w:p w14:paraId="1079D4DD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ชื่อ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โครงงาน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ภาษาไทย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CE7D2B1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48A90D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ชื่อ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โครงงาน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ภาษาอังกฤษ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2E26476" w14:textId="77777777" w:rsidR="007A642A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B17E41F" w14:textId="77777777" w:rsidR="00FE7164" w:rsidRP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2234E819" w14:textId="77777777" w:rsidR="007A642A" w:rsidRPr="00A41C05" w:rsidRDefault="00000000" w:rsidP="00A41C05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b/>
          <w:sz w:val="32"/>
          <w:szCs w:val="32"/>
        </w:rPr>
        <w:t>จัดทำ</w:t>
      </w:r>
      <w:r w:rsidRPr="00A41C05">
        <w:rPr>
          <w:rFonts w:ascii="Arial" w:hAnsi="Arial" w:cs="Arial"/>
          <w:b/>
          <w:sz w:val="32"/>
          <w:szCs w:val="32"/>
        </w:rPr>
        <w:t>​</w:t>
      </w:r>
      <w:r w:rsidRPr="00A41C05">
        <w:rPr>
          <w:rFonts w:ascii="TH SarabunPSK" w:hAnsi="TH SarabunPSK" w:cs="TH SarabunPSK"/>
          <w:b/>
          <w:sz w:val="32"/>
          <w:szCs w:val="32"/>
        </w:rPr>
        <w:t>โดย</w:t>
      </w:r>
    </w:p>
    <w:p w14:paraId="62B8C9C4" w14:textId="77777777" w:rsidR="007A642A" w:rsidRPr="00A41C05" w:rsidRDefault="00000000" w:rsidP="00FE7164">
      <w:pPr>
        <w:tabs>
          <w:tab w:val="right" w:leader="dot" w:pos="9014"/>
        </w:tabs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1. ชื่อ–สกุล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และ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รหัส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นักเรียน/นักศึกษา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621575E" w14:textId="77777777" w:rsidR="007A642A" w:rsidRPr="00A41C05" w:rsidRDefault="00000000" w:rsidP="00FE7164">
      <w:pPr>
        <w:tabs>
          <w:tab w:val="right" w:leader="dot" w:pos="9014"/>
        </w:tabs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2. ชื่อ–สกุล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และ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รหัส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นักเรียน/นักศึกษา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82191F5" w14:textId="77777777" w:rsidR="007A642A" w:rsidRDefault="00000000" w:rsidP="00FE7164">
      <w:pPr>
        <w:tabs>
          <w:tab w:val="right" w:leader="dot" w:pos="9014"/>
        </w:tabs>
        <w:spacing w:line="240" w:lineRule="auto"/>
        <w:ind w:left="720"/>
        <w:rPr>
          <w:rFonts w:ascii="TH SarabunPSK" w:hAnsi="TH SarabunPSK" w:cs="TH SarabunPSK"/>
          <w:sz w:val="32"/>
          <w:szCs w:val="32"/>
          <w:lang w:val="en-US"/>
        </w:rPr>
      </w:pPr>
      <w:r w:rsidRPr="00A41C05">
        <w:rPr>
          <w:rFonts w:ascii="TH SarabunPSK" w:hAnsi="TH SarabunPSK" w:cs="TH SarabunPSK"/>
          <w:sz w:val="32"/>
          <w:szCs w:val="32"/>
        </w:rPr>
        <w:t>3. ชื่อ–สกุล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และ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รหัส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นักเรียน/นักศึกษา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DE8E34B" w14:textId="77777777" w:rsidR="00FE7164" w:rsidRPr="00FE7164" w:rsidRDefault="00FE7164" w:rsidP="00FE7164">
      <w:pPr>
        <w:tabs>
          <w:tab w:val="right" w:leader="dot" w:pos="9014"/>
        </w:tabs>
        <w:spacing w:line="240" w:lineRule="auto"/>
        <w:ind w:left="720"/>
        <w:rPr>
          <w:rFonts w:ascii="TH SarabunPSK" w:hAnsi="TH SarabunPSK" w:cs="TH SarabunPSK"/>
          <w:sz w:val="32"/>
          <w:szCs w:val="32"/>
          <w:lang w:val="en-US"/>
        </w:rPr>
      </w:pPr>
    </w:p>
    <w:p w14:paraId="2AE9318E" w14:textId="77777777" w:rsidR="007A642A" w:rsidRPr="00A41C05" w:rsidRDefault="00000000" w:rsidP="00A41C05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b/>
          <w:sz w:val="32"/>
          <w:szCs w:val="32"/>
        </w:rPr>
        <w:t>อาจารย์ที่ปรึกษา</w:t>
      </w:r>
    </w:p>
    <w:p w14:paraId="4F1EEE59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0AABD65" w14:textId="77777777" w:rsidR="007A642A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A8FA2FF" w14:textId="77777777" w:rsidR="00FE7164" w:rsidRP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6130CF90" w14:textId="77777777" w:rsidR="007A642A" w:rsidRPr="00A41C05" w:rsidRDefault="00000000" w:rsidP="00FE716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โครงงาน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นี้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เป็น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ส่วนหนึ่ง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ของ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การศึกษา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ตาม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หลักสูตร</w:t>
      </w:r>
    </w:p>
    <w:p w14:paraId="2897BB87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หลักสูตร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001F951" w14:textId="77777777" w:rsidR="007A642A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  <w:r w:rsidRPr="00A41C05">
        <w:rPr>
          <w:rFonts w:ascii="TH SarabunPSK" w:hAnsi="TH SarabunPSK" w:cs="TH SarabunPSK"/>
          <w:sz w:val="32"/>
          <w:szCs w:val="32"/>
        </w:rPr>
        <w:t>สาขาวิชา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E339C46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162C87D2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0B8BFF9E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0C9F655C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52C86F6B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0833DC6A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10D67239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3177A586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1E105B4E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25CE9B14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260E6CB9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19B2A7C7" w14:textId="77777777" w:rsid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3643B482" w14:textId="77777777" w:rsidR="00FE7164" w:rsidRPr="00A41C05" w:rsidRDefault="00FE7164" w:rsidP="00FE716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วิทยาลัย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การ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อาชีพ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โพน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ทอง</w:t>
      </w:r>
    </w:p>
    <w:p w14:paraId="5E70A881" w14:textId="77777777" w:rsidR="00FE7164" w:rsidRPr="00A41C05" w:rsidRDefault="00FE7164" w:rsidP="00FE716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สำนักงาน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คณะกรรมการ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การ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อาชีวศึกษา</w:t>
      </w:r>
    </w:p>
    <w:p w14:paraId="22FD4F6E" w14:textId="77777777" w:rsidR="00FE7164" w:rsidRPr="00FE7164" w:rsidRDefault="00FE7164" w:rsidP="00FE7164">
      <w:pPr>
        <w:tabs>
          <w:tab w:val="right" w:leader="dot" w:pos="9014"/>
        </w:tabs>
        <w:spacing w:line="240" w:lineRule="auto"/>
        <w:jc w:val="center"/>
        <w:rPr>
          <w:rFonts w:ascii="TH SarabunPSK" w:hAnsi="TH SarabunPSK" w:cs="TH SarabunPSK"/>
          <w:sz w:val="32"/>
          <w:szCs w:val="32"/>
          <w:lang w:val="en-US"/>
        </w:rPr>
      </w:pPr>
      <w:r w:rsidRPr="00A41C05">
        <w:rPr>
          <w:rFonts w:ascii="TH SarabunPSK" w:hAnsi="TH SarabunPSK" w:cs="TH SarabunPSK"/>
          <w:sz w:val="32"/>
          <w:szCs w:val="32"/>
        </w:rPr>
        <w:t>ภาคเรียน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 xml:space="preserve">ที่  </w:t>
      </w:r>
      <w:r>
        <w:rPr>
          <w:rFonts w:ascii="TH SarabunPSK" w:hAnsi="TH SarabunPSK" w:cs="TH SarabunPSK"/>
          <w:sz w:val="32"/>
          <w:szCs w:val="32"/>
          <w:lang w:val="en-US"/>
        </w:rPr>
        <w:t xml:space="preserve">2  </w:t>
      </w:r>
      <w:r w:rsidRPr="00A41C05">
        <w:rPr>
          <w:rFonts w:ascii="TH SarabunPSK" w:hAnsi="TH SarabunPSK" w:cs="TH SarabunPSK"/>
          <w:sz w:val="32"/>
          <w:szCs w:val="32"/>
        </w:rPr>
        <w:t xml:space="preserve">ปีการศึกษา  </w:t>
      </w:r>
      <w:r>
        <w:rPr>
          <w:rFonts w:ascii="TH SarabunPSK" w:hAnsi="TH SarabunPSK" w:cs="TH SarabunPSK"/>
          <w:sz w:val="32"/>
          <w:szCs w:val="32"/>
          <w:lang w:val="en-US"/>
        </w:rPr>
        <w:t>2569</w:t>
      </w:r>
    </w:p>
    <w:p w14:paraId="5F5CAB6C" w14:textId="77777777" w:rsidR="007A642A" w:rsidRPr="00FE7164" w:rsidRDefault="007A642A" w:rsidP="00A41C05">
      <w:pPr>
        <w:spacing w:line="240" w:lineRule="auto"/>
        <w:rPr>
          <w:rFonts w:ascii="TH SarabunPSK" w:hAnsi="TH SarabunPSK" w:cs="TH SarabunPSK"/>
          <w:sz w:val="32"/>
          <w:szCs w:val="32"/>
          <w:cs/>
          <w:lang w:val="en-US" w:bidi="th-TH"/>
        </w:rPr>
        <w:sectPr w:rsidR="007A642A" w:rsidRPr="00FE7164">
          <w:pgSz w:w="11906" w:h="16838"/>
          <w:pgMar w:top="1440" w:right="1440" w:bottom="1440" w:left="1440" w:header="680" w:footer="680" w:gutter="0"/>
          <w:cols w:space="720"/>
          <w:docGrid w:linePitch="360"/>
        </w:sectPr>
      </w:pPr>
    </w:p>
    <w:p w14:paraId="0129338B" w14:textId="77777777" w:rsidR="007A642A" w:rsidRPr="00FE7164" w:rsidRDefault="00000000" w:rsidP="00FE7164">
      <w:pPr>
        <w:pStyle w:val="Heading1"/>
        <w:spacing w:line="240" w:lineRule="auto"/>
        <w:jc w:val="center"/>
        <w:rPr>
          <w:rFonts w:ascii="TH SarabunPSK" w:hAnsi="TH SarabunPSK" w:cs="TH SarabunPSK"/>
        </w:rPr>
      </w:pPr>
      <w:r w:rsidRPr="00FE7164">
        <w:rPr>
          <w:rFonts w:ascii="TH SarabunPSK" w:hAnsi="TH SarabunPSK" w:cs="TH SarabunPSK"/>
        </w:rPr>
        <w:lastRenderedPageBreak/>
        <w:t>คำนำ</w:t>
      </w:r>
    </w:p>
    <w:p w14:paraId="24AAFECA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EFD541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78ED67E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DC79ED9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E25ED6F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01285E1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1A6D85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8C54B29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3E10C0F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B985CB6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F2993F9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91E99D6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600938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F28E514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EE92933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1DE69D0" w14:textId="77777777" w:rsidR="007A642A" w:rsidRPr="00A41C05" w:rsidRDefault="00000000" w:rsidP="00FE7164">
      <w:pPr>
        <w:tabs>
          <w:tab w:val="right" w:leader="dot" w:pos="9014"/>
        </w:tabs>
        <w:spacing w:line="240" w:lineRule="auto"/>
        <w:ind w:left="5760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คณะ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ผู้จัดทำ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C8E13B3" w14:textId="77777777" w:rsidR="007A642A" w:rsidRPr="00A41C05" w:rsidRDefault="00000000" w:rsidP="00FE7164">
      <w:pPr>
        <w:tabs>
          <w:tab w:val="right" w:leader="dot" w:pos="9014"/>
        </w:tabs>
        <w:spacing w:line="240" w:lineRule="auto"/>
        <w:ind w:left="5760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วันที่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1968A47" w14:textId="77777777" w:rsidR="007A642A" w:rsidRPr="00FE7164" w:rsidRDefault="00000000" w:rsidP="00FE7164">
      <w:pPr>
        <w:pStyle w:val="Heading1"/>
        <w:pageBreakBefore/>
        <w:spacing w:line="240" w:lineRule="auto"/>
        <w:jc w:val="center"/>
        <w:rPr>
          <w:rFonts w:ascii="TH SarabunPSK" w:hAnsi="TH SarabunPSK" w:cs="TH SarabunPSK"/>
        </w:rPr>
      </w:pPr>
      <w:r w:rsidRPr="00FE7164">
        <w:rPr>
          <w:rFonts w:ascii="TH SarabunPSK" w:hAnsi="TH SarabunPSK" w:cs="TH SarabunPSK"/>
        </w:rPr>
        <w:lastRenderedPageBreak/>
        <w:t>แบบ</w:t>
      </w:r>
      <w:r w:rsidRPr="00FE7164">
        <w:rPr>
          <w:rFonts w:ascii="Arial" w:hAnsi="Arial" w:cs="Arial"/>
        </w:rPr>
        <w:t>​</w:t>
      </w:r>
      <w:r w:rsidRPr="00FE7164">
        <w:rPr>
          <w:rFonts w:ascii="TH SarabunPSK" w:hAnsi="TH SarabunPSK" w:cs="TH SarabunPSK"/>
        </w:rPr>
        <w:t>เสนอ</w:t>
      </w:r>
      <w:r w:rsidRPr="00FE7164">
        <w:rPr>
          <w:rFonts w:ascii="Arial" w:hAnsi="Arial" w:cs="Arial"/>
        </w:rPr>
        <w:t>​</w:t>
      </w:r>
      <w:r w:rsidRPr="00FE7164">
        <w:rPr>
          <w:rFonts w:ascii="TH SarabunPSK" w:hAnsi="TH SarabunPSK" w:cs="TH SarabunPSK"/>
        </w:rPr>
        <w:t>อนุมัติ</w:t>
      </w:r>
      <w:r w:rsidRPr="00FE7164">
        <w:rPr>
          <w:rFonts w:ascii="Arial" w:hAnsi="Arial" w:cs="Arial"/>
        </w:rPr>
        <w:t>​</w:t>
      </w:r>
      <w:r w:rsidRPr="00FE7164">
        <w:rPr>
          <w:rFonts w:ascii="TH SarabunPSK" w:hAnsi="TH SarabunPSK" w:cs="TH SarabunPSK"/>
        </w:rPr>
        <w:t>โครงงาน</w:t>
      </w:r>
      <w:r w:rsidRPr="00FE7164">
        <w:rPr>
          <w:rFonts w:ascii="Arial" w:hAnsi="Arial" w:cs="Arial"/>
        </w:rPr>
        <w:t>​</w:t>
      </w:r>
      <w:r w:rsidRPr="00FE7164">
        <w:rPr>
          <w:rFonts w:ascii="TH SarabunPSK" w:hAnsi="TH SarabunPSK" w:cs="TH SarabunPSK"/>
        </w:rPr>
        <w:t>ฉบับ</w:t>
      </w:r>
      <w:r w:rsidRPr="00FE7164">
        <w:rPr>
          <w:rFonts w:ascii="Arial" w:hAnsi="Arial" w:cs="Arial"/>
        </w:rPr>
        <w:t>​</w:t>
      </w:r>
      <w:r w:rsidRPr="00FE7164">
        <w:rPr>
          <w:rFonts w:ascii="TH SarabunPSK" w:hAnsi="TH SarabunPSK" w:cs="TH SarabunPSK"/>
        </w:rPr>
        <w:t>สมบูรณ์</w:t>
      </w:r>
    </w:p>
    <w:p w14:paraId="57438DDF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ชื่อ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โครงงาน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5A69A2C" w14:textId="77777777" w:rsidR="007A642A" w:rsidRPr="00A41C05" w:rsidRDefault="00000000" w:rsidP="00FE7164">
      <w:pPr>
        <w:tabs>
          <w:tab w:val="right" w:leader="dot" w:pos="9014"/>
        </w:tabs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ผู้จัดทำ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คน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ที่ 1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37574FB" w14:textId="77777777" w:rsidR="007A642A" w:rsidRPr="00A41C05" w:rsidRDefault="00000000" w:rsidP="00FE7164">
      <w:pPr>
        <w:tabs>
          <w:tab w:val="right" w:leader="dot" w:pos="9014"/>
        </w:tabs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ผู้จัดทำ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คน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ที่ 2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C15A9B5" w14:textId="77777777" w:rsidR="007A642A" w:rsidRPr="00A41C05" w:rsidRDefault="00000000" w:rsidP="00FE7164">
      <w:pPr>
        <w:tabs>
          <w:tab w:val="right" w:leader="dot" w:pos="9014"/>
        </w:tabs>
        <w:spacing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ผู้จัดทำ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คน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ที่ 3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61C6D94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หลักสูตร / สาขาวิชา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BA4A519" w14:textId="77777777" w:rsidR="007A642A" w:rsidRDefault="00000000" w:rsidP="00A41C05">
      <w:pPr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  <w:r w:rsidRPr="00A41C05">
        <w:rPr>
          <w:rFonts w:ascii="TH SarabunPSK" w:hAnsi="TH SarabunPSK" w:cs="TH SarabunPSK"/>
          <w:sz w:val="32"/>
          <w:szCs w:val="32"/>
        </w:rPr>
        <w:t>วิทยาลัย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การ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อาชีพ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โพน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ทอง</w:t>
      </w:r>
    </w:p>
    <w:p w14:paraId="402318CB" w14:textId="77777777" w:rsidR="00FE7164" w:rsidRDefault="00FE7164" w:rsidP="00A41C05">
      <w:pPr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11903E7B" w14:textId="77777777" w:rsidR="00FE7164" w:rsidRPr="00FE7164" w:rsidRDefault="00FE7164" w:rsidP="00A41C05">
      <w:pPr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265EA439" w14:textId="77777777" w:rsidR="007A642A" w:rsidRPr="00A41C05" w:rsidRDefault="00000000" w:rsidP="00A41C05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b/>
          <w:sz w:val="32"/>
          <w:szCs w:val="32"/>
        </w:rPr>
        <w:t>คณะกรรมการ</w:t>
      </w:r>
      <w:r w:rsidRPr="00A41C05">
        <w:rPr>
          <w:rFonts w:ascii="Arial" w:hAnsi="Arial" w:cs="Arial"/>
          <w:b/>
          <w:sz w:val="32"/>
          <w:szCs w:val="32"/>
        </w:rPr>
        <w:t>​</w:t>
      </w:r>
      <w:r w:rsidRPr="00A41C05">
        <w:rPr>
          <w:rFonts w:ascii="TH SarabunPSK" w:hAnsi="TH SarabunPSK" w:cs="TH SarabunPSK"/>
          <w:b/>
          <w:sz w:val="32"/>
          <w:szCs w:val="32"/>
        </w:rPr>
        <w:t>พิจารณา</w:t>
      </w:r>
      <w:r w:rsidRPr="00A41C05">
        <w:rPr>
          <w:rFonts w:ascii="Arial" w:hAnsi="Arial" w:cs="Arial"/>
          <w:b/>
          <w:sz w:val="32"/>
          <w:szCs w:val="32"/>
        </w:rPr>
        <w:t>​</w:t>
      </w:r>
      <w:r w:rsidRPr="00A41C05">
        <w:rPr>
          <w:rFonts w:ascii="TH SarabunPSK" w:hAnsi="TH SarabunPSK" w:cs="TH SarabunPSK"/>
          <w:b/>
          <w:sz w:val="32"/>
          <w:szCs w:val="32"/>
        </w:rPr>
        <w:t>โครงงาน</w:t>
      </w:r>
      <w:r w:rsidRPr="00A41C05">
        <w:rPr>
          <w:rFonts w:ascii="Arial" w:hAnsi="Arial" w:cs="Arial"/>
          <w:b/>
          <w:sz w:val="32"/>
          <w:szCs w:val="32"/>
        </w:rPr>
        <w:t>​</w:t>
      </w:r>
      <w:r w:rsidRPr="00A41C05">
        <w:rPr>
          <w:rFonts w:ascii="TH SarabunPSK" w:hAnsi="TH SarabunPSK" w:cs="TH SarabunPSK"/>
          <w:b/>
          <w:sz w:val="32"/>
          <w:szCs w:val="32"/>
        </w:rPr>
        <w:t>ได้</w:t>
      </w:r>
      <w:r w:rsidRPr="00A41C05">
        <w:rPr>
          <w:rFonts w:ascii="Arial" w:hAnsi="Arial" w:cs="Arial"/>
          <w:b/>
          <w:sz w:val="32"/>
          <w:szCs w:val="32"/>
        </w:rPr>
        <w:t>​</w:t>
      </w:r>
      <w:r w:rsidRPr="00A41C05">
        <w:rPr>
          <w:rFonts w:ascii="TH SarabunPSK" w:hAnsi="TH SarabunPSK" w:cs="TH SarabunPSK"/>
          <w:b/>
          <w:sz w:val="32"/>
          <w:szCs w:val="32"/>
        </w:rPr>
        <w:t>พิจารณา</w:t>
      </w:r>
      <w:r w:rsidRPr="00A41C05">
        <w:rPr>
          <w:rFonts w:ascii="Arial" w:hAnsi="Arial" w:cs="Arial"/>
          <w:b/>
          <w:sz w:val="32"/>
          <w:szCs w:val="32"/>
        </w:rPr>
        <w:t>​</w:t>
      </w:r>
      <w:r w:rsidRPr="00A41C05">
        <w:rPr>
          <w:rFonts w:ascii="TH SarabunPSK" w:hAnsi="TH SarabunPSK" w:cs="TH SarabunPSK"/>
          <w:b/>
          <w:sz w:val="32"/>
          <w:szCs w:val="32"/>
        </w:rPr>
        <w:t>แล้ว มีมติ</w:t>
      </w:r>
      <w:r w:rsidRPr="00A41C05">
        <w:rPr>
          <w:rFonts w:ascii="Arial" w:hAnsi="Arial" w:cs="Arial"/>
          <w:b/>
          <w:sz w:val="32"/>
          <w:szCs w:val="32"/>
        </w:rPr>
        <w:t>​</w:t>
      </w:r>
      <w:r w:rsidRPr="00A41C05">
        <w:rPr>
          <w:rFonts w:ascii="TH SarabunPSK" w:hAnsi="TH SarabunPSK" w:cs="TH SarabunPSK"/>
          <w:b/>
          <w:sz w:val="32"/>
          <w:szCs w:val="32"/>
        </w:rPr>
        <w:t>ให้</w:t>
      </w:r>
      <w:r w:rsidRPr="00A41C05">
        <w:rPr>
          <w:rFonts w:ascii="Arial" w:hAnsi="Arial" w:cs="Arial"/>
          <w:b/>
          <w:sz w:val="32"/>
          <w:szCs w:val="32"/>
        </w:rPr>
        <w:t>​</w:t>
      </w:r>
      <w:r w:rsidRPr="00A41C05">
        <w:rPr>
          <w:rFonts w:ascii="TH SarabunPSK" w:hAnsi="TH SarabunPSK" w:cs="TH SarabunPSK"/>
          <w:b/>
          <w:sz w:val="32"/>
          <w:szCs w:val="32"/>
        </w:rPr>
        <w:t>โครงงาน</w:t>
      </w:r>
      <w:r w:rsidRPr="00A41C05">
        <w:rPr>
          <w:rFonts w:ascii="Arial" w:hAnsi="Arial" w:cs="Arial"/>
          <w:b/>
          <w:sz w:val="32"/>
          <w:szCs w:val="32"/>
        </w:rPr>
        <w:t>​</w:t>
      </w:r>
      <w:r w:rsidRPr="00A41C05">
        <w:rPr>
          <w:rFonts w:ascii="TH SarabunPSK" w:hAnsi="TH SarabunPSK" w:cs="TH SarabunPSK"/>
          <w:b/>
          <w:sz w:val="32"/>
          <w:szCs w:val="32"/>
        </w:rPr>
        <w:t>ฉบับ</w:t>
      </w:r>
      <w:r w:rsidRPr="00A41C05">
        <w:rPr>
          <w:rFonts w:ascii="Arial" w:hAnsi="Arial" w:cs="Arial"/>
          <w:b/>
          <w:sz w:val="32"/>
          <w:szCs w:val="32"/>
        </w:rPr>
        <w:t>​</w:t>
      </w:r>
      <w:r w:rsidRPr="00A41C05">
        <w:rPr>
          <w:rFonts w:ascii="TH SarabunPSK" w:hAnsi="TH SarabunPSK" w:cs="TH SarabunPSK"/>
          <w:b/>
          <w:sz w:val="32"/>
          <w:szCs w:val="32"/>
        </w:rPr>
        <w:t>นี้</w:t>
      </w:r>
    </w:p>
    <w:p w14:paraId="17CEE72A" w14:textId="77777777" w:rsidR="007A642A" w:rsidRDefault="00000000" w:rsidP="00A41C05">
      <w:pPr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  <w:r w:rsidRPr="00A41C05">
        <w:rPr>
          <w:rFonts w:ascii="Arial" w:hAnsi="Arial" w:cs="Arial"/>
          <w:sz w:val="32"/>
          <w:szCs w:val="32"/>
        </w:rPr>
        <w:t>□</w:t>
      </w:r>
      <w:r w:rsidRPr="00A41C05">
        <w:rPr>
          <w:rFonts w:ascii="TH SarabunPSK" w:hAnsi="TH SarabunPSK" w:cs="TH SarabunPSK"/>
          <w:sz w:val="32"/>
          <w:szCs w:val="32"/>
        </w:rPr>
        <w:t xml:space="preserve"> ผ่าน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 xml:space="preserve">การอนุมัติ     </w:t>
      </w:r>
      <w:r w:rsidRPr="00A41C05">
        <w:rPr>
          <w:rFonts w:ascii="Arial" w:hAnsi="Arial" w:cs="Arial"/>
          <w:sz w:val="32"/>
          <w:szCs w:val="32"/>
        </w:rPr>
        <w:t>□</w:t>
      </w:r>
      <w:r w:rsidRPr="00A41C05">
        <w:rPr>
          <w:rFonts w:ascii="TH SarabunPSK" w:hAnsi="TH SarabunPSK" w:cs="TH SarabunPSK"/>
          <w:sz w:val="32"/>
          <w:szCs w:val="32"/>
        </w:rPr>
        <w:t xml:space="preserve"> ให้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ปรับปรุงแก้ไข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ก่อน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อนุมัติ</w:t>
      </w:r>
    </w:p>
    <w:p w14:paraId="1CDCD0EF" w14:textId="77777777" w:rsidR="00FE7164" w:rsidRPr="00FE7164" w:rsidRDefault="00FE7164" w:rsidP="00A41C05">
      <w:pPr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77870288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ความคิดเห็น / เงื่อนไข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179182A" w14:textId="77777777" w:rsidR="007A642A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1ACAAF0" w14:textId="77777777" w:rsidR="00FE7164" w:rsidRPr="00FE7164" w:rsidRDefault="00FE7164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</w:p>
    <w:p w14:paraId="5A72F5BD" w14:textId="77777777" w:rsidR="00FE7164" w:rsidRPr="00FE7164" w:rsidRDefault="00FE7164" w:rsidP="00FE7164">
      <w:pPr>
        <w:spacing w:line="240" w:lineRule="auto"/>
        <w:jc w:val="center"/>
        <w:rPr>
          <w:rFonts w:ascii="TH SarabunPSK" w:hAnsi="TH SarabunPSK" w:cs="TH SarabunPSK"/>
          <w:sz w:val="32"/>
          <w:szCs w:val="32"/>
          <w:lang w:val="en-US"/>
        </w:rPr>
      </w:pPr>
    </w:p>
    <w:p w14:paraId="3340A636" w14:textId="49E10627" w:rsidR="007A642A" w:rsidRPr="00A41C05" w:rsidRDefault="00FE7164" w:rsidP="00FE7164">
      <w:pPr>
        <w:spacing w:line="240" w:lineRule="auto"/>
        <w:jc w:val="center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                               </w:t>
      </w:r>
      <w:r w:rsidRPr="00A41C05">
        <w:rPr>
          <w:rFonts w:ascii="TH SarabunPSK" w:hAnsi="TH SarabunPSK" w:cs="TH SarabunPSK"/>
          <w:sz w:val="32"/>
          <w:szCs w:val="32"/>
        </w:rPr>
        <w:t>ลงชื่อ........................................................ กรรมการ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/ครูผู้สอนรายวิชาโครงงาน</w:t>
      </w:r>
    </w:p>
    <w:p w14:paraId="52353A49" w14:textId="0FA40F9D" w:rsidR="007A642A" w:rsidRDefault="00000000" w:rsidP="00FE7164">
      <w:pPr>
        <w:spacing w:line="240" w:lineRule="auto"/>
        <w:jc w:val="center"/>
        <w:rPr>
          <w:rFonts w:ascii="TH SarabunPSK" w:hAnsi="TH SarabunPSK" w:cs="TH SarabunPSK"/>
          <w:sz w:val="32"/>
          <w:szCs w:val="32"/>
          <w:lang w:val="en-US"/>
        </w:rPr>
      </w:pPr>
      <w:r w:rsidRPr="00A41C05">
        <w:rPr>
          <w:rFonts w:ascii="TH SarabunPSK" w:hAnsi="TH SarabunPSK" w:cs="TH SarabunPSK"/>
          <w:sz w:val="32"/>
          <w:szCs w:val="32"/>
        </w:rPr>
        <w:t>(........................................................)</w:t>
      </w:r>
    </w:p>
    <w:p w14:paraId="474CB04E" w14:textId="77777777" w:rsidR="00FE7164" w:rsidRDefault="00FE7164" w:rsidP="00FE7164">
      <w:pPr>
        <w:spacing w:line="240" w:lineRule="auto"/>
        <w:jc w:val="center"/>
        <w:rPr>
          <w:rFonts w:ascii="TH SarabunPSK" w:hAnsi="TH SarabunPSK" w:cs="TH SarabunPSK"/>
          <w:sz w:val="32"/>
          <w:szCs w:val="32"/>
          <w:lang w:val="en-US"/>
        </w:rPr>
      </w:pPr>
    </w:p>
    <w:p w14:paraId="00DF1F2E" w14:textId="77777777" w:rsidR="00FE7164" w:rsidRPr="00FE7164" w:rsidRDefault="00FE7164" w:rsidP="00FE7164">
      <w:pPr>
        <w:spacing w:line="240" w:lineRule="auto"/>
        <w:jc w:val="center"/>
        <w:rPr>
          <w:rFonts w:ascii="TH SarabunPSK" w:hAnsi="TH SarabunPSK" w:cs="TH SarabunPSK"/>
          <w:sz w:val="32"/>
          <w:szCs w:val="32"/>
          <w:lang w:val="en-US"/>
        </w:rPr>
      </w:pPr>
    </w:p>
    <w:p w14:paraId="5F09E619" w14:textId="7E4EC5D7" w:rsidR="007A642A" w:rsidRPr="00A41C05" w:rsidRDefault="00FE7164" w:rsidP="00FE716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                 </w:t>
      </w:r>
      <w:r w:rsidRPr="00A41C05">
        <w:rPr>
          <w:rFonts w:ascii="TH SarabunPSK" w:hAnsi="TH SarabunPSK" w:cs="TH SarabunPSK"/>
          <w:sz w:val="32"/>
          <w:szCs w:val="32"/>
        </w:rPr>
        <w:t>ลงชื่อ........................................................ กรรมการ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และ</w:t>
      </w:r>
      <w:r w:rsidRPr="00A41C05">
        <w:rPr>
          <w:rFonts w:ascii="Arial" w:hAnsi="Arial" w:cs="Arial"/>
          <w:sz w:val="32"/>
          <w:szCs w:val="32"/>
        </w:rPr>
        <w:t>​</w:t>
      </w:r>
      <w:r>
        <w:rPr>
          <w:rFonts w:ascii="TH SarabunPSK" w:hAnsi="TH SarabunPSK" w:cs="TH SarabunPSK" w:hint="cs"/>
          <w:sz w:val="32"/>
          <w:szCs w:val="32"/>
          <w:cs/>
          <w:lang w:val="en-US" w:bidi="th-TH"/>
        </w:rPr>
        <w:t>ครู</w:t>
      </w:r>
      <w:r w:rsidRPr="00A41C05">
        <w:rPr>
          <w:rFonts w:ascii="TH SarabunPSK" w:hAnsi="TH SarabunPSK" w:cs="TH SarabunPSK"/>
          <w:sz w:val="32"/>
          <w:szCs w:val="32"/>
        </w:rPr>
        <w:t>ที่ปรึกษา</w:t>
      </w:r>
    </w:p>
    <w:p w14:paraId="19CD3649" w14:textId="23F7A0C6" w:rsidR="007A642A" w:rsidRDefault="00000000" w:rsidP="00FE7164">
      <w:pPr>
        <w:spacing w:line="240" w:lineRule="auto"/>
        <w:jc w:val="center"/>
        <w:rPr>
          <w:rFonts w:ascii="TH SarabunPSK" w:hAnsi="TH SarabunPSK" w:cs="TH SarabunPSK"/>
          <w:sz w:val="32"/>
          <w:szCs w:val="32"/>
          <w:lang w:bidi="th-TH"/>
        </w:rPr>
      </w:pPr>
      <w:r w:rsidRPr="00A41C05">
        <w:rPr>
          <w:rFonts w:ascii="TH SarabunPSK" w:hAnsi="TH SarabunPSK" w:cs="TH SarabunPSK"/>
          <w:sz w:val="32"/>
          <w:szCs w:val="32"/>
        </w:rPr>
        <w:t>(........................................................)</w:t>
      </w:r>
    </w:p>
    <w:p w14:paraId="14A64F41" w14:textId="77777777" w:rsidR="00FE7164" w:rsidRDefault="00FE7164" w:rsidP="00FE7164">
      <w:pPr>
        <w:spacing w:line="240" w:lineRule="auto"/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14:paraId="454872D1" w14:textId="77777777" w:rsidR="00FE7164" w:rsidRPr="00A41C05" w:rsidRDefault="00FE7164" w:rsidP="00FE716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      </w:t>
      </w:r>
      <w:r w:rsidRPr="00A41C05">
        <w:rPr>
          <w:rFonts w:ascii="TH SarabunPSK" w:hAnsi="TH SarabunPSK" w:cs="TH SarabunPSK"/>
          <w:sz w:val="32"/>
          <w:szCs w:val="32"/>
        </w:rPr>
        <w:t>ลงชื่อ........................................................ ประธานกรรมการ</w:t>
      </w:r>
    </w:p>
    <w:p w14:paraId="07699A57" w14:textId="6645A2F1" w:rsidR="00FE7164" w:rsidRDefault="00FE7164" w:rsidP="00FE7164">
      <w:pPr>
        <w:spacing w:line="240" w:lineRule="auto"/>
        <w:jc w:val="center"/>
        <w:rPr>
          <w:rFonts w:ascii="TH SarabunPSK" w:hAnsi="TH SarabunPSK" w:cs="TH SarabunPSK"/>
          <w:sz w:val="32"/>
          <w:szCs w:val="32"/>
          <w:lang w:val="en-US"/>
        </w:rPr>
      </w:pPr>
      <w:r w:rsidRPr="00A41C05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นายทวีเกียรติ  จันทะ </w:t>
      </w:r>
      <w:r w:rsidRPr="00A41C05">
        <w:rPr>
          <w:rFonts w:ascii="TH SarabunPSK" w:hAnsi="TH SarabunPSK" w:cs="TH SarabunPSK"/>
          <w:sz w:val="32"/>
          <w:szCs w:val="32"/>
        </w:rPr>
        <w:t>)</w:t>
      </w:r>
    </w:p>
    <w:p w14:paraId="39AD37F5" w14:textId="2CE0EBE6" w:rsidR="00FE7164" w:rsidRDefault="00FE7164" w:rsidP="00FE7164">
      <w:pPr>
        <w:spacing w:line="240" w:lineRule="auto"/>
        <w:jc w:val="center"/>
        <w:rPr>
          <w:rFonts w:ascii="TH SarabunPSK" w:hAnsi="TH SarabunPSK" w:cs="TH SarabunPSK"/>
          <w:sz w:val="32"/>
          <w:szCs w:val="32"/>
          <w:lang w:val="en-US" w:bidi="th-TH"/>
        </w:rPr>
      </w:pPr>
      <w:r>
        <w:rPr>
          <w:rFonts w:ascii="TH SarabunPSK" w:hAnsi="TH SarabunPSK" w:cs="TH SarabunPSK" w:hint="cs"/>
          <w:sz w:val="32"/>
          <w:szCs w:val="32"/>
          <w:cs/>
          <w:lang w:val="en-US" w:bidi="th-TH"/>
        </w:rPr>
        <w:t>รองผู้อำนวยการฝ่ายวิชาการ</w:t>
      </w:r>
    </w:p>
    <w:p w14:paraId="27A1CE94" w14:textId="77777777" w:rsidR="00FE7164" w:rsidRDefault="00FE7164" w:rsidP="00FE7164">
      <w:pPr>
        <w:spacing w:line="240" w:lineRule="auto"/>
        <w:jc w:val="center"/>
        <w:rPr>
          <w:rFonts w:ascii="TH SarabunPSK" w:hAnsi="TH SarabunPSK" w:cs="TH SarabunPSK"/>
          <w:sz w:val="32"/>
          <w:szCs w:val="32"/>
          <w:lang w:val="en-US"/>
        </w:rPr>
      </w:pPr>
    </w:p>
    <w:p w14:paraId="6DC66376" w14:textId="77777777" w:rsidR="00FE7164" w:rsidRPr="00FE7164" w:rsidRDefault="00FE7164" w:rsidP="00FE7164">
      <w:pPr>
        <w:spacing w:line="240" w:lineRule="auto"/>
        <w:jc w:val="center"/>
        <w:rPr>
          <w:rFonts w:ascii="TH SarabunPSK" w:hAnsi="TH SarabunPSK" w:cs="TH SarabunPSK"/>
          <w:sz w:val="32"/>
          <w:szCs w:val="32"/>
          <w:lang w:val="en-US"/>
        </w:rPr>
      </w:pPr>
    </w:p>
    <w:p w14:paraId="70A842E4" w14:textId="1498D324" w:rsidR="007A642A" w:rsidRPr="00A41C05" w:rsidRDefault="00000000" w:rsidP="00FE716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ลงชื่อ</w:t>
      </w:r>
      <w:r w:rsidR="00FE7164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ว่าที่ ร้อยโท </w:t>
      </w:r>
      <w:r w:rsidRPr="00A41C05">
        <w:rPr>
          <w:rFonts w:ascii="TH SarabunPSK" w:hAnsi="TH SarabunPSK" w:cs="TH SarabunPSK"/>
          <w:sz w:val="32"/>
          <w:szCs w:val="32"/>
        </w:rPr>
        <w:t>............................................. ผู้อนุมัติ</w:t>
      </w:r>
    </w:p>
    <w:p w14:paraId="021B23C3" w14:textId="3AB695CD" w:rsidR="007A642A" w:rsidRPr="00A41C05" w:rsidRDefault="00FE7164" w:rsidP="00FE716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  </w:t>
      </w:r>
      <w:r w:rsidRPr="00A41C05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สันติสุข  โมฬา </w:t>
      </w:r>
      <w:r w:rsidRPr="00A41C05">
        <w:rPr>
          <w:rFonts w:ascii="TH SarabunPSK" w:hAnsi="TH SarabunPSK" w:cs="TH SarabunPSK"/>
          <w:sz w:val="32"/>
          <w:szCs w:val="32"/>
        </w:rPr>
        <w:t>)</w:t>
      </w:r>
    </w:p>
    <w:p w14:paraId="663797ED" w14:textId="3ABF6042" w:rsidR="007A642A" w:rsidRPr="00A41C05" w:rsidRDefault="00FE7164" w:rsidP="00FE7164">
      <w:pPr>
        <w:tabs>
          <w:tab w:val="right" w:leader="dot" w:pos="9014"/>
        </w:tabs>
        <w:spacing w:line="240" w:lineRule="auto"/>
        <w:jc w:val="center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</w:t>
      </w:r>
      <w:r w:rsidRPr="00A41C05">
        <w:rPr>
          <w:rFonts w:ascii="TH SarabunPSK" w:hAnsi="TH SarabunPSK" w:cs="TH SarabunPSK"/>
          <w:sz w:val="32"/>
          <w:szCs w:val="32"/>
        </w:rPr>
        <w:t xml:space="preserve">ตำแหน่ง 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ผู้อำนวยการวิทยาลัยการอาชีพโพนทอง</w:t>
      </w:r>
    </w:p>
    <w:p w14:paraId="7DCC3FC1" w14:textId="527DD8AA" w:rsidR="007A642A" w:rsidRPr="00A41C05" w:rsidRDefault="00FE7164" w:rsidP="00FE716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</w:t>
      </w:r>
      <w:r w:rsidRPr="00A41C05">
        <w:rPr>
          <w:rFonts w:ascii="TH SarabunPSK" w:hAnsi="TH SarabunPSK" w:cs="TH SarabunPSK"/>
          <w:sz w:val="32"/>
          <w:szCs w:val="32"/>
        </w:rPr>
        <w:t>วันที่..............เดือน..............................พ.ศ. ..............</w:t>
      </w:r>
    </w:p>
    <w:p w14:paraId="1FB6CC19" w14:textId="77777777" w:rsidR="007A642A" w:rsidRPr="00FE7164" w:rsidRDefault="00000000" w:rsidP="00FE7164">
      <w:pPr>
        <w:pStyle w:val="Heading1"/>
        <w:pageBreakBefore/>
        <w:spacing w:line="240" w:lineRule="auto"/>
        <w:jc w:val="center"/>
        <w:rPr>
          <w:rFonts w:ascii="TH SarabunPSK" w:hAnsi="TH SarabunPSK" w:cs="TH SarabunPSK"/>
        </w:rPr>
      </w:pPr>
      <w:r w:rsidRPr="00FE7164">
        <w:rPr>
          <w:rFonts w:ascii="TH SarabunPSK" w:hAnsi="TH SarabunPSK" w:cs="TH SarabunPSK"/>
        </w:rPr>
        <w:lastRenderedPageBreak/>
        <w:t>บทคัดย่อ</w:t>
      </w:r>
      <w:r w:rsidRPr="00FE7164">
        <w:rPr>
          <w:rFonts w:ascii="Arial" w:hAnsi="Arial" w:cs="Arial"/>
        </w:rPr>
        <w:t>​</w:t>
      </w:r>
      <w:r w:rsidRPr="00FE7164">
        <w:rPr>
          <w:rFonts w:ascii="TH SarabunPSK" w:hAnsi="TH SarabunPSK" w:cs="TH SarabunPSK"/>
        </w:rPr>
        <w:t>ภาษาไทย</w:t>
      </w:r>
    </w:p>
    <w:p w14:paraId="42C08DA9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ชื่อ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โครงงาน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007572C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ผู้จัดทำ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4A81776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อาจารย์ที่ปรึกษา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F98FA0A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หลักสูตร / สาขาวิชา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ABD01E3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ปีการศึกษา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FFE3A67" w14:textId="77777777" w:rsidR="007A642A" w:rsidRPr="00FE7164" w:rsidRDefault="00000000" w:rsidP="00FE7164">
      <w:pPr>
        <w:pStyle w:val="Heading2"/>
        <w:spacing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FE7164">
        <w:rPr>
          <w:rFonts w:ascii="TH SarabunPSK" w:hAnsi="TH SarabunPSK" w:cs="TH SarabunPSK"/>
          <w:sz w:val="36"/>
          <w:szCs w:val="36"/>
        </w:rPr>
        <w:t>บทคัดย่อ</w:t>
      </w:r>
    </w:p>
    <w:p w14:paraId="6713728F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01EBC6D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62F91B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9F502F3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77F0156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E633102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E5C01B9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ABB1AE8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7040421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01F5BA1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E0AE9B5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3B4A3C4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คำ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สำคัญ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3FB55F8" w14:textId="77777777" w:rsidR="007A642A" w:rsidRPr="00FE7164" w:rsidRDefault="00000000" w:rsidP="00FE7164">
      <w:pPr>
        <w:pStyle w:val="Heading1"/>
        <w:pageBreakBefore/>
        <w:spacing w:line="240" w:lineRule="auto"/>
        <w:jc w:val="center"/>
        <w:rPr>
          <w:rFonts w:ascii="TH SarabunPSK" w:hAnsi="TH SarabunPSK" w:cs="TH SarabunPSK"/>
          <w:lang w:val="en-US"/>
        </w:rPr>
      </w:pPr>
      <w:r w:rsidRPr="00FE7164">
        <w:rPr>
          <w:rFonts w:ascii="TH SarabunPSK" w:hAnsi="TH SarabunPSK" w:cs="TH SarabunPSK"/>
          <w:lang w:val="en-US"/>
        </w:rPr>
        <w:lastRenderedPageBreak/>
        <w:t>Abstract</w:t>
      </w:r>
    </w:p>
    <w:p w14:paraId="4C1DD4AC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  <w:r w:rsidRPr="00A41C05">
        <w:rPr>
          <w:rFonts w:ascii="TH SarabunPSK" w:hAnsi="TH SarabunPSK" w:cs="TH SarabunPSK"/>
          <w:sz w:val="32"/>
          <w:szCs w:val="32"/>
          <w:lang w:val="en-US"/>
        </w:rPr>
        <w:t>Project Title  ............</w:t>
      </w:r>
      <w:r w:rsidRPr="00A41C05">
        <w:rPr>
          <w:rFonts w:ascii="TH SarabunPSK" w:hAnsi="TH SarabunPSK" w:cs="TH SarabunPSK"/>
          <w:sz w:val="32"/>
          <w:szCs w:val="32"/>
          <w:lang w:val="en-US"/>
        </w:rPr>
        <w:tab/>
        <w:t>.</w:t>
      </w:r>
    </w:p>
    <w:p w14:paraId="2F74B29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  <w:r w:rsidRPr="00A41C05">
        <w:rPr>
          <w:rFonts w:ascii="TH SarabunPSK" w:hAnsi="TH SarabunPSK" w:cs="TH SarabunPSK"/>
          <w:sz w:val="32"/>
          <w:szCs w:val="32"/>
          <w:lang w:val="en-US"/>
        </w:rPr>
        <w:t>Authors  ............</w:t>
      </w:r>
      <w:r w:rsidRPr="00A41C05">
        <w:rPr>
          <w:rFonts w:ascii="TH SarabunPSK" w:hAnsi="TH SarabunPSK" w:cs="TH SarabunPSK"/>
          <w:sz w:val="32"/>
          <w:szCs w:val="32"/>
          <w:lang w:val="en-US"/>
        </w:rPr>
        <w:tab/>
        <w:t>.</w:t>
      </w:r>
    </w:p>
    <w:p w14:paraId="2AF2FD41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  <w:r w:rsidRPr="00A41C05">
        <w:rPr>
          <w:rFonts w:ascii="TH SarabunPSK" w:hAnsi="TH SarabunPSK" w:cs="TH SarabunPSK"/>
          <w:sz w:val="32"/>
          <w:szCs w:val="32"/>
          <w:lang w:val="en-US"/>
        </w:rPr>
        <w:t>Advisor  ............</w:t>
      </w:r>
      <w:r w:rsidRPr="00A41C05">
        <w:rPr>
          <w:rFonts w:ascii="TH SarabunPSK" w:hAnsi="TH SarabunPSK" w:cs="TH SarabunPSK"/>
          <w:sz w:val="32"/>
          <w:szCs w:val="32"/>
          <w:lang w:val="en-US"/>
        </w:rPr>
        <w:tab/>
        <w:t>.</w:t>
      </w:r>
    </w:p>
    <w:p w14:paraId="46EA7045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  <w:r w:rsidRPr="00A41C05">
        <w:rPr>
          <w:rFonts w:ascii="TH SarabunPSK" w:hAnsi="TH SarabunPSK" w:cs="TH SarabunPSK"/>
          <w:sz w:val="32"/>
          <w:szCs w:val="32"/>
          <w:lang w:val="en-US"/>
        </w:rPr>
        <w:t>Program / Major  ............</w:t>
      </w:r>
      <w:r w:rsidRPr="00A41C05">
        <w:rPr>
          <w:rFonts w:ascii="TH SarabunPSK" w:hAnsi="TH SarabunPSK" w:cs="TH SarabunPSK"/>
          <w:sz w:val="32"/>
          <w:szCs w:val="32"/>
          <w:lang w:val="en-US"/>
        </w:rPr>
        <w:tab/>
        <w:t>.</w:t>
      </w:r>
    </w:p>
    <w:p w14:paraId="2AE1CFC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  <w:r w:rsidRPr="00A41C05">
        <w:rPr>
          <w:rFonts w:ascii="TH SarabunPSK" w:hAnsi="TH SarabunPSK" w:cs="TH SarabunPSK"/>
          <w:sz w:val="32"/>
          <w:szCs w:val="32"/>
          <w:lang w:val="en-US"/>
        </w:rPr>
        <w:t>Academic Year  ............</w:t>
      </w:r>
      <w:r w:rsidRPr="00A41C05">
        <w:rPr>
          <w:rFonts w:ascii="TH SarabunPSK" w:hAnsi="TH SarabunPSK" w:cs="TH SarabunPSK"/>
          <w:sz w:val="32"/>
          <w:szCs w:val="32"/>
          <w:lang w:val="en-US"/>
        </w:rPr>
        <w:tab/>
        <w:t>.</w:t>
      </w:r>
    </w:p>
    <w:p w14:paraId="33EBB392" w14:textId="77777777" w:rsidR="007A642A" w:rsidRPr="00A41C05" w:rsidRDefault="00000000" w:rsidP="00FE7164">
      <w:pPr>
        <w:pStyle w:val="Heading2"/>
        <w:spacing w:line="240" w:lineRule="auto"/>
        <w:jc w:val="center"/>
        <w:rPr>
          <w:rFonts w:ascii="TH SarabunPSK" w:hAnsi="TH SarabunPSK" w:cs="TH SarabunPSK"/>
          <w:lang w:val="en-US"/>
        </w:rPr>
      </w:pPr>
      <w:r w:rsidRPr="00A41C05">
        <w:rPr>
          <w:rFonts w:ascii="TH SarabunPSK" w:hAnsi="TH SarabunPSK" w:cs="TH SarabunPSK"/>
          <w:lang w:val="en-US"/>
        </w:rPr>
        <w:t>Abstract</w:t>
      </w:r>
    </w:p>
    <w:p w14:paraId="7454B211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  <w:lang w:val="en-US"/>
        </w:rPr>
      </w:pPr>
      <w:r w:rsidRPr="00A41C05">
        <w:rPr>
          <w:rFonts w:ascii="TH SarabunPSK" w:hAnsi="TH SarabunPSK" w:cs="TH SarabunPSK"/>
          <w:sz w:val="32"/>
          <w:szCs w:val="32"/>
          <w:lang w:val="en-US"/>
        </w:rPr>
        <w:t>............</w:t>
      </w:r>
      <w:r w:rsidRPr="00A41C05">
        <w:rPr>
          <w:rFonts w:ascii="TH SarabunPSK" w:hAnsi="TH SarabunPSK" w:cs="TH SarabunPSK"/>
          <w:sz w:val="32"/>
          <w:szCs w:val="32"/>
          <w:lang w:val="en-US"/>
        </w:rPr>
        <w:tab/>
        <w:t>.</w:t>
      </w:r>
    </w:p>
    <w:p w14:paraId="704021B2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7599CAD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3DC9227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FDFE54A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B6C4349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35E4E05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3E3CB17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4F310D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BD8E523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ADB46EF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93D02C9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Keywords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4A0A931" w14:textId="77777777" w:rsidR="007A642A" w:rsidRPr="00FE7164" w:rsidRDefault="00000000" w:rsidP="00FE7164">
      <w:pPr>
        <w:pStyle w:val="Heading1"/>
        <w:pageBreakBefore/>
        <w:spacing w:line="240" w:lineRule="auto"/>
        <w:jc w:val="center"/>
        <w:rPr>
          <w:rFonts w:ascii="TH SarabunPSK" w:hAnsi="TH SarabunPSK" w:cs="TH SarabunPSK"/>
        </w:rPr>
      </w:pPr>
      <w:r w:rsidRPr="00FE7164">
        <w:rPr>
          <w:rFonts w:ascii="TH SarabunPSK" w:hAnsi="TH SarabunPSK" w:cs="TH SarabunPSK"/>
        </w:rPr>
        <w:lastRenderedPageBreak/>
        <w:t>กิตติกรรมประกาศ</w:t>
      </w:r>
    </w:p>
    <w:p w14:paraId="5287A447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8B60BCA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AEF0F9D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036BB9A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EC7B3F3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E4F432D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1D0EBA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6EDBC3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95958B3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3ACAE03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29C5A8C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34A5BD8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6B21CAD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A02DCF6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AE3811C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4DD14C6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คณะ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ผู้จัดทำ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0729E5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วันที่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8302740" w14:textId="77777777" w:rsidR="007A642A" w:rsidRPr="00FE7164" w:rsidRDefault="00000000" w:rsidP="00FE7164">
      <w:pPr>
        <w:pStyle w:val="Heading1"/>
        <w:pageBreakBefore/>
        <w:spacing w:line="240" w:lineRule="auto"/>
        <w:jc w:val="center"/>
        <w:rPr>
          <w:rFonts w:ascii="TH SarabunPSK" w:hAnsi="TH SarabunPSK" w:cs="TH SarabunPSK"/>
        </w:rPr>
      </w:pPr>
      <w:r w:rsidRPr="00FE7164">
        <w:rPr>
          <w:rFonts w:ascii="TH SarabunPSK" w:hAnsi="TH SarabunPSK" w:cs="TH SarabunPSK"/>
        </w:rPr>
        <w:lastRenderedPageBreak/>
        <w:t>สารบัญ</w:t>
      </w:r>
      <w:r w:rsidRPr="00FE7164">
        <w:rPr>
          <w:rFonts w:ascii="Arial" w:hAnsi="Arial" w:cs="Arial"/>
        </w:rPr>
        <w:t>​</w:t>
      </w:r>
      <w:r w:rsidRPr="00FE7164">
        <w:rPr>
          <w:rFonts w:ascii="TH SarabunPSK" w:hAnsi="TH SarabunPSK" w:cs="TH SarabunPSK"/>
        </w:rPr>
        <w:t>เนื้อหา</w:t>
      </w:r>
    </w:p>
    <w:p w14:paraId="2A5E80F7" w14:textId="77777777" w:rsidR="007A642A" w:rsidRPr="00A41C05" w:rsidRDefault="00000000" w:rsidP="00A41C05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b/>
          <w:sz w:val="32"/>
          <w:szCs w:val="32"/>
        </w:rPr>
        <w:t>รายการ                                                                                                  หน้า</w:t>
      </w:r>
    </w:p>
    <w:p w14:paraId="06865ED9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คำนำ</w:t>
      </w:r>
      <w:r w:rsidRPr="00A41C05">
        <w:rPr>
          <w:rFonts w:ascii="TH SarabunPSK" w:hAnsi="TH SarabunPSK" w:cs="TH SarabunPSK"/>
          <w:sz w:val="32"/>
          <w:szCs w:val="32"/>
        </w:rPr>
        <w:tab/>
        <w:t>..........</w:t>
      </w:r>
    </w:p>
    <w:p w14:paraId="6BF15983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แบบ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เสนอ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อนุมัติ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โครงงาน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ฉบับ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สมบูรณ์</w:t>
      </w:r>
      <w:r w:rsidRPr="00A41C05">
        <w:rPr>
          <w:rFonts w:ascii="TH SarabunPSK" w:hAnsi="TH SarabunPSK" w:cs="TH SarabunPSK"/>
          <w:sz w:val="32"/>
          <w:szCs w:val="32"/>
        </w:rPr>
        <w:tab/>
        <w:t>..........</w:t>
      </w:r>
    </w:p>
    <w:p w14:paraId="2503D6A6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บทคัดย่อ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ภาษาไทย</w:t>
      </w:r>
      <w:r w:rsidRPr="00A41C05">
        <w:rPr>
          <w:rFonts w:ascii="TH SarabunPSK" w:hAnsi="TH SarabunPSK" w:cs="TH SarabunPSK"/>
          <w:sz w:val="32"/>
          <w:szCs w:val="32"/>
        </w:rPr>
        <w:tab/>
        <w:t>..........</w:t>
      </w:r>
    </w:p>
    <w:p w14:paraId="1F4E730D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Abstract</w:t>
      </w:r>
      <w:r w:rsidRPr="00A41C05">
        <w:rPr>
          <w:rFonts w:ascii="TH SarabunPSK" w:hAnsi="TH SarabunPSK" w:cs="TH SarabunPSK"/>
          <w:sz w:val="32"/>
          <w:szCs w:val="32"/>
        </w:rPr>
        <w:tab/>
        <w:t>..........</w:t>
      </w:r>
    </w:p>
    <w:p w14:paraId="1FA07DE9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กิตติกรรมประกาศ</w:t>
      </w:r>
      <w:r w:rsidRPr="00A41C05">
        <w:rPr>
          <w:rFonts w:ascii="TH SarabunPSK" w:hAnsi="TH SarabunPSK" w:cs="TH SarabunPSK"/>
          <w:sz w:val="32"/>
          <w:szCs w:val="32"/>
        </w:rPr>
        <w:tab/>
        <w:t>..........</w:t>
      </w:r>
    </w:p>
    <w:p w14:paraId="6B0B125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สารบัญ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เนื้อหา</w:t>
      </w:r>
      <w:r w:rsidRPr="00A41C05">
        <w:rPr>
          <w:rFonts w:ascii="TH SarabunPSK" w:hAnsi="TH SarabunPSK" w:cs="TH SarabunPSK"/>
          <w:sz w:val="32"/>
          <w:szCs w:val="32"/>
        </w:rPr>
        <w:tab/>
        <w:t>..........</w:t>
      </w:r>
    </w:p>
    <w:p w14:paraId="22CC2E89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สารบัญ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ตาราง</w:t>
      </w:r>
      <w:r w:rsidRPr="00A41C05">
        <w:rPr>
          <w:rFonts w:ascii="TH SarabunPSK" w:hAnsi="TH SarabunPSK" w:cs="TH SarabunPSK"/>
          <w:sz w:val="32"/>
          <w:szCs w:val="32"/>
        </w:rPr>
        <w:tab/>
        <w:t>..........</w:t>
      </w:r>
    </w:p>
    <w:p w14:paraId="0E2212D1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สารบัญ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ภาพประกอบ</w:t>
      </w:r>
      <w:r w:rsidRPr="00A41C05">
        <w:rPr>
          <w:rFonts w:ascii="TH SarabunPSK" w:hAnsi="TH SarabunPSK" w:cs="TH SarabunPSK"/>
          <w:sz w:val="32"/>
          <w:szCs w:val="32"/>
        </w:rPr>
        <w:tab/>
        <w:t>..........</w:t>
      </w:r>
    </w:p>
    <w:p w14:paraId="4C38959F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บท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ที่ 1 บทนำ</w:t>
      </w:r>
      <w:r w:rsidRPr="00A41C05">
        <w:rPr>
          <w:rFonts w:ascii="TH SarabunPSK" w:hAnsi="TH SarabunPSK" w:cs="TH SarabunPSK"/>
          <w:sz w:val="32"/>
          <w:szCs w:val="32"/>
        </w:rPr>
        <w:tab/>
        <w:t>..........</w:t>
      </w:r>
    </w:p>
    <w:p w14:paraId="31D0C95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บท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ที่ 2 แนวคิด ทฤษฎี และ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งานวิจัย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ที่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เกี่ยวข้อง</w:t>
      </w:r>
      <w:r w:rsidRPr="00A41C05">
        <w:rPr>
          <w:rFonts w:ascii="TH SarabunPSK" w:hAnsi="TH SarabunPSK" w:cs="TH SarabunPSK"/>
          <w:sz w:val="32"/>
          <w:szCs w:val="32"/>
        </w:rPr>
        <w:tab/>
        <w:t>..........</w:t>
      </w:r>
    </w:p>
    <w:p w14:paraId="31C984AC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บท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ที่ 3 วิธี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ดำเนิน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การวิจัย</w:t>
      </w:r>
      <w:r w:rsidRPr="00A41C05">
        <w:rPr>
          <w:rFonts w:ascii="TH SarabunPSK" w:hAnsi="TH SarabunPSK" w:cs="TH SarabunPSK"/>
          <w:sz w:val="32"/>
          <w:szCs w:val="32"/>
        </w:rPr>
        <w:tab/>
        <w:t>..........</w:t>
      </w:r>
    </w:p>
    <w:p w14:paraId="1AF38172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บท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ที่ 4 ผลการวิเคราะห์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ข้อมูล</w:t>
      </w:r>
      <w:r w:rsidRPr="00A41C05">
        <w:rPr>
          <w:rFonts w:ascii="TH SarabunPSK" w:hAnsi="TH SarabunPSK" w:cs="TH SarabunPSK"/>
          <w:sz w:val="32"/>
          <w:szCs w:val="32"/>
        </w:rPr>
        <w:tab/>
        <w:t>..........</w:t>
      </w:r>
    </w:p>
    <w:p w14:paraId="0AB9A66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บท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ที่ 5 สรุป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ผล อภิปราย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ผล และ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ข้อเสนอแนะ</w:t>
      </w:r>
      <w:r w:rsidRPr="00A41C05">
        <w:rPr>
          <w:rFonts w:ascii="TH SarabunPSK" w:hAnsi="TH SarabunPSK" w:cs="TH SarabunPSK"/>
          <w:sz w:val="32"/>
          <w:szCs w:val="32"/>
        </w:rPr>
        <w:tab/>
        <w:t>..........</w:t>
      </w:r>
    </w:p>
    <w:p w14:paraId="0F320C99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บรรณานุกรม</w:t>
      </w:r>
      <w:r w:rsidRPr="00A41C05">
        <w:rPr>
          <w:rFonts w:ascii="TH SarabunPSK" w:hAnsi="TH SarabunPSK" w:cs="TH SarabunPSK"/>
          <w:sz w:val="32"/>
          <w:szCs w:val="32"/>
        </w:rPr>
        <w:tab/>
        <w:t>..........</w:t>
      </w:r>
    </w:p>
    <w:p w14:paraId="0E1A0621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ภาคผนวก</w:t>
      </w:r>
      <w:r w:rsidRPr="00A41C05">
        <w:rPr>
          <w:rFonts w:ascii="TH SarabunPSK" w:hAnsi="TH SarabunPSK" w:cs="TH SarabunPSK"/>
          <w:sz w:val="32"/>
          <w:szCs w:val="32"/>
        </w:rPr>
        <w:tab/>
        <w:t>..........</w:t>
      </w:r>
    </w:p>
    <w:p w14:paraId="1769CA7A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ประวัติ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ผู้วิจัย</w:t>
      </w:r>
      <w:r w:rsidRPr="00A41C05">
        <w:rPr>
          <w:rFonts w:ascii="TH SarabunPSK" w:hAnsi="TH SarabunPSK" w:cs="TH SarabunPSK"/>
          <w:sz w:val="32"/>
          <w:szCs w:val="32"/>
        </w:rPr>
        <w:tab/>
        <w:t>..........</w:t>
      </w:r>
    </w:p>
    <w:p w14:paraId="50895D6C" w14:textId="77777777" w:rsidR="007A642A" w:rsidRPr="00AE6F1C" w:rsidRDefault="00000000" w:rsidP="00AE6F1C">
      <w:pPr>
        <w:pStyle w:val="Heading1"/>
        <w:pageBreakBefore/>
        <w:spacing w:line="240" w:lineRule="auto"/>
        <w:jc w:val="center"/>
        <w:rPr>
          <w:rFonts w:ascii="TH SarabunPSK" w:hAnsi="TH SarabunPSK" w:cs="TH SarabunPSK"/>
        </w:rPr>
      </w:pPr>
      <w:r w:rsidRPr="00AE6F1C">
        <w:rPr>
          <w:rFonts w:ascii="TH SarabunPSK" w:hAnsi="TH SarabunPSK" w:cs="TH SarabunPSK"/>
        </w:rPr>
        <w:lastRenderedPageBreak/>
        <w:t>สารบัญ</w:t>
      </w:r>
      <w:r w:rsidRPr="00AE6F1C">
        <w:rPr>
          <w:rFonts w:ascii="Arial" w:hAnsi="Arial" w:cs="Arial"/>
        </w:rPr>
        <w:t>​</w:t>
      </w:r>
      <w:r w:rsidRPr="00AE6F1C">
        <w:rPr>
          <w:rFonts w:ascii="TH SarabunPSK" w:hAnsi="TH SarabunPSK" w:cs="TH SarabunPSK"/>
        </w:rPr>
        <w:t>ตาราง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964"/>
        <w:gridCol w:w="7087"/>
        <w:gridCol w:w="964"/>
      </w:tblGrid>
      <w:tr w:rsidR="007A642A" w:rsidRPr="00A41C05" w14:paraId="4392C166" w14:textId="77777777">
        <w:trPr>
          <w:cantSplit/>
          <w:tblHeader/>
        </w:trPr>
        <w:tc>
          <w:tcPr>
            <w:tcW w:w="964" w:type="dxa"/>
            <w:shd w:val="clear" w:color="auto" w:fill="F2F2F2"/>
            <w:vAlign w:val="center"/>
          </w:tcPr>
          <w:p w14:paraId="40D1CD6E" w14:textId="77777777" w:rsidR="007A642A" w:rsidRPr="00A41C05" w:rsidRDefault="00000000" w:rsidP="00AE6F1C">
            <w:pPr>
              <w:keepNext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ตาราง</w:t>
            </w:r>
            <w:r w:rsidRPr="00A41C05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ที่</w:t>
            </w:r>
          </w:p>
        </w:tc>
        <w:tc>
          <w:tcPr>
            <w:tcW w:w="7087" w:type="dxa"/>
            <w:shd w:val="clear" w:color="auto" w:fill="F2F2F2"/>
            <w:vAlign w:val="center"/>
          </w:tcPr>
          <w:p w14:paraId="4BC2BC98" w14:textId="77777777" w:rsidR="007A642A" w:rsidRPr="00A41C05" w:rsidRDefault="00000000" w:rsidP="00AE6F1C">
            <w:pPr>
              <w:keepNext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ชื่อ</w:t>
            </w:r>
            <w:r w:rsidRPr="00A41C05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ตาราง</w:t>
            </w:r>
          </w:p>
        </w:tc>
        <w:tc>
          <w:tcPr>
            <w:tcW w:w="964" w:type="dxa"/>
            <w:shd w:val="clear" w:color="auto" w:fill="F2F2F2"/>
            <w:vAlign w:val="center"/>
          </w:tcPr>
          <w:p w14:paraId="08C9DF93" w14:textId="77777777" w:rsidR="007A642A" w:rsidRPr="00A41C05" w:rsidRDefault="00000000" w:rsidP="00AE6F1C">
            <w:pPr>
              <w:keepNext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หน้า</w:t>
            </w:r>
          </w:p>
        </w:tc>
      </w:tr>
      <w:tr w:rsidR="007A642A" w:rsidRPr="00A41C05" w14:paraId="51AE64BB" w14:textId="77777777">
        <w:trPr>
          <w:cantSplit/>
          <w:trHeight w:val="482"/>
        </w:trPr>
        <w:tc>
          <w:tcPr>
            <w:tcW w:w="964" w:type="dxa"/>
            <w:vAlign w:val="center"/>
          </w:tcPr>
          <w:p w14:paraId="70124C54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  <w:tc>
          <w:tcPr>
            <w:tcW w:w="7087" w:type="dxa"/>
            <w:vAlign w:val="center"/>
          </w:tcPr>
          <w:p w14:paraId="09073066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</w:t>
            </w:r>
          </w:p>
        </w:tc>
        <w:tc>
          <w:tcPr>
            <w:tcW w:w="964" w:type="dxa"/>
            <w:vAlign w:val="center"/>
          </w:tcPr>
          <w:p w14:paraId="73D87286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</w:tr>
      <w:tr w:rsidR="007A642A" w:rsidRPr="00A41C05" w14:paraId="7F69D7D4" w14:textId="77777777">
        <w:trPr>
          <w:cantSplit/>
          <w:trHeight w:val="482"/>
        </w:trPr>
        <w:tc>
          <w:tcPr>
            <w:tcW w:w="964" w:type="dxa"/>
            <w:vAlign w:val="center"/>
          </w:tcPr>
          <w:p w14:paraId="2A5B430F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  <w:tc>
          <w:tcPr>
            <w:tcW w:w="7087" w:type="dxa"/>
            <w:vAlign w:val="center"/>
          </w:tcPr>
          <w:p w14:paraId="0A286A39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</w:t>
            </w:r>
          </w:p>
        </w:tc>
        <w:tc>
          <w:tcPr>
            <w:tcW w:w="964" w:type="dxa"/>
            <w:vAlign w:val="center"/>
          </w:tcPr>
          <w:p w14:paraId="4B7FC308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</w:tr>
      <w:tr w:rsidR="007A642A" w:rsidRPr="00A41C05" w14:paraId="5029BCDA" w14:textId="77777777">
        <w:trPr>
          <w:cantSplit/>
          <w:trHeight w:val="482"/>
        </w:trPr>
        <w:tc>
          <w:tcPr>
            <w:tcW w:w="964" w:type="dxa"/>
            <w:vAlign w:val="center"/>
          </w:tcPr>
          <w:p w14:paraId="1A89DCA0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  <w:tc>
          <w:tcPr>
            <w:tcW w:w="7087" w:type="dxa"/>
            <w:vAlign w:val="center"/>
          </w:tcPr>
          <w:p w14:paraId="35E19C4D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</w:t>
            </w:r>
          </w:p>
        </w:tc>
        <w:tc>
          <w:tcPr>
            <w:tcW w:w="964" w:type="dxa"/>
            <w:vAlign w:val="center"/>
          </w:tcPr>
          <w:p w14:paraId="2B35F5F7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</w:tr>
      <w:tr w:rsidR="007A642A" w:rsidRPr="00A41C05" w14:paraId="0F980DB8" w14:textId="77777777">
        <w:trPr>
          <w:cantSplit/>
          <w:trHeight w:val="482"/>
        </w:trPr>
        <w:tc>
          <w:tcPr>
            <w:tcW w:w="964" w:type="dxa"/>
            <w:vAlign w:val="center"/>
          </w:tcPr>
          <w:p w14:paraId="6C3ED2E8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  <w:tc>
          <w:tcPr>
            <w:tcW w:w="7087" w:type="dxa"/>
            <w:vAlign w:val="center"/>
          </w:tcPr>
          <w:p w14:paraId="412DF4B5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</w:t>
            </w:r>
          </w:p>
        </w:tc>
        <w:tc>
          <w:tcPr>
            <w:tcW w:w="964" w:type="dxa"/>
            <w:vAlign w:val="center"/>
          </w:tcPr>
          <w:p w14:paraId="1B11A949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</w:tr>
      <w:tr w:rsidR="007A642A" w:rsidRPr="00A41C05" w14:paraId="30074021" w14:textId="77777777">
        <w:trPr>
          <w:cantSplit/>
          <w:trHeight w:val="482"/>
        </w:trPr>
        <w:tc>
          <w:tcPr>
            <w:tcW w:w="964" w:type="dxa"/>
            <w:vAlign w:val="center"/>
          </w:tcPr>
          <w:p w14:paraId="57530829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  <w:tc>
          <w:tcPr>
            <w:tcW w:w="7087" w:type="dxa"/>
            <w:vAlign w:val="center"/>
          </w:tcPr>
          <w:p w14:paraId="276CEF34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</w:t>
            </w:r>
          </w:p>
        </w:tc>
        <w:tc>
          <w:tcPr>
            <w:tcW w:w="964" w:type="dxa"/>
            <w:vAlign w:val="center"/>
          </w:tcPr>
          <w:p w14:paraId="19215D5C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</w:tr>
      <w:tr w:rsidR="007A642A" w:rsidRPr="00A41C05" w14:paraId="04C32210" w14:textId="77777777">
        <w:trPr>
          <w:cantSplit/>
          <w:trHeight w:val="482"/>
        </w:trPr>
        <w:tc>
          <w:tcPr>
            <w:tcW w:w="964" w:type="dxa"/>
            <w:vAlign w:val="center"/>
          </w:tcPr>
          <w:p w14:paraId="21340430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  <w:tc>
          <w:tcPr>
            <w:tcW w:w="7087" w:type="dxa"/>
            <w:vAlign w:val="center"/>
          </w:tcPr>
          <w:p w14:paraId="639162E0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</w:t>
            </w:r>
          </w:p>
        </w:tc>
        <w:tc>
          <w:tcPr>
            <w:tcW w:w="964" w:type="dxa"/>
            <w:vAlign w:val="center"/>
          </w:tcPr>
          <w:p w14:paraId="5B8B297A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</w:tr>
      <w:tr w:rsidR="007A642A" w:rsidRPr="00A41C05" w14:paraId="189CABA5" w14:textId="77777777">
        <w:trPr>
          <w:cantSplit/>
          <w:trHeight w:val="482"/>
        </w:trPr>
        <w:tc>
          <w:tcPr>
            <w:tcW w:w="964" w:type="dxa"/>
            <w:vAlign w:val="center"/>
          </w:tcPr>
          <w:p w14:paraId="4CFE7323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  <w:tc>
          <w:tcPr>
            <w:tcW w:w="7087" w:type="dxa"/>
            <w:vAlign w:val="center"/>
          </w:tcPr>
          <w:p w14:paraId="5893EFD0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</w:t>
            </w:r>
          </w:p>
        </w:tc>
        <w:tc>
          <w:tcPr>
            <w:tcW w:w="964" w:type="dxa"/>
            <w:vAlign w:val="center"/>
          </w:tcPr>
          <w:p w14:paraId="3E63E032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</w:tr>
      <w:tr w:rsidR="007A642A" w:rsidRPr="00A41C05" w14:paraId="19441EA2" w14:textId="77777777">
        <w:trPr>
          <w:cantSplit/>
          <w:trHeight w:val="482"/>
        </w:trPr>
        <w:tc>
          <w:tcPr>
            <w:tcW w:w="964" w:type="dxa"/>
            <w:vAlign w:val="center"/>
          </w:tcPr>
          <w:p w14:paraId="4D718560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  <w:tc>
          <w:tcPr>
            <w:tcW w:w="7087" w:type="dxa"/>
            <w:vAlign w:val="center"/>
          </w:tcPr>
          <w:p w14:paraId="171682B4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</w:t>
            </w:r>
          </w:p>
        </w:tc>
        <w:tc>
          <w:tcPr>
            <w:tcW w:w="964" w:type="dxa"/>
            <w:vAlign w:val="center"/>
          </w:tcPr>
          <w:p w14:paraId="55A0EA2A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</w:tr>
      <w:tr w:rsidR="007A642A" w:rsidRPr="00A41C05" w14:paraId="0754387D" w14:textId="77777777">
        <w:trPr>
          <w:cantSplit/>
          <w:trHeight w:val="482"/>
        </w:trPr>
        <w:tc>
          <w:tcPr>
            <w:tcW w:w="964" w:type="dxa"/>
            <w:vAlign w:val="center"/>
          </w:tcPr>
          <w:p w14:paraId="6557EA5E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  <w:tc>
          <w:tcPr>
            <w:tcW w:w="7087" w:type="dxa"/>
            <w:vAlign w:val="center"/>
          </w:tcPr>
          <w:p w14:paraId="78C6F6DB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</w:t>
            </w:r>
          </w:p>
        </w:tc>
        <w:tc>
          <w:tcPr>
            <w:tcW w:w="964" w:type="dxa"/>
            <w:vAlign w:val="center"/>
          </w:tcPr>
          <w:p w14:paraId="03F9202E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</w:tr>
      <w:tr w:rsidR="007A642A" w:rsidRPr="00A41C05" w14:paraId="3734DB5D" w14:textId="77777777">
        <w:trPr>
          <w:cantSplit/>
          <w:trHeight w:val="482"/>
        </w:trPr>
        <w:tc>
          <w:tcPr>
            <w:tcW w:w="964" w:type="dxa"/>
            <w:vAlign w:val="center"/>
          </w:tcPr>
          <w:p w14:paraId="4507DA98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  <w:tc>
          <w:tcPr>
            <w:tcW w:w="7087" w:type="dxa"/>
            <w:vAlign w:val="center"/>
          </w:tcPr>
          <w:p w14:paraId="5959C21F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</w:t>
            </w:r>
          </w:p>
        </w:tc>
        <w:tc>
          <w:tcPr>
            <w:tcW w:w="964" w:type="dxa"/>
            <w:vAlign w:val="center"/>
          </w:tcPr>
          <w:p w14:paraId="63791559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</w:tr>
      <w:tr w:rsidR="007A642A" w:rsidRPr="00A41C05" w14:paraId="538E48CE" w14:textId="77777777">
        <w:trPr>
          <w:cantSplit/>
          <w:trHeight w:val="482"/>
        </w:trPr>
        <w:tc>
          <w:tcPr>
            <w:tcW w:w="964" w:type="dxa"/>
            <w:vAlign w:val="center"/>
          </w:tcPr>
          <w:p w14:paraId="01D04512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  <w:tc>
          <w:tcPr>
            <w:tcW w:w="7087" w:type="dxa"/>
            <w:vAlign w:val="center"/>
          </w:tcPr>
          <w:p w14:paraId="2DF6858D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</w:t>
            </w:r>
          </w:p>
        </w:tc>
        <w:tc>
          <w:tcPr>
            <w:tcW w:w="964" w:type="dxa"/>
            <w:vAlign w:val="center"/>
          </w:tcPr>
          <w:p w14:paraId="656E4D09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</w:tr>
      <w:tr w:rsidR="007A642A" w:rsidRPr="00A41C05" w14:paraId="2747CBE2" w14:textId="77777777">
        <w:trPr>
          <w:cantSplit/>
          <w:trHeight w:val="482"/>
        </w:trPr>
        <w:tc>
          <w:tcPr>
            <w:tcW w:w="964" w:type="dxa"/>
            <w:vAlign w:val="center"/>
          </w:tcPr>
          <w:p w14:paraId="148BEE51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  <w:tc>
          <w:tcPr>
            <w:tcW w:w="7087" w:type="dxa"/>
            <w:vAlign w:val="center"/>
          </w:tcPr>
          <w:p w14:paraId="574246FB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</w:t>
            </w:r>
          </w:p>
        </w:tc>
        <w:tc>
          <w:tcPr>
            <w:tcW w:w="964" w:type="dxa"/>
            <w:vAlign w:val="center"/>
          </w:tcPr>
          <w:p w14:paraId="24A9F5CF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</w:tr>
    </w:tbl>
    <w:p w14:paraId="08657419" w14:textId="77777777" w:rsidR="007A642A" w:rsidRPr="00A41C05" w:rsidRDefault="007A642A" w:rsidP="00A41C05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7239223" w14:textId="77777777" w:rsidR="007A642A" w:rsidRPr="00AE6F1C" w:rsidRDefault="00000000" w:rsidP="00AE6F1C">
      <w:pPr>
        <w:pStyle w:val="Heading1"/>
        <w:pageBreakBefore/>
        <w:spacing w:line="240" w:lineRule="auto"/>
        <w:jc w:val="center"/>
        <w:rPr>
          <w:rFonts w:ascii="TH SarabunPSK" w:hAnsi="TH SarabunPSK" w:cs="TH SarabunPSK"/>
        </w:rPr>
      </w:pPr>
      <w:r w:rsidRPr="00AE6F1C">
        <w:rPr>
          <w:rFonts w:ascii="TH SarabunPSK" w:hAnsi="TH SarabunPSK" w:cs="TH SarabunPSK"/>
        </w:rPr>
        <w:lastRenderedPageBreak/>
        <w:t>สารบัญ</w:t>
      </w:r>
      <w:r w:rsidRPr="00AE6F1C">
        <w:rPr>
          <w:rFonts w:ascii="Arial" w:hAnsi="Arial" w:cs="Arial"/>
        </w:rPr>
        <w:t>​</w:t>
      </w:r>
      <w:r w:rsidRPr="00AE6F1C">
        <w:rPr>
          <w:rFonts w:ascii="TH SarabunPSK" w:hAnsi="TH SarabunPSK" w:cs="TH SarabunPSK"/>
        </w:rPr>
        <w:t>ภาพประกอบ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964"/>
        <w:gridCol w:w="7087"/>
        <w:gridCol w:w="964"/>
      </w:tblGrid>
      <w:tr w:rsidR="007A642A" w:rsidRPr="00A41C05" w14:paraId="70441FAC" w14:textId="77777777">
        <w:trPr>
          <w:cantSplit/>
          <w:tblHeader/>
        </w:trPr>
        <w:tc>
          <w:tcPr>
            <w:tcW w:w="964" w:type="dxa"/>
            <w:shd w:val="clear" w:color="auto" w:fill="F2F2F2"/>
            <w:vAlign w:val="center"/>
          </w:tcPr>
          <w:p w14:paraId="6AAA2540" w14:textId="77777777" w:rsidR="007A642A" w:rsidRPr="00A41C05" w:rsidRDefault="00000000" w:rsidP="00AE6F1C">
            <w:pPr>
              <w:keepNext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ภาพ</w:t>
            </w:r>
            <w:r w:rsidRPr="00A41C05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ที่</w:t>
            </w:r>
          </w:p>
        </w:tc>
        <w:tc>
          <w:tcPr>
            <w:tcW w:w="7087" w:type="dxa"/>
            <w:shd w:val="clear" w:color="auto" w:fill="F2F2F2"/>
            <w:vAlign w:val="center"/>
          </w:tcPr>
          <w:p w14:paraId="1C63EE9B" w14:textId="77777777" w:rsidR="007A642A" w:rsidRPr="00A41C05" w:rsidRDefault="00000000" w:rsidP="00AE6F1C">
            <w:pPr>
              <w:keepNext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ชื่อ</w:t>
            </w:r>
            <w:r w:rsidRPr="00A41C05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ภาพประกอบ</w:t>
            </w:r>
          </w:p>
        </w:tc>
        <w:tc>
          <w:tcPr>
            <w:tcW w:w="964" w:type="dxa"/>
            <w:shd w:val="clear" w:color="auto" w:fill="F2F2F2"/>
            <w:vAlign w:val="center"/>
          </w:tcPr>
          <w:p w14:paraId="40C5686E" w14:textId="77777777" w:rsidR="007A642A" w:rsidRPr="00A41C05" w:rsidRDefault="00000000" w:rsidP="00AE6F1C">
            <w:pPr>
              <w:keepNext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หน้า</w:t>
            </w:r>
          </w:p>
        </w:tc>
      </w:tr>
      <w:tr w:rsidR="007A642A" w:rsidRPr="00A41C05" w14:paraId="1C099BA5" w14:textId="77777777">
        <w:trPr>
          <w:cantSplit/>
          <w:trHeight w:val="482"/>
        </w:trPr>
        <w:tc>
          <w:tcPr>
            <w:tcW w:w="964" w:type="dxa"/>
            <w:vAlign w:val="center"/>
          </w:tcPr>
          <w:p w14:paraId="007FEFEA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  <w:tc>
          <w:tcPr>
            <w:tcW w:w="7087" w:type="dxa"/>
            <w:vAlign w:val="center"/>
          </w:tcPr>
          <w:p w14:paraId="4723A32C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</w:t>
            </w:r>
          </w:p>
        </w:tc>
        <w:tc>
          <w:tcPr>
            <w:tcW w:w="964" w:type="dxa"/>
            <w:vAlign w:val="center"/>
          </w:tcPr>
          <w:p w14:paraId="3D37AD8C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</w:tr>
      <w:tr w:rsidR="007A642A" w:rsidRPr="00A41C05" w14:paraId="039362E9" w14:textId="77777777">
        <w:trPr>
          <w:cantSplit/>
          <w:trHeight w:val="482"/>
        </w:trPr>
        <w:tc>
          <w:tcPr>
            <w:tcW w:w="964" w:type="dxa"/>
            <w:vAlign w:val="center"/>
          </w:tcPr>
          <w:p w14:paraId="37A4BCDE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  <w:tc>
          <w:tcPr>
            <w:tcW w:w="7087" w:type="dxa"/>
            <w:vAlign w:val="center"/>
          </w:tcPr>
          <w:p w14:paraId="45EE65C4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</w:t>
            </w:r>
          </w:p>
        </w:tc>
        <w:tc>
          <w:tcPr>
            <w:tcW w:w="964" w:type="dxa"/>
            <w:vAlign w:val="center"/>
          </w:tcPr>
          <w:p w14:paraId="65C2F73A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</w:tr>
      <w:tr w:rsidR="007A642A" w:rsidRPr="00A41C05" w14:paraId="5B76B4B8" w14:textId="77777777">
        <w:trPr>
          <w:cantSplit/>
          <w:trHeight w:val="482"/>
        </w:trPr>
        <w:tc>
          <w:tcPr>
            <w:tcW w:w="964" w:type="dxa"/>
            <w:vAlign w:val="center"/>
          </w:tcPr>
          <w:p w14:paraId="48463B44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  <w:tc>
          <w:tcPr>
            <w:tcW w:w="7087" w:type="dxa"/>
            <w:vAlign w:val="center"/>
          </w:tcPr>
          <w:p w14:paraId="495C8980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</w:t>
            </w:r>
          </w:p>
        </w:tc>
        <w:tc>
          <w:tcPr>
            <w:tcW w:w="964" w:type="dxa"/>
            <w:vAlign w:val="center"/>
          </w:tcPr>
          <w:p w14:paraId="7E13DF9E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</w:tr>
      <w:tr w:rsidR="007A642A" w:rsidRPr="00A41C05" w14:paraId="50B517DE" w14:textId="77777777">
        <w:trPr>
          <w:cantSplit/>
          <w:trHeight w:val="482"/>
        </w:trPr>
        <w:tc>
          <w:tcPr>
            <w:tcW w:w="964" w:type="dxa"/>
            <w:vAlign w:val="center"/>
          </w:tcPr>
          <w:p w14:paraId="73FFEEA7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  <w:tc>
          <w:tcPr>
            <w:tcW w:w="7087" w:type="dxa"/>
            <w:vAlign w:val="center"/>
          </w:tcPr>
          <w:p w14:paraId="3C736784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</w:t>
            </w:r>
          </w:p>
        </w:tc>
        <w:tc>
          <w:tcPr>
            <w:tcW w:w="964" w:type="dxa"/>
            <w:vAlign w:val="center"/>
          </w:tcPr>
          <w:p w14:paraId="32570DB1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</w:tr>
      <w:tr w:rsidR="007A642A" w:rsidRPr="00A41C05" w14:paraId="071D03D2" w14:textId="77777777">
        <w:trPr>
          <w:cantSplit/>
          <w:trHeight w:val="482"/>
        </w:trPr>
        <w:tc>
          <w:tcPr>
            <w:tcW w:w="964" w:type="dxa"/>
            <w:vAlign w:val="center"/>
          </w:tcPr>
          <w:p w14:paraId="4E616DF3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  <w:tc>
          <w:tcPr>
            <w:tcW w:w="7087" w:type="dxa"/>
            <w:vAlign w:val="center"/>
          </w:tcPr>
          <w:p w14:paraId="0AC3D600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</w:t>
            </w:r>
          </w:p>
        </w:tc>
        <w:tc>
          <w:tcPr>
            <w:tcW w:w="964" w:type="dxa"/>
            <w:vAlign w:val="center"/>
          </w:tcPr>
          <w:p w14:paraId="15F585DC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</w:tr>
      <w:tr w:rsidR="007A642A" w:rsidRPr="00A41C05" w14:paraId="787EB180" w14:textId="77777777">
        <w:trPr>
          <w:cantSplit/>
          <w:trHeight w:val="482"/>
        </w:trPr>
        <w:tc>
          <w:tcPr>
            <w:tcW w:w="964" w:type="dxa"/>
            <w:vAlign w:val="center"/>
          </w:tcPr>
          <w:p w14:paraId="7F2839EB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  <w:tc>
          <w:tcPr>
            <w:tcW w:w="7087" w:type="dxa"/>
            <w:vAlign w:val="center"/>
          </w:tcPr>
          <w:p w14:paraId="4542FA23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</w:t>
            </w:r>
          </w:p>
        </w:tc>
        <w:tc>
          <w:tcPr>
            <w:tcW w:w="964" w:type="dxa"/>
            <w:vAlign w:val="center"/>
          </w:tcPr>
          <w:p w14:paraId="3582DDAB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</w:tr>
      <w:tr w:rsidR="007A642A" w:rsidRPr="00A41C05" w14:paraId="4FE4D873" w14:textId="77777777">
        <w:trPr>
          <w:cantSplit/>
          <w:trHeight w:val="482"/>
        </w:trPr>
        <w:tc>
          <w:tcPr>
            <w:tcW w:w="964" w:type="dxa"/>
            <w:vAlign w:val="center"/>
          </w:tcPr>
          <w:p w14:paraId="2F6C672C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  <w:tc>
          <w:tcPr>
            <w:tcW w:w="7087" w:type="dxa"/>
            <w:vAlign w:val="center"/>
          </w:tcPr>
          <w:p w14:paraId="6CBEDD92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</w:t>
            </w:r>
          </w:p>
        </w:tc>
        <w:tc>
          <w:tcPr>
            <w:tcW w:w="964" w:type="dxa"/>
            <w:vAlign w:val="center"/>
          </w:tcPr>
          <w:p w14:paraId="71471B07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</w:tr>
      <w:tr w:rsidR="007A642A" w:rsidRPr="00A41C05" w14:paraId="0D9CDA9A" w14:textId="77777777">
        <w:trPr>
          <w:cantSplit/>
          <w:trHeight w:val="482"/>
        </w:trPr>
        <w:tc>
          <w:tcPr>
            <w:tcW w:w="964" w:type="dxa"/>
            <w:vAlign w:val="center"/>
          </w:tcPr>
          <w:p w14:paraId="195085D4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  <w:tc>
          <w:tcPr>
            <w:tcW w:w="7087" w:type="dxa"/>
            <w:vAlign w:val="center"/>
          </w:tcPr>
          <w:p w14:paraId="412AC585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</w:t>
            </w:r>
          </w:p>
        </w:tc>
        <w:tc>
          <w:tcPr>
            <w:tcW w:w="964" w:type="dxa"/>
            <w:vAlign w:val="center"/>
          </w:tcPr>
          <w:p w14:paraId="20E85F4D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</w:tr>
      <w:tr w:rsidR="007A642A" w:rsidRPr="00A41C05" w14:paraId="67E14D70" w14:textId="77777777">
        <w:trPr>
          <w:cantSplit/>
          <w:trHeight w:val="482"/>
        </w:trPr>
        <w:tc>
          <w:tcPr>
            <w:tcW w:w="964" w:type="dxa"/>
            <w:vAlign w:val="center"/>
          </w:tcPr>
          <w:p w14:paraId="557B0050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  <w:tc>
          <w:tcPr>
            <w:tcW w:w="7087" w:type="dxa"/>
            <w:vAlign w:val="center"/>
          </w:tcPr>
          <w:p w14:paraId="6AC7EA02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</w:t>
            </w:r>
          </w:p>
        </w:tc>
        <w:tc>
          <w:tcPr>
            <w:tcW w:w="964" w:type="dxa"/>
            <w:vAlign w:val="center"/>
          </w:tcPr>
          <w:p w14:paraId="12692C9D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</w:tr>
      <w:tr w:rsidR="007A642A" w:rsidRPr="00A41C05" w14:paraId="5241F38F" w14:textId="77777777">
        <w:trPr>
          <w:cantSplit/>
          <w:trHeight w:val="482"/>
        </w:trPr>
        <w:tc>
          <w:tcPr>
            <w:tcW w:w="964" w:type="dxa"/>
            <w:vAlign w:val="center"/>
          </w:tcPr>
          <w:p w14:paraId="4964A9B0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  <w:tc>
          <w:tcPr>
            <w:tcW w:w="7087" w:type="dxa"/>
            <w:vAlign w:val="center"/>
          </w:tcPr>
          <w:p w14:paraId="35CEA346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</w:t>
            </w:r>
          </w:p>
        </w:tc>
        <w:tc>
          <w:tcPr>
            <w:tcW w:w="964" w:type="dxa"/>
            <w:vAlign w:val="center"/>
          </w:tcPr>
          <w:p w14:paraId="535A8234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</w:tr>
      <w:tr w:rsidR="007A642A" w:rsidRPr="00A41C05" w14:paraId="384242F3" w14:textId="77777777">
        <w:trPr>
          <w:cantSplit/>
          <w:trHeight w:val="482"/>
        </w:trPr>
        <w:tc>
          <w:tcPr>
            <w:tcW w:w="964" w:type="dxa"/>
            <w:vAlign w:val="center"/>
          </w:tcPr>
          <w:p w14:paraId="472999A7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  <w:tc>
          <w:tcPr>
            <w:tcW w:w="7087" w:type="dxa"/>
            <w:vAlign w:val="center"/>
          </w:tcPr>
          <w:p w14:paraId="21F87A4E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</w:t>
            </w:r>
          </w:p>
        </w:tc>
        <w:tc>
          <w:tcPr>
            <w:tcW w:w="964" w:type="dxa"/>
            <w:vAlign w:val="center"/>
          </w:tcPr>
          <w:p w14:paraId="5478C59F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</w:tr>
      <w:tr w:rsidR="007A642A" w:rsidRPr="00A41C05" w14:paraId="464A2BD3" w14:textId="77777777">
        <w:trPr>
          <w:cantSplit/>
          <w:trHeight w:val="482"/>
        </w:trPr>
        <w:tc>
          <w:tcPr>
            <w:tcW w:w="964" w:type="dxa"/>
            <w:vAlign w:val="center"/>
          </w:tcPr>
          <w:p w14:paraId="610F241D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  <w:tc>
          <w:tcPr>
            <w:tcW w:w="7087" w:type="dxa"/>
            <w:vAlign w:val="center"/>
          </w:tcPr>
          <w:p w14:paraId="1CE96373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</w:t>
            </w:r>
          </w:p>
        </w:tc>
        <w:tc>
          <w:tcPr>
            <w:tcW w:w="964" w:type="dxa"/>
            <w:vAlign w:val="center"/>
          </w:tcPr>
          <w:p w14:paraId="4098F05E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</w:tc>
      </w:tr>
    </w:tbl>
    <w:p w14:paraId="26802A26" w14:textId="77777777" w:rsidR="007A642A" w:rsidRPr="00A41C05" w:rsidRDefault="007A642A" w:rsidP="00A41C05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1DDDCE3F" w14:textId="77777777" w:rsidR="007A642A" w:rsidRPr="00A41C05" w:rsidRDefault="007A642A" w:rsidP="00A41C05">
      <w:pPr>
        <w:spacing w:line="240" w:lineRule="auto"/>
        <w:rPr>
          <w:rFonts w:ascii="TH SarabunPSK" w:hAnsi="TH SarabunPSK" w:cs="TH SarabunPSK"/>
          <w:sz w:val="32"/>
          <w:szCs w:val="32"/>
          <w:cs/>
          <w:lang w:bidi="th-TH"/>
        </w:rPr>
        <w:sectPr w:rsidR="007A642A" w:rsidRPr="00A41C05">
          <w:footerReference w:type="default" r:id="rId8"/>
          <w:pgSz w:w="11906" w:h="16838"/>
          <w:pgMar w:top="1440" w:right="1440" w:bottom="1440" w:left="1440" w:header="680" w:footer="680" w:gutter="0"/>
          <w:pgNumType w:fmt="thaiLetters" w:start="1"/>
          <w:cols w:space="720"/>
          <w:docGrid w:linePitch="360"/>
        </w:sectPr>
      </w:pPr>
    </w:p>
    <w:p w14:paraId="6E6CDC97" w14:textId="77777777" w:rsidR="00AE6F1C" w:rsidRDefault="00AE6F1C" w:rsidP="00AE6F1C">
      <w:pPr>
        <w:pStyle w:val="Heading1"/>
        <w:spacing w:line="240" w:lineRule="auto"/>
        <w:jc w:val="center"/>
        <w:rPr>
          <w:rFonts w:ascii="TH SarabunPSK" w:hAnsi="TH SarabunPSK" w:cs="TH SarabunPSK"/>
          <w:lang w:bidi="th-TH"/>
        </w:rPr>
      </w:pPr>
    </w:p>
    <w:p w14:paraId="613E0394" w14:textId="5E834EA4" w:rsidR="007A642A" w:rsidRPr="00AE6F1C" w:rsidRDefault="00000000" w:rsidP="00AE6F1C">
      <w:pPr>
        <w:pStyle w:val="Heading1"/>
        <w:spacing w:line="240" w:lineRule="auto"/>
        <w:jc w:val="center"/>
        <w:rPr>
          <w:rFonts w:ascii="TH SarabunPSK" w:hAnsi="TH SarabunPSK" w:cs="TH SarabunPSK"/>
        </w:rPr>
      </w:pPr>
      <w:r w:rsidRPr="00AE6F1C">
        <w:rPr>
          <w:rFonts w:ascii="TH SarabunPSK" w:hAnsi="TH SarabunPSK" w:cs="TH SarabunPSK"/>
        </w:rPr>
        <w:t>บท</w:t>
      </w:r>
      <w:r w:rsidRPr="00AE6F1C">
        <w:rPr>
          <w:rFonts w:ascii="Arial" w:hAnsi="Arial" w:cs="Arial"/>
        </w:rPr>
        <w:t>​</w:t>
      </w:r>
      <w:r w:rsidRPr="00AE6F1C">
        <w:rPr>
          <w:rFonts w:ascii="TH SarabunPSK" w:hAnsi="TH SarabunPSK" w:cs="TH SarabunPSK"/>
        </w:rPr>
        <w:t>ที่ 1</w:t>
      </w:r>
    </w:p>
    <w:p w14:paraId="231C238D" w14:textId="77777777" w:rsidR="007A642A" w:rsidRDefault="00000000" w:rsidP="00AE6F1C">
      <w:pPr>
        <w:pStyle w:val="Heading1"/>
        <w:spacing w:line="240" w:lineRule="auto"/>
        <w:jc w:val="center"/>
        <w:rPr>
          <w:rFonts w:ascii="TH SarabunPSK" w:hAnsi="TH SarabunPSK" w:cs="TH SarabunPSK"/>
          <w:lang w:bidi="th-TH"/>
        </w:rPr>
      </w:pPr>
      <w:r w:rsidRPr="00AE6F1C">
        <w:rPr>
          <w:rFonts w:ascii="TH SarabunPSK" w:hAnsi="TH SarabunPSK" w:cs="TH SarabunPSK"/>
        </w:rPr>
        <w:t>บทนำ</w:t>
      </w:r>
    </w:p>
    <w:p w14:paraId="75BFF64C" w14:textId="77777777" w:rsidR="00AE6F1C" w:rsidRPr="00AE6F1C" w:rsidRDefault="00AE6F1C" w:rsidP="00AE6F1C">
      <w:pPr>
        <w:rPr>
          <w:lang w:bidi="th-TH"/>
        </w:rPr>
      </w:pPr>
    </w:p>
    <w:p w14:paraId="098CA973" w14:textId="77777777" w:rsidR="007A642A" w:rsidRPr="00A41C05" w:rsidRDefault="00000000" w:rsidP="00A41C05">
      <w:pPr>
        <w:pStyle w:val="Heading2"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t>1.1 ความเป็นมา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และ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ความสำคัญ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ของ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ปัญหา</w:t>
      </w:r>
    </w:p>
    <w:p w14:paraId="744D505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5109A02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8F12EBE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79B1E11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4DD5381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9D97A31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7318D3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303EBB3" w14:textId="77777777" w:rsidR="007A642A" w:rsidRPr="00A41C05" w:rsidRDefault="00000000" w:rsidP="00A41C05">
      <w:pPr>
        <w:pStyle w:val="Heading2"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t>1.2 วัตถุประสงค์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ของ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โครงงาน</w:t>
      </w:r>
    </w:p>
    <w:p w14:paraId="6875EEA4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F5107C3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2A372D2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378B7DB" w14:textId="77777777" w:rsidR="007A642A" w:rsidRPr="00A41C05" w:rsidRDefault="00000000" w:rsidP="00A41C05">
      <w:pPr>
        <w:pStyle w:val="Heading2"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t>1.3 สมมติฐาน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ของ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โครงงาน</w:t>
      </w:r>
    </w:p>
    <w:p w14:paraId="09323709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6760C04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9B7D4B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C67389A" w14:textId="77777777" w:rsidR="007A642A" w:rsidRPr="00A41C05" w:rsidRDefault="00000000" w:rsidP="00A41C05">
      <w:pPr>
        <w:pStyle w:val="Heading2"/>
        <w:pageBreakBefore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lastRenderedPageBreak/>
        <w:t>1.4 ขอบเขต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ของ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โครงงาน</w:t>
      </w:r>
    </w:p>
    <w:p w14:paraId="1EF375E4" w14:textId="77777777" w:rsidR="007A642A" w:rsidRPr="00A41C05" w:rsidRDefault="00000000" w:rsidP="00AE6F1C">
      <w:pPr>
        <w:pStyle w:val="Heading3"/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1.4.1 ขอบเขต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ด้าน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เนื้อหา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และ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ชิ้นงาน</w:t>
      </w:r>
    </w:p>
    <w:p w14:paraId="7CFE6EBC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7EB2A5E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3C52C98" w14:textId="77777777" w:rsidR="007A642A" w:rsidRPr="00A41C05" w:rsidRDefault="00000000" w:rsidP="00AE6F1C">
      <w:pPr>
        <w:pStyle w:val="Heading3"/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1.4.2 ขอบเขต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ด้าน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ประชากร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และ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กลุ่มตัวอย่าง</w:t>
      </w:r>
    </w:p>
    <w:p w14:paraId="5E4C91E4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A85CD64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A254EF1" w14:textId="77777777" w:rsidR="007A642A" w:rsidRPr="00A41C05" w:rsidRDefault="00000000" w:rsidP="00AE6F1C">
      <w:pPr>
        <w:pStyle w:val="Heading3"/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1.4.3 ขอบเขต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ด้าน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ตัวแปร</w:t>
      </w:r>
    </w:p>
    <w:p w14:paraId="445256AE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5D436F7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94D6ED5" w14:textId="77777777" w:rsidR="007A642A" w:rsidRPr="00A41C05" w:rsidRDefault="00000000" w:rsidP="00AE6F1C">
      <w:pPr>
        <w:pStyle w:val="Heading3"/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1.4.4 ขอบเขต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ด้าน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ระยะเวลา</w:t>
      </w:r>
    </w:p>
    <w:p w14:paraId="0AA1B7B3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9110B17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DE372FC" w14:textId="77777777" w:rsidR="007A642A" w:rsidRPr="00A41C05" w:rsidRDefault="00000000" w:rsidP="00AE6F1C">
      <w:pPr>
        <w:pStyle w:val="Heading3"/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1.4.5 ขอบเขต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ด้าน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สถานที่</w:t>
      </w:r>
    </w:p>
    <w:p w14:paraId="39BEEA5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C2FE4D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469F308" w14:textId="77777777" w:rsidR="007A642A" w:rsidRPr="00A41C05" w:rsidRDefault="00000000" w:rsidP="00A41C05">
      <w:pPr>
        <w:pStyle w:val="Heading2"/>
        <w:pageBreakBefore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lastRenderedPageBreak/>
        <w:t>1.5 กรอบ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แนวคิด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ของ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โครงงาน</w:t>
      </w:r>
    </w:p>
    <w:p w14:paraId="6F9D29EF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B5EA038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83581D8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5"/>
        <w:gridCol w:w="3005"/>
        <w:gridCol w:w="3005"/>
      </w:tblGrid>
      <w:tr w:rsidR="007A642A" w:rsidRPr="00A41C05" w14:paraId="46CE49CE" w14:textId="77777777">
        <w:trPr>
          <w:cantSplit/>
          <w:tblHeader/>
        </w:trPr>
        <w:tc>
          <w:tcPr>
            <w:tcW w:w="3005" w:type="dxa"/>
            <w:shd w:val="clear" w:color="auto" w:fill="F2F2F2"/>
            <w:vAlign w:val="center"/>
          </w:tcPr>
          <w:p w14:paraId="37C34543" w14:textId="77777777" w:rsidR="007A642A" w:rsidRPr="00A41C05" w:rsidRDefault="00000000" w:rsidP="00AE6F1C">
            <w:pPr>
              <w:keepNext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ปัจจัย</w:t>
            </w:r>
            <w:r w:rsidRPr="00A41C05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นำเข้า</w:t>
            </w:r>
          </w:p>
        </w:tc>
        <w:tc>
          <w:tcPr>
            <w:tcW w:w="3005" w:type="dxa"/>
            <w:shd w:val="clear" w:color="auto" w:fill="F2F2F2"/>
            <w:vAlign w:val="center"/>
          </w:tcPr>
          <w:p w14:paraId="5944F6AD" w14:textId="77777777" w:rsidR="007A642A" w:rsidRPr="00A41C05" w:rsidRDefault="00000000" w:rsidP="00AE6F1C">
            <w:pPr>
              <w:keepNext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กระบวนการ</w:t>
            </w:r>
          </w:p>
        </w:tc>
        <w:tc>
          <w:tcPr>
            <w:tcW w:w="3005" w:type="dxa"/>
            <w:shd w:val="clear" w:color="auto" w:fill="F2F2F2"/>
            <w:vAlign w:val="center"/>
          </w:tcPr>
          <w:p w14:paraId="45B834CC" w14:textId="77777777" w:rsidR="007A642A" w:rsidRPr="00A41C05" w:rsidRDefault="00000000" w:rsidP="00AE6F1C">
            <w:pPr>
              <w:keepNext/>
              <w:spacing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ผลผลิต</w:t>
            </w:r>
          </w:p>
        </w:tc>
      </w:tr>
      <w:tr w:rsidR="007A642A" w:rsidRPr="00A41C05" w14:paraId="114C3CB3" w14:textId="77777777">
        <w:trPr>
          <w:cantSplit/>
          <w:trHeight w:val="482"/>
        </w:trPr>
        <w:tc>
          <w:tcPr>
            <w:tcW w:w="3005" w:type="dxa"/>
            <w:vAlign w:val="center"/>
          </w:tcPr>
          <w:p w14:paraId="72F2398D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</w:t>
            </w:r>
          </w:p>
        </w:tc>
        <w:tc>
          <w:tcPr>
            <w:tcW w:w="3005" w:type="dxa"/>
            <w:vAlign w:val="center"/>
          </w:tcPr>
          <w:p w14:paraId="5196CEA2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</w:t>
            </w:r>
          </w:p>
        </w:tc>
        <w:tc>
          <w:tcPr>
            <w:tcW w:w="3005" w:type="dxa"/>
            <w:vAlign w:val="center"/>
          </w:tcPr>
          <w:p w14:paraId="2181F2CC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</w:t>
            </w:r>
          </w:p>
        </w:tc>
      </w:tr>
      <w:tr w:rsidR="007A642A" w:rsidRPr="00A41C05" w14:paraId="3C5FBBCF" w14:textId="77777777">
        <w:trPr>
          <w:cantSplit/>
          <w:trHeight w:val="482"/>
        </w:trPr>
        <w:tc>
          <w:tcPr>
            <w:tcW w:w="3005" w:type="dxa"/>
            <w:vAlign w:val="center"/>
          </w:tcPr>
          <w:p w14:paraId="34C16888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</w:t>
            </w:r>
          </w:p>
        </w:tc>
        <w:tc>
          <w:tcPr>
            <w:tcW w:w="3005" w:type="dxa"/>
            <w:vAlign w:val="center"/>
          </w:tcPr>
          <w:p w14:paraId="7AD40A83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</w:t>
            </w:r>
          </w:p>
        </w:tc>
        <w:tc>
          <w:tcPr>
            <w:tcW w:w="3005" w:type="dxa"/>
            <w:vAlign w:val="center"/>
          </w:tcPr>
          <w:p w14:paraId="33A42D04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</w:t>
            </w:r>
          </w:p>
        </w:tc>
      </w:tr>
      <w:tr w:rsidR="007A642A" w:rsidRPr="00A41C05" w14:paraId="7A632FBF" w14:textId="77777777">
        <w:trPr>
          <w:cantSplit/>
          <w:trHeight w:val="482"/>
        </w:trPr>
        <w:tc>
          <w:tcPr>
            <w:tcW w:w="3005" w:type="dxa"/>
            <w:vAlign w:val="center"/>
          </w:tcPr>
          <w:p w14:paraId="3FB4C75F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</w:t>
            </w:r>
          </w:p>
        </w:tc>
        <w:tc>
          <w:tcPr>
            <w:tcW w:w="3005" w:type="dxa"/>
            <w:vAlign w:val="center"/>
          </w:tcPr>
          <w:p w14:paraId="155152D1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</w:t>
            </w:r>
          </w:p>
        </w:tc>
        <w:tc>
          <w:tcPr>
            <w:tcW w:w="3005" w:type="dxa"/>
            <w:vAlign w:val="center"/>
          </w:tcPr>
          <w:p w14:paraId="6BE2E474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</w:t>
            </w:r>
          </w:p>
        </w:tc>
      </w:tr>
    </w:tbl>
    <w:p w14:paraId="4A2BAB19" w14:textId="77777777" w:rsidR="007A642A" w:rsidRPr="00A41C05" w:rsidRDefault="007A642A" w:rsidP="00A41C05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84FA98A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6F1C">
        <w:rPr>
          <w:rFonts w:ascii="TH SarabunPSK" w:hAnsi="TH SarabunPSK" w:cs="TH SarabunPSK"/>
          <w:b/>
          <w:bCs/>
          <w:sz w:val="32"/>
          <w:szCs w:val="32"/>
        </w:rPr>
        <w:t>ภาพ</w:t>
      </w:r>
      <w:r w:rsidRPr="00AE6F1C">
        <w:rPr>
          <w:rFonts w:ascii="Arial" w:hAnsi="Arial" w:cs="Arial"/>
          <w:b/>
          <w:bCs/>
          <w:sz w:val="32"/>
          <w:szCs w:val="32"/>
        </w:rPr>
        <w:t>​</w:t>
      </w:r>
      <w:r w:rsidRPr="00AE6F1C">
        <w:rPr>
          <w:rFonts w:ascii="TH SarabunPSK" w:hAnsi="TH SarabunPSK" w:cs="TH SarabunPSK"/>
          <w:b/>
          <w:bCs/>
          <w:sz w:val="32"/>
          <w:szCs w:val="32"/>
        </w:rPr>
        <w:t>ที่ 1.1</w:t>
      </w:r>
      <w:r w:rsidRPr="00A41C05">
        <w:rPr>
          <w:rFonts w:ascii="TH SarabunPSK" w:hAnsi="TH SarabunPSK" w:cs="TH SarabunPSK"/>
          <w:sz w:val="32"/>
          <w:szCs w:val="32"/>
        </w:rPr>
        <w:t xml:space="preserve">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327C33C" w14:textId="77777777" w:rsidR="007A642A" w:rsidRPr="00A41C05" w:rsidRDefault="00000000" w:rsidP="00A41C05">
      <w:pPr>
        <w:pStyle w:val="Heading2"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t>1.6 นิยาม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ศัพท์เฉพาะ</w:t>
      </w:r>
    </w:p>
    <w:p w14:paraId="5779C62A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5B40C5A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74AC365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A36C658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263F0D8" w14:textId="77777777" w:rsidR="007A642A" w:rsidRPr="00A41C05" w:rsidRDefault="00000000" w:rsidP="00A41C05">
      <w:pPr>
        <w:pStyle w:val="Heading2"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t>1.7 ประโยชน์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ที่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คาด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ว่า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จะ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ได้รับ</w:t>
      </w:r>
    </w:p>
    <w:p w14:paraId="1F1B3DE7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3227991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C9EA7CA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D97AA74" w14:textId="77777777" w:rsidR="007A642A" w:rsidRPr="00AE6F1C" w:rsidRDefault="00000000" w:rsidP="00AE6F1C">
      <w:pPr>
        <w:pStyle w:val="Heading1"/>
        <w:pageBreakBefore/>
        <w:spacing w:line="240" w:lineRule="auto"/>
        <w:jc w:val="center"/>
        <w:rPr>
          <w:rFonts w:ascii="TH SarabunPSK" w:hAnsi="TH SarabunPSK" w:cs="TH SarabunPSK"/>
        </w:rPr>
      </w:pPr>
      <w:r w:rsidRPr="00AE6F1C">
        <w:rPr>
          <w:rFonts w:ascii="TH SarabunPSK" w:hAnsi="TH SarabunPSK" w:cs="TH SarabunPSK"/>
        </w:rPr>
        <w:lastRenderedPageBreak/>
        <w:t>บท</w:t>
      </w:r>
      <w:r w:rsidRPr="00AE6F1C">
        <w:rPr>
          <w:rFonts w:ascii="Arial" w:hAnsi="Arial" w:cs="Arial"/>
        </w:rPr>
        <w:t>​</w:t>
      </w:r>
      <w:r w:rsidRPr="00AE6F1C">
        <w:rPr>
          <w:rFonts w:ascii="TH SarabunPSK" w:hAnsi="TH SarabunPSK" w:cs="TH SarabunPSK"/>
        </w:rPr>
        <w:t>ที่ 2</w:t>
      </w:r>
    </w:p>
    <w:p w14:paraId="7E72F536" w14:textId="77777777" w:rsidR="007A642A" w:rsidRDefault="00000000" w:rsidP="00AE6F1C">
      <w:pPr>
        <w:pStyle w:val="Heading1"/>
        <w:spacing w:line="240" w:lineRule="auto"/>
        <w:jc w:val="center"/>
        <w:rPr>
          <w:rFonts w:ascii="TH SarabunPSK" w:hAnsi="TH SarabunPSK" w:cs="TH SarabunPSK"/>
          <w:lang w:bidi="th-TH"/>
        </w:rPr>
      </w:pPr>
      <w:r w:rsidRPr="00AE6F1C">
        <w:rPr>
          <w:rFonts w:ascii="TH SarabunPSK" w:hAnsi="TH SarabunPSK" w:cs="TH SarabunPSK"/>
        </w:rPr>
        <w:t>แนวคิด ทฤษฎี และ</w:t>
      </w:r>
      <w:r w:rsidRPr="00AE6F1C">
        <w:rPr>
          <w:rFonts w:ascii="Arial" w:hAnsi="Arial" w:cs="Arial"/>
        </w:rPr>
        <w:t>​</w:t>
      </w:r>
      <w:r w:rsidRPr="00AE6F1C">
        <w:rPr>
          <w:rFonts w:ascii="TH SarabunPSK" w:hAnsi="TH SarabunPSK" w:cs="TH SarabunPSK"/>
        </w:rPr>
        <w:t>งานวิจัย</w:t>
      </w:r>
      <w:r w:rsidRPr="00AE6F1C">
        <w:rPr>
          <w:rFonts w:ascii="Arial" w:hAnsi="Arial" w:cs="Arial"/>
        </w:rPr>
        <w:t>​</w:t>
      </w:r>
      <w:r w:rsidRPr="00AE6F1C">
        <w:rPr>
          <w:rFonts w:ascii="TH SarabunPSK" w:hAnsi="TH SarabunPSK" w:cs="TH SarabunPSK"/>
        </w:rPr>
        <w:t>ที่</w:t>
      </w:r>
      <w:r w:rsidRPr="00AE6F1C">
        <w:rPr>
          <w:rFonts w:ascii="Arial" w:hAnsi="Arial" w:cs="Arial"/>
        </w:rPr>
        <w:t>​</w:t>
      </w:r>
      <w:r w:rsidRPr="00AE6F1C">
        <w:rPr>
          <w:rFonts w:ascii="TH SarabunPSK" w:hAnsi="TH SarabunPSK" w:cs="TH SarabunPSK"/>
        </w:rPr>
        <w:t>เกี่ยวข้อง</w:t>
      </w:r>
    </w:p>
    <w:p w14:paraId="70B676C2" w14:textId="77777777" w:rsidR="00AE6F1C" w:rsidRPr="00AE6F1C" w:rsidRDefault="00AE6F1C" w:rsidP="00AE6F1C">
      <w:pPr>
        <w:rPr>
          <w:lang w:bidi="th-TH"/>
        </w:rPr>
      </w:pPr>
    </w:p>
    <w:p w14:paraId="1B3606FD" w14:textId="77777777" w:rsidR="007A642A" w:rsidRPr="00A41C05" w:rsidRDefault="00000000" w:rsidP="00A41C05">
      <w:pPr>
        <w:pStyle w:val="Heading2"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t>2.1 แนวคิด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ที่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เกี่ยวข้อง</w:t>
      </w:r>
    </w:p>
    <w:p w14:paraId="02B6E0D2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CDB81A6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C09A156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87F3D88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468435A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EECAF56" w14:textId="77777777" w:rsidR="007A642A" w:rsidRPr="00A41C05" w:rsidRDefault="00000000" w:rsidP="00A41C05">
      <w:pPr>
        <w:pStyle w:val="Heading2"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t>2.2 ทฤษฎี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ที่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เกี่ยวข้อง</w:t>
      </w:r>
    </w:p>
    <w:p w14:paraId="790F2F56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697DFD1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B722C38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6172B47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1E3E87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F5A9E88" w14:textId="77777777" w:rsidR="007A642A" w:rsidRPr="00A41C05" w:rsidRDefault="00000000" w:rsidP="00A41C05">
      <w:pPr>
        <w:pStyle w:val="Heading2"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t>2.3 เทคโนโลยี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และ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เครื่องมือ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ที่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เกี่ยวข้อง</w:t>
      </w:r>
    </w:p>
    <w:p w14:paraId="3280BE2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00C4DA4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30B5423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4A7881A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A1D0890" w14:textId="77777777" w:rsidR="007A642A" w:rsidRPr="00A41C05" w:rsidRDefault="00000000" w:rsidP="00A41C05">
      <w:pPr>
        <w:pStyle w:val="Heading2"/>
        <w:pageBreakBefore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lastRenderedPageBreak/>
        <w:t>2.4 งานวิจัย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ที่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เกี่ยวข้อง</w:t>
      </w:r>
    </w:p>
    <w:p w14:paraId="56DE6237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C6AB305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46294E5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4F6D302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C09C7F3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E486F0D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6F1C">
        <w:rPr>
          <w:rFonts w:ascii="TH SarabunPSK" w:hAnsi="TH SarabunPSK" w:cs="TH SarabunPSK"/>
          <w:b/>
          <w:bCs/>
          <w:sz w:val="32"/>
          <w:szCs w:val="32"/>
        </w:rPr>
        <w:t>ตาราง</w:t>
      </w:r>
      <w:r w:rsidRPr="00AE6F1C">
        <w:rPr>
          <w:rFonts w:ascii="Arial" w:hAnsi="Arial" w:cs="Arial"/>
          <w:b/>
          <w:bCs/>
          <w:sz w:val="32"/>
          <w:szCs w:val="32"/>
        </w:rPr>
        <w:t>​</w:t>
      </w:r>
      <w:r w:rsidRPr="00AE6F1C">
        <w:rPr>
          <w:rFonts w:ascii="TH SarabunPSK" w:hAnsi="TH SarabunPSK" w:cs="TH SarabunPSK"/>
          <w:b/>
          <w:bCs/>
          <w:sz w:val="32"/>
          <w:szCs w:val="32"/>
        </w:rPr>
        <w:t>ที่ 2.1</w:t>
      </w:r>
      <w:r w:rsidRPr="00A41C05">
        <w:rPr>
          <w:rFonts w:ascii="TH SarabunPSK" w:hAnsi="TH SarabunPSK" w:cs="TH SarabunPSK"/>
          <w:sz w:val="32"/>
          <w:szCs w:val="32"/>
        </w:rPr>
        <w:t xml:space="preserve">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7"/>
        <w:gridCol w:w="2551"/>
        <w:gridCol w:w="2381"/>
        <w:gridCol w:w="2324"/>
      </w:tblGrid>
      <w:tr w:rsidR="007A642A" w:rsidRPr="00A41C05" w14:paraId="390E9FD2" w14:textId="77777777">
        <w:trPr>
          <w:cantSplit/>
          <w:tblHeader/>
        </w:trPr>
        <w:tc>
          <w:tcPr>
            <w:tcW w:w="1757" w:type="dxa"/>
            <w:shd w:val="clear" w:color="auto" w:fill="F2F2F2"/>
            <w:vAlign w:val="center"/>
          </w:tcPr>
          <w:p w14:paraId="0BD8FAED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ผู้วิจัย / ปี</w:t>
            </w:r>
          </w:p>
        </w:tc>
        <w:tc>
          <w:tcPr>
            <w:tcW w:w="2551" w:type="dxa"/>
            <w:shd w:val="clear" w:color="auto" w:fill="F2F2F2"/>
            <w:vAlign w:val="center"/>
          </w:tcPr>
          <w:p w14:paraId="1E1F083A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วัตถุประสงค์</w:t>
            </w:r>
            <w:r w:rsidRPr="00A41C05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และ</w:t>
            </w:r>
            <w:r w:rsidRPr="00A41C05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วิธี</w:t>
            </w:r>
            <w:r w:rsidRPr="00A41C05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วิจัย</w:t>
            </w:r>
          </w:p>
        </w:tc>
        <w:tc>
          <w:tcPr>
            <w:tcW w:w="2381" w:type="dxa"/>
            <w:shd w:val="clear" w:color="auto" w:fill="F2F2F2"/>
            <w:vAlign w:val="center"/>
          </w:tcPr>
          <w:p w14:paraId="278B6067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ผลการวิจัย</w:t>
            </w:r>
          </w:p>
        </w:tc>
        <w:tc>
          <w:tcPr>
            <w:tcW w:w="2324" w:type="dxa"/>
            <w:shd w:val="clear" w:color="auto" w:fill="F2F2F2"/>
            <w:vAlign w:val="center"/>
          </w:tcPr>
          <w:p w14:paraId="28FE2643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การ</w:t>
            </w:r>
            <w:r w:rsidRPr="00A41C05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นำมาใช้</w:t>
            </w:r>
            <w:r w:rsidRPr="00A41C05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ใน</w:t>
            </w:r>
            <w:r w:rsidRPr="00A41C05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โครงงาน</w:t>
            </w:r>
          </w:p>
        </w:tc>
      </w:tr>
      <w:tr w:rsidR="007A642A" w:rsidRPr="00A41C05" w14:paraId="7BEE75B9" w14:textId="77777777">
        <w:trPr>
          <w:cantSplit/>
          <w:trHeight w:val="482"/>
        </w:trPr>
        <w:tc>
          <w:tcPr>
            <w:tcW w:w="1757" w:type="dxa"/>
            <w:vAlign w:val="center"/>
          </w:tcPr>
          <w:p w14:paraId="01162012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</w:t>
            </w:r>
          </w:p>
        </w:tc>
        <w:tc>
          <w:tcPr>
            <w:tcW w:w="2551" w:type="dxa"/>
            <w:vAlign w:val="center"/>
          </w:tcPr>
          <w:p w14:paraId="48D911C7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</w:t>
            </w:r>
          </w:p>
        </w:tc>
        <w:tc>
          <w:tcPr>
            <w:tcW w:w="2381" w:type="dxa"/>
            <w:vAlign w:val="center"/>
          </w:tcPr>
          <w:p w14:paraId="4A8BE4D2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</w:t>
            </w:r>
          </w:p>
        </w:tc>
        <w:tc>
          <w:tcPr>
            <w:tcW w:w="2324" w:type="dxa"/>
            <w:vAlign w:val="center"/>
          </w:tcPr>
          <w:p w14:paraId="73D6364F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</w:t>
            </w:r>
          </w:p>
        </w:tc>
      </w:tr>
      <w:tr w:rsidR="007A642A" w:rsidRPr="00A41C05" w14:paraId="7FECB1C5" w14:textId="77777777">
        <w:trPr>
          <w:cantSplit/>
          <w:trHeight w:val="482"/>
        </w:trPr>
        <w:tc>
          <w:tcPr>
            <w:tcW w:w="1757" w:type="dxa"/>
            <w:vAlign w:val="center"/>
          </w:tcPr>
          <w:p w14:paraId="06273252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</w:t>
            </w:r>
          </w:p>
        </w:tc>
        <w:tc>
          <w:tcPr>
            <w:tcW w:w="2551" w:type="dxa"/>
            <w:vAlign w:val="center"/>
          </w:tcPr>
          <w:p w14:paraId="28C22DDC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</w:t>
            </w:r>
          </w:p>
        </w:tc>
        <w:tc>
          <w:tcPr>
            <w:tcW w:w="2381" w:type="dxa"/>
            <w:vAlign w:val="center"/>
          </w:tcPr>
          <w:p w14:paraId="3C6621FF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</w:t>
            </w:r>
          </w:p>
        </w:tc>
        <w:tc>
          <w:tcPr>
            <w:tcW w:w="2324" w:type="dxa"/>
            <w:vAlign w:val="center"/>
          </w:tcPr>
          <w:p w14:paraId="3532FBA5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</w:t>
            </w:r>
          </w:p>
        </w:tc>
      </w:tr>
      <w:tr w:rsidR="007A642A" w:rsidRPr="00A41C05" w14:paraId="2726249A" w14:textId="77777777">
        <w:trPr>
          <w:cantSplit/>
          <w:trHeight w:val="482"/>
        </w:trPr>
        <w:tc>
          <w:tcPr>
            <w:tcW w:w="1757" w:type="dxa"/>
            <w:vAlign w:val="center"/>
          </w:tcPr>
          <w:p w14:paraId="366CC1B0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</w:t>
            </w:r>
          </w:p>
        </w:tc>
        <w:tc>
          <w:tcPr>
            <w:tcW w:w="2551" w:type="dxa"/>
            <w:vAlign w:val="center"/>
          </w:tcPr>
          <w:p w14:paraId="054F3ECE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</w:t>
            </w:r>
          </w:p>
        </w:tc>
        <w:tc>
          <w:tcPr>
            <w:tcW w:w="2381" w:type="dxa"/>
            <w:vAlign w:val="center"/>
          </w:tcPr>
          <w:p w14:paraId="4C290B59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</w:t>
            </w:r>
          </w:p>
        </w:tc>
        <w:tc>
          <w:tcPr>
            <w:tcW w:w="2324" w:type="dxa"/>
            <w:vAlign w:val="center"/>
          </w:tcPr>
          <w:p w14:paraId="5DA53D1B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</w:t>
            </w:r>
          </w:p>
        </w:tc>
      </w:tr>
      <w:tr w:rsidR="007A642A" w:rsidRPr="00A41C05" w14:paraId="62C4D433" w14:textId="77777777">
        <w:trPr>
          <w:cantSplit/>
          <w:trHeight w:val="482"/>
        </w:trPr>
        <w:tc>
          <w:tcPr>
            <w:tcW w:w="1757" w:type="dxa"/>
            <w:vAlign w:val="center"/>
          </w:tcPr>
          <w:p w14:paraId="7D570215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</w:t>
            </w:r>
          </w:p>
        </w:tc>
        <w:tc>
          <w:tcPr>
            <w:tcW w:w="2551" w:type="dxa"/>
            <w:vAlign w:val="center"/>
          </w:tcPr>
          <w:p w14:paraId="0DF7CD2D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</w:t>
            </w:r>
          </w:p>
        </w:tc>
        <w:tc>
          <w:tcPr>
            <w:tcW w:w="2381" w:type="dxa"/>
            <w:vAlign w:val="center"/>
          </w:tcPr>
          <w:p w14:paraId="76870066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</w:t>
            </w:r>
          </w:p>
        </w:tc>
        <w:tc>
          <w:tcPr>
            <w:tcW w:w="2324" w:type="dxa"/>
            <w:vAlign w:val="center"/>
          </w:tcPr>
          <w:p w14:paraId="34274D14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</w:t>
            </w:r>
          </w:p>
        </w:tc>
      </w:tr>
    </w:tbl>
    <w:p w14:paraId="340DA3DC" w14:textId="77777777" w:rsidR="007A642A" w:rsidRPr="00A41C05" w:rsidRDefault="007A642A" w:rsidP="00A41C05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0A540804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ที่มา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4C433CE" w14:textId="77777777" w:rsidR="007A642A" w:rsidRPr="00A41C05" w:rsidRDefault="00000000" w:rsidP="00A41C05">
      <w:pPr>
        <w:pStyle w:val="Heading2"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t>2.5 สรุป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แนวทาง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การนำ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แนวคิด ทฤษฎี และ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งานวิจัย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มา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ใช้</w:t>
      </w:r>
    </w:p>
    <w:p w14:paraId="06044214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C679D61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E0D8135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722A88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7A8B19E" w14:textId="77777777" w:rsidR="007A642A" w:rsidRPr="00AE6F1C" w:rsidRDefault="00000000" w:rsidP="00AE6F1C">
      <w:pPr>
        <w:pStyle w:val="Heading1"/>
        <w:pageBreakBefore/>
        <w:spacing w:before="0" w:line="240" w:lineRule="auto"/>
        <w:jc w:val="center"/>
        <w:rPr>
          <w:rFonts w:ascii="TH SarabunPSK" w:hAnsi="TH SarabunPSK" w:cs="TH SarabunPSK"/>
        </w:rPr>
      </w:pPr>
      <w:r w:rsidRPr="00AE6F1C">
        <w:rPr>
          <w:rFonts w:ascii="TH SarabunPSK" w:hAnsi="TH SarabunPSK" w:cs="TH SarabunPSK"/>
        </w:rPr>
        <w:lastRenderedPageBreak/>
        <w:t>บท</w:t>
      </w:r>
      <w:r w:rsidRPr="00AE6F1C">
        <w:rPr>
          <w:rFonts w:ascii="Arial" w:hAnsi="Arial" w:cs="Arial"/>
        </w:rPr>
        <w:t>​</w:t>
      </w:r>
      <w:r w:rsidRPr="00AE6F1C">
        <w:rPr>
          <w:rFonts w:ascii="TH SarabunPSK" w:hAnsi="TH SarabunPSK" w:cs="TH SarabunPSK"/>
        </w:rPr>
        <w:t>ที่ 3</w:t>
      </w:r>
    </w:p>
    <w:p w14:paraId="3DB2BB10" w14:textId="77777777" w:rsidR="007A642A" w:rsidRDefault="00000000" w:rsidP="00AE6F1C">
      <w:pPr>
        <w:pStyle w:val="Heading1"/>
        <w:spacing w:before="0" w:line="240" w:lineRule="auto"/>
        <w:jc w:val="center"/>
        <w:rPr>
          <w:rFonts w:ascii="TH SarabunPSK" w:hAnsi="TH SarabunPSK" w:cs="TH SarabunPSK"/>
          <w:lang w:bidi="th-TH"/>
        </w:rPr>
      </w:pPr>
      <w:r w:rsidRPr="00AE6F1C">
        <w:rPr>
          <w:rFonts w:ascii="TH SarabunPSK" w:hAnsi="TH SarabunPSK" w:cs="TH SarabunPSK"/>
        </w:rPr>
        <w:t>วิธี</w:t>
      </w:r>
      <w:r w:rsidRPr="00AE6F1C">
        <w:rPr>
          <w:rFonts w:ascii="Arial" w:hAnsi="Arial" w:cs="Arial"/>
        </w:rPr>
        <w:t>​</w:t>
      </w:r>
      <w:r w:rsidRPr="00AE6F1C">
        <w:rPr>
          <w:rFonts w:ascii="TH SarabunPSK" w:hAnsi="TH SarabunPSK" w:cs="TH SarabunPSK"/>
        </w:rPr>
        <w:t>ดำเนิน</w:t>
      </w:r>
      <w:r w:rsidRPr="00AE6F1C">
        <w:rPr>
          <w:rFonts w:ascii="Arial" w:hAnsi="Arial" w:cs="Arial"/>
        </w:rPr>
        <w:t>​</w:t>
      </w:r>
      <w:r w:rsidRPr="00AE6F1C">
        <w:rPr>
          <w:rFonts w:ascii="TH SarabunPSK" w:hAnsi="TH SarabunPSK" w:cs="TH SarabunPSK"/>
        </w:rPr>
        <w:t>การวิจัย</w:t>
      </w:r>
    </w:p>
    <w:p w14:paraId="742BEF99" w14:textId="77777777" w:rsidR="00AE6F1C" w:rsidRPr="00AE6F1C" w:rsidRDefault="00AE6F1C" w:rsidP="00AE6F1C">
      <w:pPr>
        <w:rPr>
          <w:lang w:bidi="th-TH"/>
        </w:rPr>
      </w:pPr>
    </w:p>
    <w:p w14:paraId="0CBF254A" w14:textId="77777777" w:rsidR="007A642A" w:rsidRPr="00A41C05" w:rsidRDefault="00000000" w:rsidP="00AE6F1C">
      <w:pPr>
        <w:pStyle w:val="Heading2"/>
        <w:spacing w:before="0"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t>3.1 ประชากร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และ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กลุ่มตัวอย่าง</w:t>
      </w:r>
    </w:p>
    <w:p w14:paraId="1C063E82" w14:textId="77777777" w:rsidR="007A642A" w:rsidRPr="00A41C05" w:rsidRDefault="00000000" w:rsidP="00AE6F1C">
      <w:pPr>
        <w:pStyle w:val="Heading3"/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3.1.1 ประชากร</w:t>
      </w:r>
    </w:p>
    <w:p w14:paraId="3698C4AA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DBD7385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8056CEB" w14:textId="77777777" w:rsidR="007A642A" w:rsidRPr="00A41C05" w:rsidRDefault="00000000" w:rsidP="00AE6F1C">
      <w:pPr>
        <w:pStyle w:val="Heading3"/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3.1.2 กลุ่มตัวอย่าง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และ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วิธีการ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เลือก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กลุ่มตัวอย่าง</w:t>
      </w:r>
    </w:p>
    <w:p w14:paraId="53301E4E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807733E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0DD1AB7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D56CECC" w14:textId="77777777" w:rsidR="007A642A" w:rsidRPr="00A41C05" w:rsidRDefault="00000000" w:rsidP="00AE6F1C">
      <w:pPr>
        <w:pStyle w:val="Heading2"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t>3.2 ขั้นตอน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การ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ดำเนิน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โครงงาน</w:t>
      </w:r>
    </w:p>
    <w:p w14:paraId="16484CAA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EB1E674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9E2E208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0062A57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79338D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5F8D698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64D3F10" w14:textId="77777777" w:rsidR="007A642A" w:rsidRPr="00A41C05" w:rsidRDefault="00000000" w:rsidP="00A41C05">
      <w:pPr>
        <w:pStyle w:val="Heading2"/>
        <w:pageBreakBefore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lastRenderedPageBreak/>
        <w:t>3.3 เครื่องมือ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ที่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ใช้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ใน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การวิจัย</w:t>
      </w:r>
    </w:p>
    <w:p w14:paraId="4C792B58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F80A356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507084F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9D6B862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D6C60D8" w14:textId="77777777" w:rsidR="007A642A" w:rsidRPr="00A41C05" w:rsidRDefault="00000000" w:rsidP="00A41C05">
      <w:pPr>
        <w:pStyle w:val="Heading2"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t>3.4 การ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สร้าง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และ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หา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คุณภาพ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ของ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เครื่องมือ</w:t>
      </w:r>
    </w:p>
    <w:p w14:paraId="61CBFEC1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9F92C78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72BE93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A9D9801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ADD0F5D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DA35B0B" w14:textId="77777777" w:rsidR="007A642A" w:rsidRPr="00A41C05" w:rsidRDefault="00000000" w:rsidP="00A41C05">
      <w:pPr>
        <w:pStyle w:val="Heading2"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t>3.5 การ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เก็บ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รวบรวม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ข้อมูล</w:t>
      </w:r>
    </w:p>
    <w:p w14:paraId="2EE8A34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DCD361C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4A19D0D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712BD23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4EEB125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40EB295" w14:textId="77777777" w:rsidR="007A642A" w:rsidRPr="00A41C05" w:rsidRDefault="00000000" w:rsidP="00A41C05">
      <w:pPr>
        <w:pStyle w:val="Heading2"/>
        <w:pageBreakBefore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lastRenderedPageBreak/>
        <w:t>3.6 การ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วิเคราะห์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ข้อมูล</w:t>
      </w:r>
    </w:p>
    <w:p w14:paraId="32E5C55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3CF56F8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44837D2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19230F4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06CED49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DD7F1E6" w14:textId="77777777" w:rsidR="007A642A" w:rsidRPr="00A41C05" w:rsidRDefault="00000000" w:rsidP="00A41C05">
      <w:pPr>
        <w:pStyle w:val="Heading2"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t>3.7 สถิติ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ที่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ใช้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ใน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การ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วิเคราะห์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ข้อมูล</w:t>
      </w:r>
    </w:p>
    <w:p w14:paraId="0067B915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6341AC5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7F3BDA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CBE84FC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400739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05E481C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C012A1F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3B9B9D5" w14:textId="77777777" w:rsidR="007A642A" w:rsidRPr="00A41C05" w:rsidRDefault="00000000" w:rsidP="00A41C05">
      <w:pPr>
        <w:pStyle w:val="Heading2"/>
        <w:pageBreakBefore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lastRenderedPageBreak/>
        <w:t>3.8 แผนการ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ดำเนินงาน</w:t>
      </w:r>
    </w:p>
    <w:p w14:paraId="471B00A9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ระยะเวลา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ดำเนินงาน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1F53CE4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6F1C">
        <w:rPr>
          <w:rFonts w:ascii="TH SarabunPSK" w:hAnsi="TH SarabunPSK" w:cs="TH SarabunPSK"/>
          <w:b/>
          <w:bCs/>
          <w:sz w:val="32"/>
          <w:szCs w:val="32"/>
        </w:rPr>
        <w:t>ตาราง</w:t>
      </w:r>
      <w:r w:rsidRPr="00AE6F1C">
        <w:rPr>
          <w:rFonts w:ascii="Arial" w:hAnsi="Arial" w:cs="Arial"/>
          <w:b/>
          <w:bCs/>
          <w:sz w:val="32"/>
          <w:szCs w:val="32"/>
        </w:rPr>
        <w:t>​</w:t>
      </w:r>
      <w:r w:rsidRPr="00AE6F1C">
        <w:rPr>
          <w:rFonts w:ascii="TH SarabunPSK" w:hAnsi="TH SarabunPSK" w:cs="TH SarabunPSK"/>
          <w:b/>
          <w:bCs/>
          <w:sz w:val="32"/>
          <w:szCs w:val="32"/>
        </w:rPr>
        <w:t>ที่ 3.1</w:t>
      </w:r>
      <w:r w:rsidRPr="00A41C05">
        <w:rPr>
          <w:rFonts w:ascii="TH SarabunPSK" w:hAnsi="TH SarabunPSK" w:cs="TH SarabunPSK"/>
          <w:sz w:val="32"/>
          <w:szCs w:val="32"/>
        </w:rPr>
        <w:t xml:space="preserve"> แผนการ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ดำเนินงาน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7A642A" w:rsidRPr="00A41C05" w14:paraId="06CDD107" w14:textId="77777777">
        <w:trPr>
          <w:cantSplit/>
          <w:tblHeader/>
        </w:trPr>
        <w:tc>
          <w:tcPr>
            <w:tcW w:w="2665" w:type="dxa"/>
            <w:shd w:val="clear" w:color="auto" w:fill="F2F2F2"/>
            <w:vAlign w:val="center"/>
          </w:tcPr>
          <w:p w14:paraId="682DED70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กิจกรรม / สัปดาห์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44FAD035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1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65125805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2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0BC79EB2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3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041FD534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4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5442EAC1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5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2634D72A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6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542F330F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7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31C6A742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8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2D0B5C87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9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27E980CF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10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43FF4FE7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11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34A92E6E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12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5966FFCF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13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5F709DD6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14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7E63FB52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15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5CAD7E29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16</w:t>
            </w:r>
          </w:p>
        </w:tc>
      </w:tr>
      <w:tr w:rsidR="007A642A" w:rsidRPr="00A41C05" w14:paraId="3D1CBB76" w14:textId="77777777">
        <w:trPr>
          <w:cantSplit/>
          <w:trHeight w:val="482"/>
        </w:trPr>
        <w:tc>
          <w:tcPr>
            <w:tcW w:w="2665" w:type="dxa"/>
            <w:vAlign w:val="center"/>
          </w:tcPr>
          <w:p w14:paraId="20D89CC3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</w:t>
            </w:r>
          </w:p>
        </w:tc>
        <w:tc>
          <w:tcPr>
            <w:tcW w:w="397" w:type="dxa"/>
            <w:vAlign w:val="center"/>
          </w:tcPr>
          <w:p w14:paraId="3102A68E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4DBC5486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4D0388B2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BA003B6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64BB17EF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78921C37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8515581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034A0285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494F54D3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0375F874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5FC91D6E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417AF401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24EFAB8C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994E3E4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7FF766FC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5136C47C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</w:tr>
      <w:tr w:rsidR="007A642A" w:rsidRPr="00A41C05" w14:paraId="4B4F29E4" w14:textId="77777777">
        <w:trPr>
          <w:cantSplit/>
          <w:trHeight w:val="482"/>
        </w:trPr>
        <w:tc>
          <w:tcPr>
            <w:tcW w:w="2665" w:type="dxa"/>
            <w:vAlign w:val="center"/>
          </w:tcPr>
          <w:p w14:paraId="125085B9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</w:t>
            </w:r>
          </w:p>
        </w:tc>
        <w:tc>
          <w:tcPr>
            <w:tcW w:w="397" w:type="dxa"/>
            <w:vAlign w:val="center"/>
          </w:tcPr>
          <w:p w14:paraId="3626B43E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05DD848C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E32900E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4CD2E79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E7C9314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2C2325CE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5B6E2ADF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2C6FA174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51919CF5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5A3F3739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463665D7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2FEDC4AB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4F9EAC9C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550CA5F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57704EFD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0A932DC2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</w:tr>
      <w:tr w:rsidR="007A642A" w:rsidRPr="00A41C05" w14:paraId="6C7C6AD0" w14:textId="77777777">
        <w:trPr>
          <w:cantSplit/>
          <w:trHeight w:val="482"/>
        </w:trPr>
        <w:tc>
          <w:tcPr>
            <w:tcW w:w="2665" w:type="dxa"/>
            <w:vAlign w:val="center"/>
          </w:tcPr>
          <w:p w14:paraId="3706F56F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</w:t>
            </w:r>
          </w:p>
        </w:tc>
        <w:tc>
          <w:tcPr>
            <w:tcW w:w="397" w:type="dxa"/>
            <w:vAlign w:val="center"/>
          </w:tcPr>
          <w:p w14:paraId="2102627E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738933F8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719B93C6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7880F54F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064FC493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3D34EC08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324FC453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392B80B1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54F4C64A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4D67E35E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258A68DD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49E5A659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0A2B89CA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4351BB9C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3197367A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111A1E4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</w:tr>
      <w:tr w:rsidR="007A642A" w:rsidRPr="00A41C05" w14:paraId="257E8E58" w14:textId="77777777">
        <w:trPr>
          <w:cantSplit/>
          <w:trHeight w:val="482"/>
        </w:trPr>
        <w:tc>
          <w:tcPr>
            <w:tcW w:w="2665" w:type="dxa"/>
            <w:vAlign w:val="center"/>
          </w:tcPr>
          <w:p w14:paraId="7C1A963C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</w:t>
            </w:r>
          </w:p>
        </w:tc>
        <w:tc>
          <w:tcPr>
            <w:tcW w:w="397" w:type="dxa"/>
            <w:vAlign w:val="center"/>
          </w:tcPr>
          <w:p w14:paraId="2302728F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2FF1AE0B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65AEAA85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78D097F0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7561DA67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4604AA50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3C069382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6355B0E6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69705D1D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6B12184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245F81B9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7F005598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4AE09BAF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25C15EF8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06651422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6EC20D21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</w:tr>
      <w:tr w:rsidR="007A642A" w:rsidRPr="00A41C05" w14:paraId="0F535B0D" w14:textId="77777777">
        <w:trPr>
          <w:cantSplit/>
          <w:trHeight w:val="482"/>
        </w:trPr>
        <w:tc>
          <w:tcPr>
            <w:tcW w:w="2665" w:type="dxa"/>
            <w:vAlign w:val="center"/>
          </w:tcPr>
          <w:p w14:paraId="03279A6B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</w:t>
            </w:r>
          </w:p>
        </w:tc>
        <w:tc>
          <w:tcPr>
            <w:tcW w:w="397" w:type="dxa"/>
            <w:vAlign w:val="center"/>
          </w:tcPr>
          <w:p w14:paraId="215BA32F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53901146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58F39B0C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48FF56D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71C716CF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7DC2F696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3B7ACE35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71458884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39311D0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0C1F14BC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F6B1E4E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6B765E0A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37029F51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7AA6BFAA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6A13C368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33C674B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</w:tr>
      <w:tr w:rsidR="007A642A" w:rsidRPr="00A41C05" w14:paraId="737BAA53" w14:textId="77777777">
        <w:trPr>
          <w:cantSplit/>
          <w:trHeight w:val="482"/>
        </w:trPr>
        <w:tc>
          <w:tcPr>
            <w:tcW w:w="2665" w:type="dxa"/>
            <w:vAlign w:val="center"/>
          </w:tcPr>
          <w:p w14:paraId="0BD8BB0C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</w:t>
            </w:r>
          </w:p>
        </w:tc>
        <w:tc>
          <w:tcPr>
            <w:tcW w:w="397" w:type="dxa"/>
            <w:vAlign w:val="center"/>
          </w:tcPr>
          <w:p w14:paraId="148C6D1D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6A42BC63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D420D6A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0A09611F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24DF8BED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2F07B646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55E87797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5240C5BA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9EE63AA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6972243B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5AE4E378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9F74BFC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3F2AD0C6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689807AE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2B6B908E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5895521B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</w:tr>
      <w:tr w:rsidR="007A642A" w:rsidRPr="00A41C05" w14:paraId="516A5D33" w14:textId="77777777">
        <w:trPr>
          <w:cantSplit/>
          <w:trHeight w:val="482"/>
        </w:trPr>
        <w:tc>
          <w:tcPr>
            <w:tcW w:w="2665" w:type="dxa"/>
            <w:vAlign w:val="center"/>
          </w:tcPr>
          <w:p w14:paraId="6A422E28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</w:t>
            </w:r>
          </w:p>
        </w:tc>
        <w:tc>
          <w:tcPr>
            <w:tcW w:w="397" w:type="dxa"/>
            <w:vAlign w:val="center"/>
          </w:tcPr>
          <w:p w14:paraId="07F1A60D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5C7BFB51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B652DEA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39F3B88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5EBB9BDC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5E571D63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4F0F5055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9899FE7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4FC81E49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4B3EA74B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3DA4BABE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739CE456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64F0A4DC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7EF1823B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21E0A5F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25809895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</w:tr>
      <w:tr w:rsidR="007A642A" w:rsidRPr="00A41C05" w14:paraId="5CCF46AE" w14:textId="77777777">
        <w:trPr>
          <w:cantSplit/>
          <w:trHeight w:val="482"/>
        </w:trPr>
        <w:tc>
          <w:tcPr>
            <w:tcW w:w="2665" w:type="dxa"/>
            <w:vAlign w:val="center"/>
          </w:tcPr>
          <w:p w14:paraId="78865BE5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</w:t>
            </w:r>
          </w:p>
        </w:tc>
        <w:tc>
          <w:tcPr>
            <w:tcW w:w="397" w:type="dxa"/>
            <w:vAlign w:val="center"/>
          </w:tcPr>
          <w:p w14:paraId="55804F62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367251B9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5AB5E7FE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0F91E78C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6B6CAB64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42F80ABF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40C11F1F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4BD3CB04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72041BB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4B865E47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7CDB9E3C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05258D7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4226D917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67632EE7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630B552B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44CF391F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</w:tr>
      <w:tr w:rsidR="007A642A" w:rsidRPr="00A41C05" w14:paraId="6208536F" w14:textId="77777777">
        <w:trPr>
          <w:cantSplit/>
          <w:trHeight w:val="482"/>
        </w:trPr>
        <w:tc>
          <w:tcPr>
            <w:tcW w:w="2665" w:type="dxa"/>
            <w:vAlign w:val="center"/>
          </w:tcPr>
          <w:p w14:paraId="16D77B0C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</w:t>
            </w:r>
          </w:p>
        </w:tc>
        <w:tc>
          <w:tcPr>
            <w:tcW w:w="397" w:type="dxa"/>
            <w:vAlign w:val="center"/>
          </w:tcPr>
          <w:p w14:paraId="63983C2C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62494264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2F84F170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A2F19E0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C006518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5632FE78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7D5916A2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5DC64B45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B42912D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63C82F88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1D4597D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1A79C52A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4C8D8AF0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6D17F93E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4BC1BA7B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  <w:tc>
          <w:tcPr>
            <w:tcW w:w="397" w:type="dxa"/>
            <w:vAlign w:val="center"/>
          </w:tcPr>
          <w:p w14:paraId="621BDD5E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</w:t>
            </w:r>
          </w:p>
        </w:tc>
      </w:tr>
    </w:tbl>
    <w:p w14:paraId="7475C5ED" w14:textId="77777777" w:rsidR="007A642A" w:rsidRPr="00A41C05" w:rsidRDefault="007A642A" w:rsidP="00A41C05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53717EC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หมายเหตุ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D9D9845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1E7593E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35798FB" w14:textId="77777777" w:rsidR="007A642A" w:rsidRPr="00AE6F1C" w:rsidRDefault="00000000" w:rsidP="00AE6F1C">
      <w:pPr>
        <w:pStyle w:val="Heading1"/>
        <w:pageBreakBefore/>
        <w:spacing w:before="0" w:line="240" w:lineRule="auto"/>
        <w:jc w:val="center"/>
        <w:rPr>
          <w:rFonts w:ascii="TH SarabunPSK" w:hAnsi="TH SarabunPSK" w:cs="TH SarabunPSK"/>
        </w:rPr>
      </w:pPr>
      <w:r w:rsidRPr="00AE6F1C">
        <w:rPr>
          <w:rFonts w:ascii="TH SarabunPSK" w:hAnsi="TH SarabunPSK" w:cs="TH SarabunPSK"/>
        </w:rPr>
        <w:lastRenderedPageBreak/>
        <w:t>บท</w:t>
      </w:r>
      <w:r w:rsidRPr="00AE6F1C">
        <w:rPr>
          <w:rFonts w:ascii="Arial" w:hAnsi="Arial" w:cs="Arial"/>
        </w:rPr>
        <w:t>​</w:t>
      </w:r>
      <w:r w:rsidRPr="00AE6F1C">
        <w:rPr>
          <w:rFonts w:ascii="TH SarabunPSK" w:hAnsi="TH SarabunPSK" w:cs="TH SarabunPSK"/>
        </w:rPr>
        <w:t>ที่ 4</w:t>
      </w:r>
    </w:p>
    <w:p w14:paraId="6294BFF4" w14:textId="77777777" w:rsidR="007A642A" w:rsidRDefault="00000000" w:rsidP="00AE6F1C">
      <w:pPr>
        <w:pStyle w:val="Heading1"/>
        <w:spacing w:before="0" w:line="240" w:lineRule="auto"/>
        <w:jc w:val="center"/>
        <w:rPr>
          <w:rFonts w:ascii="TH SarabunPSK" w:hAnsi="TH SarabunPSK" w:cs="TH SarabunPSK"/>
          <w:lang w:bidi="th-TH"/>
        </w:rPr>
      </w:pPr>
      <w:r w:rsidRPr="00AE6F1C">
        <w:rPr>
          <w:rFonts w:ascii="TH SarabunPSK" w:hAnsi="TH SarabunPSK" w:cs="TH SarabunPSK"/>
        </w:rPr>
        <w:t>ผลการวิเคราะห์</w:t>
      </w:r>
      <w:r w:rsidRPr="00AE6F1C">
        <w:rPr>
          <w:rFonts w:ascii="Arial" w:hAnsi="Arial" w:cs="Arial"/>
        </w:rPr>
        <w:t>​</w:t>
      </w:r>
      <w:r w:rsidRPr="00AE6F1C">
        <w:rPr>
          <w:rFonts w:ascii="TH SarabunPSK" w:hAnsi="TH SarabunPSK" w:cs="TH SarabunPSK"/>
        </w:rPr>
        <w:t>ข้อมูล</w:t>
      </w:r>
    </w:p>
    <w:p w14:paraId="2B86F298" w14:textId="77777777" w:rsidR="00AE6F1C" w:rsidRPr="00AE6F1C" w:rsidRDefault="00AE6F1C" w:rsidP="00AE6F1C">
      <w:pPr>
        <w:spacing w:line="240" w:lineRule="auto"/>
        <w:rPr>
          <w:lang w:bidi="th-TH"/>
        </w:rPr>
      </w:pPr>
    </w:p>
    <w:p w14:paraId="7F94ED9F" w14:textId="77777777" w:rsidR="007A642A" w:rsidRPr="00A41C05" w:rsidRDefault="00000000" w:rsidP="00AE6F1C">
      <w:pPr>
        <w:pStyle w:val="Heading2"/>
        <w:spacing w:before="0"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t>4.1 ผล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การพัฒนา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ชิ้นงาน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หรือ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ระบบ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ตาม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วัตถุประสงค์</w:t>
      </w:r>
    </w:p>
    <w:p w14:paraId="0F6CE1E1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F22249E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BE39DDC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62BE04F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C48F2F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59CE2E4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EB9087D" w14:textId="77777777" w:rsidR="007A642A" w:rsidRPr="00A41C05" w:rsidRDefault="00000000" w:rsidP="00A41C05">
      <w:pPr>
        <w:pStyle w:val="Heading3"/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ภาพประกอบ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ผลงาน</w:t>
      </w:r>
    </w:p>
    <w:p w14:paraId="5B877E12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7FC707F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A74B0EC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9B42014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E3F9101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6F1C">
        <w:rPr>
          <w:rFonts w:ascii="TH SarabunPSK" w:hAnsi="TH SarabunPSK" w:cs="TH SarabunPSK"/>
          <w:b/>
          <w:bCs/>
          <w:sz w:val="32"/>
          <w:szCs w:val="32"/>
        </w:rPr>
        <w:t>ภาพ</w:t>
      </w:r>
      <w:r w:rsidRPr="00AE6F1C">
        <w:rPr>
          <w:rFonts w:ascii="Arial" w:hAnsi="Arial" w:cs="Arial"/>
          <w:b/>
          <w:bCs/>
          <w:sz w:val="32"/>
          <w:szCs w:val="32"/>
        </w:rPr>
        <w:t>​</w:t>
      </w:r>
      <w:r w:rsidRPr="00AE6F1C">
        <w:rPr>
          <w:rFonts w:ascii="TH SarabunPSK" w:hAnsi="TH SarabunPSK" w:cs="TH SarabunPSK"/>
          <w:b/>
          <w:bCs/>
          <w:sz w:val="32"/>
          <w:szCs w:val="32"/>
        </w:rPr>
        <w:t>ที่ 4.1</w:t>
      </w:r>
      <w:r w:rsidRPr="00A41C05">
        <w:rPr>
          <w:rFonts w:ascii="TH SarabunPSK" w:hAnsi="TH SarabunPSK" w:cs="TH SarabunPSK"/>
          <w:sz w:val="32"/>
          <w:szCs w:val="32"/>
        </w:rPr>
        <w:t xml:space="preserve">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7AAC93A" w14:textId="77777777" w:rsidR="007A642A" w:rsidRPr="00A41C05" w:rsidRDefault="00000000" w:rsidP="00A41C05">
      <w:pPr>
        <w:pStyle w:val="Heading2"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t>4.2 ผล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การประเมิน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ประสิทธิภาพ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หรือ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คุณภาพ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ของ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ผลงาน</w:t>
      </w:r>
    </w:p>
    <w:p w14:paraId="0DF68546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56381AE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572D358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122965B" w14:textId="77777777" w:rsidR="007A642A" w:rsidRPr="00A41C05" w:rsidRDefault="00000000" w:rsidP="00A41C05">
      <w:pPr>
        <w:pStyle w:val="Heading2"/>
        <w:pageBreakBefore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lastRenderedPageBreak/>
        <w:t>4.2 ผล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การประเมิน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ประสิทธิภาพ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หรือ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คุณภาพ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ของ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ผลงาน (ต่อ)</w:t>
      </w:r>
    </w:p>
    <w:p w14:paraId="56EF1486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6F1C">
        <w:rPr>
          <w:rFonts w:ascii="TH SarabunPSK" w:hAnsi="TH SarabunPSK" w:cs="TH SarabunPSK"/>
          <w:b/>
          <w:bCs/>
          <w:sz w:val="32"/>
          <w:szCs w:val="32"/>
        </w:rPr>
        <w:t>ตาราง</w:t>
      </w:r>
      <w:r w:rsidRPr="00AE6F1C">
        <w:rPr>
          <w:rFonts w:ascii="Arial" w:hAnsi="Arial" w:cs="Arial"/>
          <w:b/>
          <w:bCs/>
          <w:sz w:val="32"/>
          <w:szCs w:val="32"/>
        </w:rPr>
        <w:t>​</w:t>
      </w:r>
      <w:r w:rsidRPr="00AE6F1C">
        <w:rPr>
          <w:rFonts w:ascii="TH SarabunPSK" w:hAnsi="TH SarabunPSK" w:cs="TH SarabunPSK"/>
          <w:b/>
          <w:bCs/>
          <w:sz w:val="32"/>
          <w:szCs w:val="32"/>
        </w:rPr>
        <w:t>ที่ 4.1</w:t>
      </w:r>
      <w:r w:rsidRPr="00A41C05">
        <w:rPr>
          <w:rFonts w:ascii="TH SarabunPSK" w:hAnsi="TH SarabunPSK" w:cs="TH SarabunPSK"/>
          <w:sz w:val="32"/>
          <w:szCs w:val="32"/>
        </w:rPr>
        <w:t xml:space="preserve">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9"/>
        <w:gridCol w:w="1191"/>
        <w:gridCol w:w="1871"/>
        <w:gridCol w:w="1644"/>
      </w:tblGrid>
      <w:tr w:rsidR="007A642A" w:rsidRPr="00A41C05" w14:paraId="066D5D4F" w14:textId="77777777">
        <w:trPr>
          <w:cantSplit/>
          <w:tblHeader/>
        </w:trPr>
        <w:tc>
          <w:tcPr>
            <w:tcW w:w="4309" w:type="dxa"/>
            <w:shd w:val="clear" w:color="auto" w:fill="F2F2F2"/>
            <w:vAlign w:val="center"/>
          </w:tcPr>
          <w:p w14:paraId="2CF32F13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ราย</w:t>
            </w:r>
            <w:r w:rsidRPr="00A41C05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การประเมิน</w:t>
            </w:r>
          </w:p>
        </w:tc>
        <w:tc>
          <w:tcPr>
            <w:tcW w:w="1191" w:type="dxa"/>
            <w:shd w:val="clear" w:color="auto" w:fill="F2F2F2"/>
            <w:vAlign w:val="center"/>
          </w:tcPr>
          <w:p w14:paraId="0861AFF1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ค่าเฉลี่ย</w:t>
            </w:r>
          </w:p>
        </w:tc>
        <w:tc>
          <w:tcPr>
            <w:tcW w:w="1871" w:type="dxa"/>
            <w:shd w:val="clear" w:color="auto" w:fill="F2F2F2"/>
            <w:vAlign w:val="center"/>
          </w:tcPr>
          <w:p w14:paraId="26A76155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ส่วน</w:t>
            </w:r>
            <w:r w:rsidRPr="00A41C05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เบี่ยงเบน</w:t>
            </w:r>
            <w:r w:rsidRPr="00A41C05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มาตรฐาน</w:t>
            </w:r>
          </w:p>
        </w:tc>
        <w:tc>
          <w:tcPr>
            <w:tcW w:w="1644" w:type="dxa"/>
            <w:shd w:val="clear" w:color="auto" w:fill="F2F2F2"/>
            <w:vAlign w:val="center"/>
          </w:tcPr>
          <w:p w14:paraId="7E4DB6DE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ระดับ</w:t>
            </w:r>
            <w:r w:rsidRPr="00A41C05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ผล</w:t>
            </w:r>
            <w:r w:rsidRPr="00A41C05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การประเมิน</w:t>
            </w:r>
          </w:p>
        </w:tc>
      </w:tr>
      <w:tr w:rsidR="007A642A" w:rsidRPr="00A41C05" w14:paraId="4876111E" w14:textId="77777777">
        <w:trPr>
          <w:cantSplit/>
          <w:trHeight w:val="482"/>
        </w:trPr>
        <w:tc>
          <w:tcPr>
            <w:tcW w:w="4309" w:type="dxa"/>
            <w:vAlign w:val="center"/>
          </w:tcPr>
          <w:p w14:paraId="2CA16084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</w:t>
            </w:r>
          </w:p>
        </w:tc>
        <w:tc>
          <w:tcPr>
            <w:tcW w:w="1191" w:type="dxa"/>
            <w:vAlign w:val="center"/>
          </w:tcPr>
          <w:p w14:paraId="46006000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</w:t>
            </w:r>
          </w:p>
        </w:tc>
        <w:tc>
          <w:tcPr>
            <w:tcW w:w="1871" w:type="dxa"/>
            <w:vAlign w:val="center"/>
          </w:tcPr>
          <w:p w14:paraId="176FB4BF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</w:t>
            </w:r>
          </w:p>
        </w:tc>
        <w:tc>
          <w:tcPr>
            <w:tcW w:w="1644" w:type="dxa"/>
            <w:vAlign w:val="center"/>
          </w:tcPr>
          <w:p w14:paraId="3375C793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</w:t>
            </w:r>
          </w:p>
        </w:tc>
      </w:tr>
      <w:tr w:rsidR="007A642A" w:rsidRPr="00A41C05" w14:paraId="1910402A" w14:textId="77777777">
        <w:trPr>
          <w:cantSplit/>
          <w:trHeight w:val="482"/>
        </w:trPr>
        <w:tc>
          <w:tcPr>
            <w:tcW w:w="4309" w:type="dxa"/>
            <w:vAlign w:val="center"/>
          </w:tcPr>
          <w:p w14:paraId="747B8702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</w:t>
            </w:r>
          </w:p>
        </w:tc>
        <w:tc>
          <w:tcPr>
            <w:tcW w:w="1191" w:type="dxa"/>
            <w:vAlign w:val="center"/>
          </w:tcPr>
          <w:p w14:paraId="41F75322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</w:t>
            </w:r>
          </w:p>
        </w:tc>
        <w:tc>
          <w:tcPr>
            <w:tcW w:w="1871" w:type="dxa"/>
            <w:vAlign w:val="center"/>
          </w:tcPr>
          <w:p w14:paraId="483D1F7C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</w:t>
            </w:r>
          </w:p>
        </w:tc>
        <w:tc>
          <w:tcPr>
            <w:tcW w:w="1644" w:type="dxa"/>
            <w:vAlign w:val="center"/>
          </w:tcPr>
          <w:p w14:paraId="6BEDB39B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</w:t>
            </w:r>
          </w:p>
        </w:tc>
      </w:tr>
      <w:tr w:rsidR="007A642A" w:rsidRPr="00A41C05" w14:paraId="3AFEF256" w14:textId="77777777">
        <w:trPr>
          <w:cantSplit/>
          <w:trHeight w:val="482"/>
        </w:trPr>
        <w:tc>
          <w:tcPr>
            <w:tcW w:w="4309" w:type="dxa"/>
            <w:vAlign w:val="center"/>
          </w:tcPr>
          <w:p w14:paraId="1F7A52AB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</w:t>
            </w:r>
          </w:p>
        </w:tc>
        <w:tc>
          <w:tcPr>
            <w:tcW w:w="1191" w:type="dxa"/>
            <w:vAlign w:val="center"/>
          </w:tcPr>
          <w:p w14:paraId="32C22192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</w:t>
            </w:r>
          </w:p>
        </w:tc>
        <w:tc>
          <w:tcPr>
            <w:tcW w:w="1871" w:type="dxa"/>
            <w:vAlign w:val="center"/>
          </w:tcPr>
          <w:p w14:paraId="5C8EA166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</w:t>
            </w:r>
          </w:p>
        </w:tc>
        <w:tc>
          <w:tcPr>
            <w:tcW w:w="1644" w:type="dxa"/>
            <w:vAlign w:val="center"/>
          </w:tcPr>
          <w:p w14:paraId="66D2AB35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</w:t>
            </w:r>
          </w:p>
        </w:tc>
      </w:tr>
      <w:tr w:rsidR="007A642A" w:rsidRPr="00A41C05" w14:paraId="7F850CEE" w14:textId="77777777">
        <w:trPr>
          <w:cantSplit/>
          <w:trHeight w:val="482"/>
        </w:trPr>
        <w:tc>
          <w:tcPr>
            <w:tcW w:w="4309" w:type="dxa"/>
            <w:vAlign w:val="center"/>
          </w:tcPr>
          <w:p w14:paraId="61A39E2A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</w:t>
            </w:r>
          </w:p>
        </w:tc>
        <w:tc>
          <w:tcPr>
            <w:tcW w:w="1191" w:type="dxa"/>
            <w:vAlign w:val="center"/>
          </w:tcPr>
          <w:p w14:paraId="5CF791B0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</w:t>
            </w:r>
          </w:p>
        </w:tc>
        <w:tc>
          <w:tcPr>
            <w:tcW w:w="1871" w:type="dxa"/>
            <w:vAlign w:val="center"/>
          </w:tcPr>
          <w:p w14:paraId="209D0460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</w:t>
            </w:r>
          </w:p>
        </w:tc>
        <w:tc>
          <w:tcPr>
            <w:tcW w:w="1644" w:type="dxa"/>
            <w:vAlign w:val="center"/>
          </w:tcPr>
          <w:p w14:paraId="42BD9EE2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</w:t>
            </w:r>
          </w:p>
        </w:tc>
      </w:tr>
      <w:tr w:rsidR="007A642A" w:rsidRPr="00A41C05" w14:paraId="0908654E" w14:textId="77777777">
        <w:trPr>
          <w:cantSplit/>
          <w:trHeight w:val="482"/>
        </w:trPr>
        <w:tc>
          <w:tcPr>
            <w:tcW w:w="4309" w:type="dxa"/>
            <w:vAlign w:val="center"/>
          </w:tcPr>
          <w:p w14:paraId="2E4DF595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</w:t>
            </w:r>
          </w:p>
        </w:tc>
        <w:tc>
          <w:tcPr>
            <w:tcW w:w="1191" w:type="dxa"/>
            <w:vAlign w:val="center"/>
          </w:tcPr>
          <w:p w14:paraId="7FD316FD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</w:t>
            </w:r>
          </w:p>
        </w:tc>
        <w:tc>
          <w:tcPr>
            <w:tcW w:w="1871" w:type="dxa"/>
            <w:vAlign w:val="center"/>
          </w:tcPr>
          <w:p w14:paraId="6025DB26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</w:t>
            </w:r>
          </w:p>
        </w:tc>
        <w:tc>
          <w:tcPr>
            <w:tcW w:w="1644" w:type="dxa"/>
            <w:vAlign w:val="center"/>
          </w:tcPr>
          <w:p w14:paraId="275528BB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</w:t>
            </w:r>
          </w:p>
        </w:tc>
      </w:tr>
    </w:tbl>
    <w:p w14:paraId="22230CDF" w14:textId="77777777" w:rsidR="007A642A" w:rsidRPr="00A41C05" w:rsidRDefault="007A642A" w:rsidP="00A41C05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35B18EF2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คำอธิบาย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ผลการวิเคราะห์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7C59BC6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2F5EE2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FBECF8C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62D054D" w14:textId="77777777" w:rsidR="007A642A" w:rsidRPr="00A41C05" w:rsidRDefault="00000000" w:rsidP="00A41C05">
      <w:pPr>
        <w:pStyle w:val="Heading2"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t>4.3 ผล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การประเมิน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ความพึงพอใจ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ของ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ผู้ใช้งาน</w:t>
      </w:r>
    </w:p>
    <w:p w14:paraId="783133D6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29E82E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61133AE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CF890E6" w14:textId="77777777" w:rsidR="007A642A" w:rsidRPr="00A41C05" w:rsidRDefault="00000000" w:rsidP="00A41C05">
      <w:pPr>
        <w:pStyle w:val="Heading2"/>
        <w:pageBreakBefore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lastRenderedPageBreak/>
        <w:t>4.3 ผล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การประเมิน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ความพึงพอใจ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ของ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ผู้ใช้งาน (ต่อ)</w:t>
      </w:r>
    </w:p>
    <w:p w14:paraId="26DB969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E6F1C">
        <w:rPr>
          <w:rFonts w:ascii="TH SarabunPSK" w:hAnsi="TH SarabunPSK" w:cs="TH SarabunPSK"/>
          <w:b/>
          <w:bCs/>
          <w:sz w:val="32"/>
          <w:szCs w:val="32"/>
        </w:rPr>
        <w:t>ตาราง</w:t>
      </w:r>
      <w:r w:rsidRPr="00AE6F1C">
        <w:rPr>
          <w:rFonts w:ascii="Arial" w:hAnsi="Arial" w:cs="Arial"/>
          <w:b/>
          <w:bCs/>
          <w:sz w:val="32"/>
          <w:szCs w:val="32"/>
        </w:rPr>
        <w:t>​</w:t>
      </w:r>
      <w:r w:rsidRPr="00AE6F1C">
        <w:rPr>
          <w:rFonts w:ascii="TH SarabunPSK" w:hAnsi="TH SarabunPSK" w:cs="TH SarabunPSK"/>
          <w:b/>
          <w:bCs/>
          <w:sz w:val="32"/>
          <w:szCs w:val="32"/>
        </w:rPr>
        <w:t>ที่ 4.2</w:t>
      </w:r>
      <w:r w:rsidRPr="00A41C05">
        <w:rPr>
          <w:rFonts w:ascii="TH SarabunPSK" w:hAnsi="TH SarabunPSK" w:cs="TH SarabunPSK"/>
          <w:sz w:val="32"/>
          <w:szCs w:val="32"/>
        </w:rPr>
        <w:t xml:space="preserve">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9"/>
        <w:gridCol w:w="1191"/>
        <w:gridCol w:w="1871"/>
        <w:gridCol w:w="1644"/>
      </w:tblGrid>
      <w:tr w:rsidR="007A642A" w:rsidRPr="00A41C05" w14:paraId="3F56E8FB" w14:textId="77777777">
        <w:trPr>
          <w:cantSplit/>
          <w:tblHeader/>
        </w:trPr>
        <w:tc>
          <w:tcPr>
            <w:tcW w:w="4309" w:type="dxa"/>
            <w:shd w:val="clear" w:color="auto" w:fill="F2F2F2"/>
            <w:vAlign w:val="center"/>
          </w:tcPr>
          <w:p w14:paraId="512D83FC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ราย</w:t>
            </w:r>
            <w:r w:rsidRPr="00A41C05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การประเมิน</w:t>
            </w:r>
          </w:p>
        </w:tc>
        <w:tc>
          <w:tcPr>
            <w:tcW w:w="1191" w:type="dxa"/>
            <w:shd w:val="clear" w:color="auto" w:fill="F2F2F2"/>
            <w:vAlign w:val="center"/>
          </w:tcPr>
          <w:p w14:paraId="5A2D45EB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ค่าเฉลี่ย</w:t>
            </w:r>
          </w:p>
        </w:tc>
        <w:tc>
          <w:tcPr>
            <w:tcW w:w="1871" w:type="dxa"/>
            <w:shd w:val="clear" w:color="auto" w:fill="F2F2F2"/>
            <w:vAlign w:val="center"/>
          </w:tcPr>
          <w:p w14:paraId="15E02D61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ส่วน</w:t>
            </w:r>
            <w:r w:rsidRPr="00A41C05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เบี่ยงเบน</w:t>
            </w:r>
            <w:r w:rsidRPr="00A41C05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มาตรฐาน</w:t>
            </w:r>
          </w:p>
        </w:tc>
        <w:tc>
          <w:tcPr>
            <w:tcW w:w="1644" w:type="dxa"/>
            <w:shd w:val="clear" w:color="auto" w:fill="F2F2F2"/>
            <w:vAlign w:val="center"/>
          </w:tcPr>
          <w:p w14:paraId="54399005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ระดับ</w:t>
            </w:r>
            <w:r w:rsidRPr="00A41C05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ความพึงพอใจ</w:t>
            </w:r>
          </w:p>
        </w:tc>
      </w:tr>
      <w:tr w:rsidR="007A642A" w:rsidRPr="00A41C05" w14:paraId="41042B40" w14:textId="77777777">
        <w:trPr>
          <w:cantSplit/>
          <w:trHeight w:val="482"/>
        </w:trPr>
        <w:tc>
          <w:tcPr>
            <w:tcW w:w="4309" w:type="dxa"/>
            <w:vAlign w:val="center"/>
          </w:tcPr>
          <w:p w14:paraId="0434C4DF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</w:t>
            </w:r>
          </w:p>
        </w:tc>
        <w:tc>
          <w:tcPr>
            <w:tcW w:w="1191" w:type="dxa"/>
            <w:vAlign w:val="center"/>
          </w:tcPr>
          <w:p w14:paraId="777150C3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</w:t>
            </w:r>
          </w:p>
        </w:tc>
        <w:tc>
          <w:tcPr>
            <w:tcW w:w="1871" w:type="dxa"/>
            <w:vAlign w:val="center"/>
          </w:tcPr>
          <w:p w14:paraId="51343A0E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</w:t>
            </w:r>
          </w:p>
        </w:tc>
        <w:tc>
          <w:tcPr>
            <w:tcW w:w="1644" w:type="dxa"/>
            <w:vAlign w:val="center"/>
          </w:tcPr>
          <w:p w14:paraId="5BA4169B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</w:t>
            </w:r>
          </w:p>
        </w:tc>
      </w:tr>
      <w:tr w:rsidR="007A642A" w:rsidRPr="00A41C05" w14:paraId="451D17B6" w14:textId="77777777">
        <w:trPr>
          <w:cantSplit/>
          <w:trHeight w:val="482"/>
        </w:trPr>
        <w:tc>
          <w:tcPr>
            <w:tcW w:w="4309" w:type="dxa"/>
            <w:vAlign w:val="center"/>
          </w:tcPr>
          <w:p w14:paraId="57FC0227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</w:t>
            </w:r>
          </w:p>
        </w:tc>
        <w:tc>
          <w:tcPr>
            <w:tcW w:w="1191" w:type="dxa"/>
            <w:vAlign w:val="center"/>
          </w:tcPr>
          <w:p w14:paraId="79EB6C14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</w:t>
            </w:r>
          </w:p>
        </w:tc>
        <w:tc>
          <w:tcPr>
            <w:tcW w:w="1871" w:type="dxa"/>
            <w:vAlign w:val="center"/>
          </w:tcPr>
          <w:p w14:paraId="579E3A45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</w:t>
            </w:r>
          </w:p>
        </w:tc>
        <w:tc>
          <w:tcPr>
            <w:tcW w:w="1644" w:type="dxa"/>
            <w:vAlign w:val="center"/>
          </w:tcPr>
          <w:p w14:paraId="6C2E3E68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</w:t>
            </w:r>
          </w:p>
        </w:tc>
      </w:tr>
      <w:tr w:rsidR="007A642A" w:rsidRPr="00A41C05" w14:paraId="29A0B660" w14:textId="77777777">
        <w:trPr>
          <w:cantSplit/>
          <w:trHeight w:val="482"/>
        </w:trPr>
        <w:tc>
          <w:tcPr>
            <w:tcW w:w="4309" w:type="dxa"/>
            <w:vAlign w:val="center"/>
          </w:tcPr>
          <w:p w14:paraId="08238BBE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</w:t>
            </w:r>
          </w:p>
        </w:tc>
        <w:tc>
          <w:tcPr>
            <w:tcW w:w="1191" w:type="dxa"/>
            <w:vAlign w:val="center"/>
          </w:tcPr>
          <w:p w14:paraId="56B4BDB5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</w:t>
            </w:r>
          </w:p>
        </w:tc>
        <w:tc>
          <w:tcPr>
            <w:tcW w:w="1871" w:type="dxa"/>
            <w:vAlign w:val="center"/>
          </w:tcPr>
          <w:p w14:paraId="6EDE9FBE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</w:t>
            </w:r>
          </w:p>
        </w:tc>
        <w:tc>
          <w:tcPr>
            <w:tcW w:w="1644" w:type="dxa"/>
            <w:vAlign w:val="center"/>
          </w:tcPr>
          <w:p w14:paraId="6DA337CD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</w:t>
            </w:r>
          </w:p>
        </w:tc>
      </w:tr>
      <w:tr w:rsidR="007A642A" w:rsidRPr="00A41C05" w14:paraId="2CAD982B" w14:textId="77777777">
        <w:trPr>
          <w:cantSplit/>
          <w:trHeight w:val="482"/>
        </w:trPr>
        <w:tc>
          <w:tcPr>
            <w:tcW w:w="4309" w:type="dxa"/>
            <w:vAlign w:val="center"/>
          </w:tcPr>
          <w:p w14:paraId="158140F1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</w:t>
            </w:r>
          </w:p>
        </w:tc>
        <w:tc>
          <w:tcPr>
            <w:tcW w:w="1191" w:type="dxa"/>
            <w:vAlign w:val="center"/>
          </w:tcPr>
          <w:p w14:paraId="1AA51CA5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</w:t>
            </w:r>
          </w:p>
        </w:tc>
        <w:tc>
          <w:tcPr>
            <w:tcW w:w="1871" w:type="dxa"/>
            <w:vAlign w:val="center"/>
          </w:tcPr>
          <w:p w14:paraId="4B48972B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</w:t>
            </w:r>
          </w:p>
        </w:tc>
        <w:tc>
          <w:tcPr>
            <w:tcW w:w="1644" w:type="dxa"/>
            <w:vAlign w:val="center"/>
          </w:tcPr>
          <w:p w14:paraId="3ADC336C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</w:t>
            </w:r>
          </w:p>
        </w:tc>
      </w:tr>
      <w:tr w:rsidR="007A642A" w:rsidRPr="00A41C05" w14:paraId="7AE6847D" w14:textId="77777777">
        <w:trPr>
          <w:cantSplit/>
          <w:trHeight w:val="482"/>
        </w:trPr>
        <w:tc>
          <w:tcPr>
            <w:tcW w:w="4309" w:type="dxa"/>
            <w:vAlign w:val="center"/>
          </w:tcPr>
          <w:p w14:paraId="1AB36C9C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</w:t>
            </w:r>
          </w:p>
        </w:tc>
        <w:tc>
          <w:tcPr>
            <w:tcW w:w="1191" w:type="dxa"/>
            <w:vAlign w:val="center"/>
          </w:tcPr>
          <w:p w14:paraId="705A5EFB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</w:t>
            </w:r>
          </w:p>
        </w:tc>
        <w:tc>
          <w:tcPr>
            <w:tcW w:w="1871" w:type="dxa"/>
            <w:vAlign w:val="center"/>
          </w:tcPr>
          <w:p w14:paraId="55FAB9DE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</w:t>
            </w:r>
          </w:p>
        </w:tc>
        <w:tc>
          <w:tcPr>
            <w:tcW w:w="1644" w:type="dxa"/>
            <w:vAlign w:val="center"/>
          </w:tcPr>
          <w:p w14:paraId="0EB96F10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</w:t>
            </w:r>
          </w:p>
        </w:tc>
      </w:tr>
    </w:tbl>
    <w:p w14:paraId="78759AC7" w14:textId="77777777" w:rsidR="007A642A" w:rsidRPr="00A41C05" w:rsidRDefault="007A642A" w:rsidP="00A41C05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52BFCFBC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คำอธิบาย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ผลการวิเคราะห์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3913A7D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57D831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B19B264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3DD54EE" w14:textId="77777777" w:rsidR="007A642A" w:rsidRPr="00A41C05" w:rsidRDefault="00000000" w:rsidP="00A41C05">
      <w:pPr>
        <w:pStyle w:val="Heading2"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t>4.4 สรุป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ผลการวิเคราะห์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ข้อมูล</w:t>
      </w:r>
    </w:p>
    <w:p w14:paraId="0D102DE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0BE42CC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E156F5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75C3CC8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894B400" w14:textId="77777777" w:rsidR="007A642A" w:rsidRPr="00AE6F1C" w:rsidRDefault="00000000" w:rsidP="00AE6F1C">
      <w:pPr>
        <w:pStyle w:val="Heading1"/>
        <w:pageBreakBefore/>
        <w:spacing w:line="240" w:lineRule="auto"/>
        <w:jc w:val="center"/>
        <w:rPr>
          <w:rFonts w:ascii="TH SarabunPSK" w:hAnsi="TH SarabunPSK" w:cs="TH SarabunPSK"/>
        </w:rPr>
      </w:pPr>
      <w:r w:rsidRPr="00AE6F1C">
        <w:rPr>
          <w:rFonts w:ascii="TH SarabunPSK" w:hAnsi="TH SarabunPSK" w:cs="TH SarabunPSK"/>
        </w:rPr>
        <w:lastRenderedPageBreak/>
        <w:t>บท</w:t>
      </w:r>
      <w:r w:rsidRPr="00AE6F1C">
        <w:rPr>
          <w:rFonts w:ascii="Arial" w:hAnsi="Arial" w:cs="Arial"/>
        </w:rPr>
        <w:t>​</w:t>
      </w:r>
      <w:r w:rsidRPr="00AE6F1C">
        <w:rPr>
          <w:rFonts w:ascii="TH SarabunPSK" w:hAnsi="TH SarabunPSK" w:cs="TH SarabunPSK"/>
        </w:rPr>
        <w:t>ที่ 5</w:t>
      </w:r>
    </w:p>
    <w:p w14:paraId="6BCA3AD7" w14:textId="77777777" w:rsidR="007A642A" w:rsidRPr="00AE6F1C" w:rsidRDefault="00000000" w:rsidP="00AE6F1C">
      <w:pPr>
        <w:pStyle w:val="Heading1"/>
        <w:spacing w:line="240" w:lineRule="auto"/>
        <w:jc w:val="center"/>
        <w:rPr>
          <w:rFonts w:ascii="TH SarabunPSK" w:hAnsi="TH SarabunPSK" w:cs="TH SarabunPSK"/>
        </w:rPr>
      </w:pPr>
      <w:r w:rsidRPr="00AE6F1C">
        <w:rPr>
          <w:rFonts w:ascii="TH SarabunPSK" w:hAnsi="TH SarabunPSK" w:cs="TH SarabunPSK"/>
        </w:rPr>
        <w:t>สรุป</w:t>
      </w:r>
      <w:r w:rsidRPr="00AE6F1C">
        <w:rPr>
          <w:rFonts w:ascii="Arial" w:hAnsi="Arial" w:cs="Arial"/>
        </w:rPr>
        <w:t>​</w:t>
      </w:r>
      <w:r w:rsidRPr="00AE6F1C">
        <w:rPr>
          <w:rFonts w:ascii="TH SarabunPSK" w:hAnsi="TH SarabunPSK" w:cs="TH SarabunPSK"/>
        </w:rPr>
        <w:t>ผล อภิปราย</w:t>
      </w:r>
      <w:r w:rsidRPr="00AE6F1C">
        <w:rPr>
          <w:rFonts w:ascii="Arial" w:hAnsi="Arial" w:cs="Arial"/>
        </w:rPr>
        <w:t>​</w:t>
      </w:r>
      <w:r w:rsidRPr="00AE6F1C">
        <w:rPr>
          <w:rFonts w:ascii="TH SarabunPSK" w:hAnsi="TH SarabunPSK" w:cs="TH SarabunPSK"/>
        </w:rPr>
        <w:t>ผล และ</w:t>
      </w:r>
      <w:r w:rsidRPr="00AE6F1C">
        <w:rPr>
          <w:rFonts w:ascii="Arial" w:hAnsi="Arial" w:cs="Arial"/>
        </w:rPr>
        <w:t>​</w:t>
      </w:r>
      <w:r w:rsidRPr="00AE6F1C">
        <w:rPr>
          <w:rFonts w:ascii="TH SarabunPSK" w:hAnsi="TH SarabunPSK" w:cs="TH SarabunPSK"/>
        </w:rPr>
        <w:t>ข้อเสนอแนะ</w:t>
      </w:r>
    </w:p>
    <w:p w14:paraId="484037F3" w14:textId="77777777" w:rsidR="007A642A" w:rsidRPr="00A41C05" w:rsidRDefault="00000000" w:rsidP="00A41C05">
      <w:pPr>
        <w:pStyle w:val="Heading2"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t>5.1 สรุป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ผล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การ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ดำเนิน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โครงงาน</w:t>
      </w:r>
    </w:p>
    <w:p w14:paraId="62AF4A34" w14:textId="77777777" w:rsidR="007A642A" w:rsidRPr="00A41C05" w:rsidRDefault="00000000" w:rsidP="00AE6F1C">
      <w:pPr>
        <w:pStyle w:val="Heading3"/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5.1.1 สรุป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ผล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การพัฒนา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ชิ้นงาน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หรือ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ระบบ</w:t>
      </w:r>
    </w:p>
    <w:p w14:paraId="79BEA06D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11D794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2C14546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B8B4AAC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9BC83D3" w14:textId="77777777" w:rsidR="007A642A" w:rsidRPr="00A41C05" w:rsidRDefault="00000000" w:rsidP="00AE6F1C">
      <w:pPr>
        <w:pStyle w:val="Heading3"/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5.1.2 สรุป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ผล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การประเมิน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ประสิทธิภาพ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หรือ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คุณภาพ</w:t>
      </w:r>
    </w:p>
    <w:p w14:paraId="101A103E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2EDE527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B7CDFB7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09F1B17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2DF1042" w14:textId="77777777" w:rsidR="007A642A" w:rsidRPr="00A41C05" w:rsidRDefault="00000000" w:rsidP="00AE6F1C">
      <w:pPr>
        <w:pStyle w:val="Heading3"/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5.1.3 สรุป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ผล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การประเมิน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ความพึงพอใจ</w:t>
      </w:r>
    </w:p>
    <w:p w14:paraId="427F71B8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E3A6D19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2782CF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76244F2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FFBAE62" w14:textId="77777777" w:rsidR="007A642A" w:rsidRPr="00A41C05" w:rsidRDefault="00000000" w:rsidP="00A41C05">
      <w:pPr>
        <w:pStyle w:val="Heading2"/>
        <w:pageBreakBefore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lastRenderedPageBreak/>
        <w:t>5.2 อภิปราย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ผล</w:t>
      </w:r>
    </w:p>
    <w:p w14:paraId="755DE7D3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E937E2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B5BFC7A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2F1D1C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2088F49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D6DC9DF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7E64E7F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95E39DA" w14:textId="77777777" w:rsidR="007A642A" w:rsidRPr="00A41C05" w:rsidRDefault="00000000" w:rsidP="00A41C05">
      <w:pPr>
        <w:pStyle w:val="Heading2"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t>5.3 ข้อเสนอแนะ</w:t>
      </w:r>
    </w:p>
    <w:p w14:paraId="7EDE2041" w14:textId="77777777" w:rsidR="007A642A" w:rsidRPr="00A41C05" w:rsidRDefault="00000000" w:rsidP="00AE6F1C">
      <w:pPr>
        <w:pStyle w:val="Heading3"/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5.3.1 ข้อเสนอแนะ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ใน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การนำ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ผล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โครงงาน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ไป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ใช้</w:t>
      </w:r>
    </w:p>
    <w:p w14:paraId="2A88696E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E4178B4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0C05FC4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F26BBE5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C0303EC" w14:textId="77777777" w:rsidR="007A642A" w:rsidRPr="00A41C05" w:rsidRDefault="00000000" w:rsidP="00AE6F1C">
      <w:pPr>
        <w:pStyle w:val="Heading3"/>
        <w:spacing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5.3.2 ข้อเสนอแนะ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ใน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การพัฒนา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หรือ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วิจัย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ครั้ง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ต่อไป</w:t>
      </w:r>
    </w:p>
    <w:p w14:paraId="1ABA7CB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F4FDF7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63D71D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E44036A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243E4F5" w14:textId="77777777" w:rsidR="007A642A" w:rsidRPr="00AE6F1C" w:rsidRDefault="00000000" w:rsidP="00AE6F1C">
      <w:pPr>
        <w:pStyle w:val="Heading1"/>
        <w:pageBreakBefore/>
        <w:spacing w:line="240" w:lineRule="auto"/>
        <w:jc w:val="center"/>
        <w:rPr>
          <w:rFonts w:ascii="TH SarabunPSK" w:hAnsi="TH SarabunPSK" w:cs="TH SarabunPSK"/>
        </w:rPr>
      </w:pPr>
      <w:r w:rsidRPr="00AE6F1C">
        <w:rPr>
          <w:rFonts w:ascii="TH SarabunPSK" w:hAnsi="TH SarabunPSK" w:cs="TH SarabunPSK"/>
        </w:rPr>
        <w:lastRenderedPageBreak/>
        <w:t>บรรณานุกรม</w:t>
      </w:r>
    </w:p>
    <w:p w14:paraId="41B350C3" w14:textId="77777777" w:rsidR="007A642A" w:rsidRPr="00A41C05" w:rsidRDefault="00000000" w:rsidP="00A41C05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b/>
          <w:sz w:val="32"/>
          <w:szCs w:val="32"/>
        </w:rPr>
        <w:t>จัดทำ</w:t>
      </w:r>
      <w:r w:rsidRPr="00A41C05">
        <w:rPr>
          <w:rFonts w:ascii="Arial" w:hAnsi="Arial" w:cs="Arial"/>
          <w:b/>
          <w:sz w:val="32"/>
          <w:szCs w:val="32"/>
        </w:rPr>
        <w:t>​</w:t>
      </w:r>
      <w:r w:rsidRPr="00A41C05">
        <w:rPr>
          <w:rFonts w:ascii="TH SarabunPSK" w:hAnsi="TH SarabunPSK" w:cs="TH SarabunPSK"/>
          <w:b/>
          <w:sz w:val="32"/>
          <w:szCs w:val="32"/>
        </w:rPr>
        <w:t>รายการ</w:t>
      </w:r>
      <w:r w:rsidRPr="00A41C05">
        <w:rPr>
          <w:rFonts w:ascii="Arial" w:hAnsi="Arial" w:cs="Arial"/>
          <w:b/>
          <w:sz w:val="32"/>
          <w:szCs w:val="32"/>
        </w:rPr>
        <w:t>​</w:t>
      </w:r>
      <w:r w:rsidRPr="00A41C05">
        <w:rPr>
          <w:rFonts w:ascii="TH SarabunPSK" w:hAnsi="TH SarabunPSK" w:cs="TH SarabunPSK"/>
          <w:b/>
          <w:sz w:val="32"/>
          <w:szCs w:val="32"/>
        </w:rPr>
        <w:t>บรรณานุกรม</w:t>
      </w:r>
      <w:r w:rsidRPr="00A41C05">
        <w:rPr>
          <w:rFonts w:ascii="Arial" w:hAnsi="Arial" w:cs="Arial"/>
          <w:b/>
          <w:sz w:val="32"/>
          <w:szCs w:val="32"/>
        </w:rPr>
        <w:t>​</w:t>
      </w:r>
      <w:r w:rsidRPr="00A41C05">
        <w:rPr>
          <w:rFonts w:ascii="TH SarabunPSK" w:hAnsi="TH SarabunPSK" w:cs="TH SarabunPSK"/>
          <w:b/>
          <w:sz w:val="32"/>
          <w:szCs w:val="32"/>
        </w:rPr>
        <w:t>และ</w:t>
      </w:r>
      <w:r w:rsidRPr="00A41C05">
        <w:rPr>
          <w:rFonts w:ascii="Arial" w:hAnsi="Arial" w:cs="Arial"/>
          <w:b/>
          <w:sz w:val="32"/>
          <w:szCs w:val="32"/>
        </w:rPr>
        <w:t>​</w:t>
      </w:r>
      <w:r w:rsidRPr="00A41C05">
        <w:rPr>
          <w:rFonts w:ascii="TH SarabunPSK" w:hAnsi="TH SarabunPSK" w:cs="TH SarabunPSK"/>
          <w:b/>
          <w:sz w:val="32"/>
          <w:szCs w:val="32"/>
        </w:rPr>
        <w:t>การ</w:t>
      </w:r>
      <w:r w:rsidRPr="00A41C05">
        <w:rPr>
          <w:rFonts w:ascii="Arial" w:hAnsi="Arial" w:cs="Arial"/>
          <w:b/>
          <w:sz w:val="32"/>
          <w:szCs w:val="32"/>
        </w:rPr>
        <w:t>​</w:t>
      </w:r>
      <w:r w:rsidRPr="00A41C05">
        <w:rPr>
          <w:rFonts w:ascii="TH SarabunPSK" w:hAnsi="TH SarabunPSK" w:cs="TH SarabunPSK"/>
          <w:b/>
          <w:sz w:val="32"/>
          <w:szCs w:val="32"/>
        </w:rPr>
        <w:t>อ้างอิง</w:t>
      </w:r>
      <w:r w:rsidRPr="00A41C05">
        <w:rPr>
          <w:rFonts w:ascii="Arial" w:hAnsi="Arial" w:cs="Arial"/>
          <w:b/>
          <w:sz w:val="32"/>
          <w:szCs w:val="32"/>
        </w:rPr>
        <w:t>​</w:t>
      </w:r>
      <w:r w:rsidRPr="00A41C05">
        <w:rPr>
          <w:rFonts w:ascii="TH SarabunPSK" w:hAnsi="TH SarabunPSK" w:cs="TH SarabunPSK"/>
          <w:b/>
          <w:sz w:val="32"/>
          <w:szCs w:val="32"/>
        </w:rPr>
        <w:t>ใน</w:t>
      </w:r>
      <w:r w:rsidRPr="00A41C05">
        <w:rPr>
          <w:rFonts w:ascii="Arial" w:hAnsi="Arial" w:cs="Arial"/>
          <w:b/>
          <w:sz w:val="32"/>
          <w:szCs w:val="32"/>
        </w:rPr>
        <w:t>​</w:t>
      </w:r>
      <w:r w:rsidRPr="00A41C05">
        <w:rPr>
          <w:rFonts w:ascii="TH SarabunPSK" w:hAnsi="TH SarabunPSK" w:cs="TH SarabunPSK"/>
          <w:b/>
          <w:sz w:val="32"/>
          <w:szCs w:val="32"/>
        </w:rPr>
        <w:t>เนื้อหา</w:t>
      </w:r>
      <w:r w:rsidRPr="00A41C05">
        <w:rPr>
          <w:rFonts w:ascii="Arial" w:hAnsi="Arial" w:cs="Arial"/>
          <w:b/>
          <w:sz w:val="32"/>
          <w:szCs w:val="32"/>
        </w:rPr>
        <w:t>​</w:t>
      </w:r>
      <w:r w:rsidRPr="00A41C05">
        <w:rPr>
          <w:rFonts w:ascii="TH SarabunPSK" w:hAnsi="TH SarabunPSK" w:cs="TH SarabunPSK"/>
          <w:b/>
          <w:sz w:val="32"/>
          <w:szCs w:val="32"/>
        </w:rPr>
        <w:t>ตาม</w:t>
      </w:r>
      <w:r w:rsidRPr="00A41C05">
        <w:rPr>
          <w:rFonts w:ascii="Arial" w:hAnsi="Arial" w:cs="Arial"/>
          <w:b/>
          <w:sz w:val="32"/>
          <w:szCs w:val="32"/>
        </w:rPr>
        <w:t>​</w:t>
      </w:r>
      <w:r w:rsidRPr="00A41C05">
        <w:rPr>
          <w:rFonts w:ascii="TH SarabunPSK" w:hAnsi="TH SarabunPSK" w:cs="TH SarabunPSK"/>
          <w:b/>
          <w:sz w:val="32"/>
          <w:szCs w:val="32"/>
        </w:rPr>
        <w:t>รูปแบบ APA 7th edition (APA 7)</w:t>
      </w:r>
    </w:p>
    <w:p w14:paraId="172E26CE" w14:textId="77777777" w:rsidR="007A642A" w:rsidRPr="00A41C05" w:rsidRDefault="00000000" w:rsidP="00A41C05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ระบุ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เฉพาะ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แหล่งข้อมูล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ที่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ใช้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จริง และ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ตรวจ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ให้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รายการ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บรรณานุกรม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ตรง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กับ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การ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อ้างอิง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ใน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เนื้อหา</w:t>
      </w:r>
    </w:p>
    <w:p w14:paraId="609357C5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F9AFD7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7FB1427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640E60D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2C637F3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95D13BD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2CADE74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BC4D9BA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9E19E11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F79E8CA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2E45577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CAF8607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4B5A58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79C87A8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B0D20C8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1AF6FF3" w14:textId="77777777" w:rsidR="007A642A" w:rsidRPr="00AE6F1C" w:rsidRDefault="00000000" w:rsidP="00AE6F1C">
      <w:pPr>
        <w:pStyle w:val="Heading1"/>
        <w:pageBreakBefore/>
        <w:spacing w:line="240" w:lineRule="auto"/>
        <w:jc w:val="center"/>
        <w:rPr>
          <w:rFonts w:ascii="TH SarabunPSK" w:hAnsi="TH SarabunPSK" w:cs="TH SarabunPSK"/>
        </w:rPr>
      </w:pPr>
      <w:r w:rsidRPr="00AE6F1C">
        <w:rPr>
          <w:rFonts w:ascii="TH SarabunPSK" w:hAnsi="TH SarabunPSK" w:cs="TH SarabunPSK"/>
        </w:rPr>
        <w:lastRenderedPageBreak/>
        <w:t>ภาคผนวก</w:t>
      </w:r>
    </w:p>
    <w:p w14:paraId="62668834" w14:textId="1559EEDA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 w:hint="cs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 xml:space="preserve">ภาคผนวก ก  </w:t>
      </w:r>
      <w:r w:rsidR="002F1563" w:rsidRPr="002F1563">
        <w:rPr>
          <w:rFonts w:ascii="TH SarabunPSK" w:hAnsi="TH SarabunPSK" w:cs="TH SarabunPSK"/>
          <w:sz w:val="32"/>
          <w:szCs w:val="32"/>
          <w:cs/>
          <w:lang w:bidi="th-TH"/>
        </w:rPr>
        <w:t>แบบ</w:t>
      </w:r>
      <w:r w:rsidR="002F1563">
        <w:rPr>
          <w:rFonts w:ascii="TH SarabunPSK" w:hAnsi="TH SarabunPSK" w:cs="TH SarabunPSK" w:hint="cs"/>
          <w:sz w:val="32"/>
          <w:szCs w:val="32"/>
          <w:cs/>
          <w:lang w:bidi="th-TH"/>
        </w:rPr>
        <w:t>ขออนุมัติโครงงาน</w:t>
      </w:r>
    </w:p>
    <w:p w14:paraId="1284254F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ภาคผนวก ข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298092F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ภาคผนวก ค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DA546D6" w14:textId="77777777" w:rsidR="007A642A" w:rsidRDefault="00000000" w:rsidP="00AE6F1C">
      <w:pPr>
        <w:pStyle w:val="Heading1"/>
        <w:pageBreakBefore/>
        <w:spacing w:line="240" w:lineRule="auto"/>
        <w:jc w:val="center"/>
        <w:rPr>
          <w:rFonts w:ascii="TH SarabunPSK" w:hAnsi="TH SarabunPSK" w:cs="TH SarabunPSK"/>
          <w:lang w:bidi="th-TH"/>
        </w:rPr>
      </w:pPr>
      <w:r w:rsidRPr="00AE6F1C">
        <w:rPr>
          <w:rFonts w:ascii="TH SarabunPSK" w:hAnsi="TH SarabunPSK" w:cs="TH SarabunPSK"/>
        </w:rPr>
        <w:lastRenderedPageBreak/>
        <w:t>ภาคผนวก ก</w:t>
      </w:r>
    </w:p>
    <w:p w14:paraId="5303A138" w14:textId="4D4CB9FC" w:rsidR="002F1563" w:rsidRPr="002F1563" w:rsidRDefault="002F1563" w:rsidP="002F1563">
      <w:pPr>
        <w:jc w:val="center"/>
        <w:rPr>
          <w:rFonts w:hint="cs"/>
          <w:b/>
          <w:bCs/>
          <w:lang w:bidi="th-TH"/>
        </w:rPr>
      </w:pPr>
      <w:r w:rsidRPr="002F1563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แบบ</w:t>
      </w:r>
      <w:r w:rsidRPr="002F1563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ขออนุมัติโครงงาน</w:t>
      </w:r>
    </w:p>
    <w:p w14:paraId="589B55D5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ชื่อ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ภาคผนวก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A38C144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E5B3554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C19B96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1E953E5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F443EA1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8235013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DC3BB7A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8FBF13E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4629AA8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5D415A5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44F2306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AFF6CF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4049DD2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0274373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D537B87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6B6C156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C23CB2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436230A" w14:textId="77777777" w:rsidR="007A642A" w:rsidRPr="00AE6F1C" w:rsidRDefault="00000000" w:rsidP="00AE6F1C">
      <w:pPr>
        <w:pStyle w:val="Heading1"/>
        <w:pageBreakBefore/>
        <w:spacing w:line="240" w:lineRule="auto"/>
        <w:jc w:val="center"/>
        <w:rPr>
          <w:rFonts w:ascii="TH SarabunPSK" w:hAnsi="TH SarabunPSK" w:cs="TH SarabunPSK"/>
        </w:rPr>
      </w:pPr>
      <w:r w:rsidRPr="00AE6F1C">
        <w:rPr>
          <w:rFonts w:ascii="TH SarabunPSK" w:hAnsi="TH SarabunPSK" w:cs="TH SarabunPSK"/>
        </w:rPr>
        <w:lastRenderedPageBreak/>
        <w:t>ภาคผนวก ข</w:t>
      </w:r>
    </w:p>
    <w:p w14:paraId="1BEAF833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ชื่อ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ภาคผนวก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0406D88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2B6CC4D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9C89445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EECDCEE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FE46357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7C3C205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BF7033F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E446206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0716DB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A8B417A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B5BB50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83D5687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42D4E17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919820C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29F0151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9025D1E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ABAEF76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081581C" w14:textId="77777777" w:rsidR="007A642A" w:rsidRPr="00AE6F1C" w:rsidRDefault="00000000" w:rsidP="00AE6F1C">
      <w:pPr>
        <w:pStyle w:val="Heading1"/>
        <w:pageBreakBefore/>
        <w:spacing w:line="240" w:lineRule="auto"/>
        <w:jc w:val="center"/>
        <w:rPr>
          <w:rFonts w:ascii="TH SarabunPSK" w:hAnsi="TH SarabunPSK" w:cs="TH SarabunPSK"/>
        </w:rPr>
      </w:pPr>
      <w:r w:rsidRPr="00AE6F1C">
        <w:rPr>
          <w:rFonts w:ascii="TH SarabunPSK" w:hAnsi="TH SarabunPSK" w:cs="TH SarabunPSK"/>
        </w:rPr>
        <w:lastRenderedPageBreak/>
        <w:t>ภาคผนวก ค</w:t>
      </w:r>
    </w:p>
    <w:p w14:paraId="6D1E06A2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ชื่อ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ภาคผนวก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3F1543D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C39647A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0D07EA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996A5F3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36955B6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B09F951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8AE55DF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320FD63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3A5B3B4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6EBDA3C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11FDB1A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E257432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DE796D4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89215D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75B9B64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0650219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E0E70D2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B0AE5CF" w14:textId="77777777" w:rsidR="007A642A" w:rsidRPr="00AE6F1C" w:rsidRDefault="00000000" w:rsidP="00AE6F1C">
      <w:pPr>
        <w:pStyle w:val="Heading1"/>
        <w:pageBreakBefore/>
        <w:spacing w:line="240" w:lineRule="auto"/>
        <w:jc w:val="center"/>
        <w:rPr>
          <w:rFonts w:ascii="TH SarabunPSK" w:hAnsi="TH SarabunPSK" w:cs="TH SarabunPSK"/>
        </w:rPr>
      </w:pPr>
      <w:r w:rsidRPr="00AE6F1C">
        <w:rPr>
          <w:rFonts w:ascii="TH SarabunPSK" w:hAnsi="TH SarabunPSK" w:cs="TH SarabunPSK"/>
        </w:rPr>
        <w:lastRenderedPageBreak/>
        <w:t>ประวัติ</w:t>
      </w:r>
      <w:r w:rsidRPr="00AE6F1C">
        <w:rPr>
          <w:rFonts w:ascii="Arial" w:hAnsi="Arial" w:cs="Arial"/>
        </w:rPr>
        <w:t>​</w:t>
      </w:r>
      <w:r w:rsidRPr="00AE6F1C">
        <w:rPr>
          <w:rFonts w:ascii="TH SarabunPSK" w:hAnsi="TH SarabunPSK" w:cs="TH SarabunPSK"/>
        </w:rPr>
        <w:t>ผู้วิจัย</w:t>
      </w:r>
    </w:p>
    <w:p w14:paraId="5C1EEE8B" w14:textId="77777777" w:rsidR="007A642A" w:rsidRPr="00A41C05" w:rsidRDefault="00000000" w:rsidP="00A41C05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b/>
          <w:sz w:val="32"/>
          <w:szCs w:val="32"/>
        </w:rPr>
        <w:t>ผู้วิจัย</w:t>
      </w:r>
      <w:r w:rsidRPr="00A41C05">
        <w:rPr>
          <w:rFonts w:ascii="Arial" w:hAnsi="Arial" w:cs="Arial"/>
          <w:b/>
          <w:sz w:val="32"/>
          <w:szCs w:val="32"/>
        </w:rPr>
        <w:t>​</w:t>
      </w:r>
      <w:r w:rsidRPr="00A41C05">
        <w:rPr>
          <w:rFonts w:ascii="TH SarabunPSK" w:hAnsi="TH SarabunPSK" w:cs="TH SarabunPSK"/>
          <w:b/>
          <w:sz w:val="32"/>
          <w:szCs w:val="32"/>
        </w:rPr>
        <w:t>คน</w:t>
      </w:r>
      <w:r w:rsidRPr="00A41C05">
        <w:rPr>
          <w:rFonts w:ascii="Arial" w:hAnsi="Arial" w:cs="Arial"/>
          <w:b/>
          <w:sz w:val="32"/>
          <w:szCs w:val="32"/>
        </w:rPr>
        <w:t>​</w:t>
      </w:r>
      <w:r w:rsidRPr="00A41C05">
        <w:rPr>
          <w:rFonts w:ascii="TH SarabunPSK" w:hAnsi="TH SarabunPSK" w:cs="TH SarabunPSK"/>
          <w:b/>
          <w:sz w:val="32"/>
          <w:szCs w:val="32"/>
        </w:rPr>
        <w:t>ที่ 1</w:t>
      </w:r>
    </w:p>
    <w:p w14:paraId="29B23B1D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ชื่อ–สกุล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592A19A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รหัส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นักเรียน / นักศึกษา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54E5128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วัน เดือน ปีเกิด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88C5EEC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ที่อยู่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ที่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ติดต่อ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ได้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C225315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โทรศัพท์ / อีเมล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BDA342E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หลักสูตร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D10A3C1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สาขาวิชา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266CAD3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สถานศึกษา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C7FE4D5" w14:textId="77777777" w:rsidR="007A642A" w:rsidRPr="00A41C05" w:rsidRDefault="00000000" w:rsidP="00A41C05">
      <w:pPr>
        <w:pStyle w:val="Heading2"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t>ประวัติ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การศึกษา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2948"/>
        <w:gridCol w:w="4592"/>
      </w:tblGrid>
      <w:tr w:rsidR="007A642A" w:rsidRPr="00A41C05" w14:paraId="77127A7C" w14:textId="77777777">
        <w:trPr>
          <w:cantSplit/>
          <w:tblHeader/>
        </w:trPr>
        <w:tc>
          <w:tcPr>
            <w:tcW w:w="1474" w:type="dxa"/>
            <w:shd w:val="clear" w:color="auto" w:fill="F2F2F2"/>
            <w:vAlign w:val="center"/>
          </w:tcPr>
          <w:p w14:paraId="617A9399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ปีการศึกษา</w:t>
            </w:r>
          </w:p>
        </w:tc>
        <w:tc>
          <w:tcPr>
            <w:tcW w:w="2948" w:type="dxa"/>
            <w:shd w:val="clear" w:color="auto" w:fill="F2F2F2"/>
            <w:vAlign w:val="center"/>
          </w:tcPr>
          <w:p w14:paraId="367D34B7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วุฒิการศึกษา</w:t>
            </w:r>
          </w:p>
        </w:tc>
        <w:tc>
          <w:tcPr>
            <w:tcW w:w="4592" w:type="dxa"/>
            <w:shd w:val="clear" w:color="auto" w:fill="F2F2F2"/>
            <w:vAlign w:val="center"/>
          </w:tcPr>
          <w:p w14:paraId="7C5C2C0A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สถานศึกษา</w:t>
            </w:r>
          </w:p>
        </w:tc>
      </w:tr>
      <w:tr w:rsidR="007A642A" w:rsidRPr="00A41C05" w14:paraId="364217DC" w14:textId="77777777">
        <w:trPr>
          <w:cantSplit/>
          <w:trHeight w:val="482"/>
        </w:trPr>
        <w:tc>
          <w:tcPr>
            <w:tcW w:w="1474" w:type="dxa"/>
            <w:vAlign w:val="center"/>
          </w:tcPr>
          <w:p w14:paraId="1AF1D4D2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</w:t>
            </w:r>
          </w:p>
        </w:tc>
        <w:tc>
          <w:tcPr>
            <w:tcW w:w="2948" w:type="dxa"/>
            <w:vAlign w:val="center"/>
          </w:tcPr>
          <w:p w14:paraId="4A7E33D0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</w:t>
            </w:r>
          </w:p>
        </w:tc>
        <w:tc>
          <w:tcPr>
            <w:tcW w:w="4592" w:type="dxa"/>
            <w:vAlign w:val="center"/>
          </w:tcPr>
          <w:p w14:paraId="66967CE4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</w:t>
            </w:r>
          </w:p>
        </w:tc>
      </w:tr>
      <w:tr w:rsidR="007A642A" w:rsidRPr="00A41C05" w14:paraId="70297AB9" w14:textId="77777777">
        <w:trPr>
          <w:cantSplit/>
          <w:trHeight w:val="482"/>
        </w:trPr>
        <w:tc>
          <w:tcPr>
            <w:tcW w:w="1474" w:type="dxa"/>
            <w:vAlign w:val="center"/>
          </w:tcPr>
          <w:p w14:paraId="209A3561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</w:t>
            </w:r>
          </w:p>
        </w:tc>
        <w:tc>
          <w:tcPr>
            <w:tcW w:w="2948" w:type="dxa"/>
            <w:vAlign w:val="center"/>
          </w:tcPr>
          <w:p w14:paraId="56FE97A3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</w:t>
            </w:r>
          </w:p>
        </w:tc>
        <w:tc>
          <w:tcPr>
            <w:tcW w:w="4592" w:type="dxa"/>
            <w:vAlign w:val="center"/>
          </w:tcPr>
          <w:p w14:paraId="000C3A69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</w:t>
            </w:r>
          </w:p>
        </w:tc>
      </w:tr>
      <w:tr w:rsidR="007A642A" w:rsidRPr="00A41C05" w14:paraId="318CE772" w14:textId="77777777">
        <w:trPr>
          <w:cantSplit/>
          <w:trHeight w:val="482"/>
        </w:trPr>
        <w:tc>
          <w:tcPr>
            <w:tcW w:w="1474" w:type="dxa"/>
            <w:vAlign w:val="center"/>
          </w:tcPr>
          <w:p w14:paraId="02560E56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</w:t>
            </w:r>
          </w:p>
        </w:tc>
        <w:tc>
          <w:tcPr>
            <w:tcW w:w="2948" w:type="dxa"/>
            <w:vAlign w:val="center"/>
          </w:tcPr>
          <w:p w14:paraId="3A70B58F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</w:t>
            </w:r>
          </w:p>
        </w:tc>
        <w:tc>
          <w:tcPr>
            <w:tcW w:w="4592" w:type="dxa"/>
            <w:vAlign w:val="center"/>
          </w:tcPr>
          <w:p w14:paraId="10F21143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</w:t>
            </w:r>
          </w:p>
        </w:tc>
      </w:tr>
    </w:tbl>
    <w:p w14:paraId="0597CB6C" w14:textId="77777777" w:rsidR="007A642A" w:rsidRPr="00A41C05" w:rsidRDefault="007A642A" w:rsidP="00A41C05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2B639AE5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ประสบการณ์ / ผลงาน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ที่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เกี่ยวข้อง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73A008F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7343EB8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2A5711B4" w14:textId="77777777" w:rsidR="007A642A" w:rsidRPr="00AE6F1C" w:rsidRDefault="00000000" w:rsidP="00AE6F1C">
      <w:pPr>
        <w:pStyle w:val="Heading1"/>
        <w:pageBreakBefore/>
        <w:spacing w:line="240" w:lineRule="auto"/>
        <w:jc w:val="center"/>
        <w:rPr>
          <w:rFonts w:ascii="TH SarabunPSK" w:hAnsi="TH SarabunPSK" w:cs="TH SarabunPSK"/>
        </w:rPr>
      </w:pPr>
      <w:r w:rsidRPr="00AE6F1C">
        <w:rPr>
          <w:rFonts w:ascii="TH SarabunPSK" w:hAnsi="TH SarabunPSK" w:cs="TH SarabunPSK"/>
        </w:rPr>
        <w:lastRenderedPageBreak/>
        <w:t>ประวัติ</w:t>
      </w:r>
      <w:r w:rsidRPr="00AE6F1C">
        <w:rPr>
          <w:rFonts w:ascii="Arial" w:hAnsi="Arial" w:cs="Arial"/>
        </w:rPr>
        <w:t>​</w:t>
      </w:r>
      <w:r w:rsidRPr="00AE6F1C">
        <w:rPr>
          <w:rFonts w:ascii="TH SarabunPSK" w:hAnsi="TH SarabunPSK" w:cs="TH SarabunPSK"/>
        </w:rPr>
        <w:t>ผู้วิจัย</w:t>
      </w:r>
    </w:p>
    <w:p w14:paraId="694EFFC7" w14:textId="77777777" w:rsidR="007A642A" w:rsidRPr="00A41C05" w:rsidRDefault="00000000" w:rsidP="00A41C05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b/>
          <w:sz w:val="32"/>
          <w:szCs w:val="32"/>
        </w:rPr>
        <w:t>ผู้วิจัย</w:t>
      </w:r>
      <w:r w:rsidRPr="00A41C05">
        <w:rPr>
          <w:rFonts w:ascii="Arial" w:hAnsi="Arial" w:cs="Arial"/>
          <w:b/>
          <w:sz w:val="32"/>
          <w:szCs w:val="32"/>
        </w:rPr>
        <w:t>​</w:t>
      </w:r>
      <w:r w:rsidRPr="00A41C05">
        <w:rPr>
          <w:rFonts w:ascii="TH SarabunPSK" w:hAnsi="TH SarabunPSK" w:cs="TH SarabunPSK"/>
          <w:b/>
          <w:sz w:val="32"/>
          <w:szCs w:val="32"/>
        </w:rPr>
        <w:t>คน</w:t>
      </w:r>
      <w:r w:rsidRPr="00A41C05">
        <w:rPr>
          <w:rFonts w:ascii="Arial" w:hAnsi="Arial" w:cs="Arial"/>
          <w:b/>
          <w:sz w:val="32"/>
          <w:szCs w:val="32"/>
        </w:rPr>
        <w:t>​</w:t>
      </w:r>
      <w:r w:rsidRPr="00A41C05">
        <w:rPr>
          <w:rFonts w:ascii="TH SarabunPSK" w:hAnsi="TH SarabunPSK" w:cs="TH SarabunPSK"/>
          <w:b/>
          <w:sz w:val="32"/>
          <w:szCs w:val="32"/>
        </w:rPr>
        <w:t>ที่ 2</w:t>
      </w:r>
    </w:p>
    <w:p w14:paraId="16B769E2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ชื่อ–สกุล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565CED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รหัส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นักเรียน / นักศึกษา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DBD7388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วัน เดือน ปีเกิด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8062FA6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ที่อยู่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ที่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ติดต่อ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ได้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05EEE43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โทรศัพท์ / อีเมล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4E75CF3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หลักสูตร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AE5C39A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สาขาวิชา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B8D9EF1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สถานศึกษา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3178601" w14:textId="77777777" w:rsidR="007A642A" w:rsidRPr="00A41C05" w:rsidRDefault="00000000" w:rsidP="00A41C05">
      <w:pPr>
        <w:pStyle w:val="Heading2"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t>ประวัติ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การศึกษา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2948"/>
        <w:gridCol w:w="4592"/>
      </w:tblGrid>
      <w:tr w:rsidR="007A642A" w:rsidRPr="00A41C05" w14:paraId="5AC18BD5" w14:textId="77777777">
        <w:trPr>
          <w:cantSplit/>
          <w:tblHeader/>
        </w:trPr>
        <w:tc>
          <w:tcPr>
            <w:tcW w:w="1474" w:type="dxa"/>
            <w:shd w:val="clear" w:color="auto" w:fill="F2F2F2"/>
            <w:vAlign w:val="center"/>
          </w:tcPr>
          <w:p w14:paraId="387C90FB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ปีการศึกษา</w:t>
            </w:r>
          </w:p>
        </w:tc>
        <w:tc>
          <w:tcPr>
            <w:tcW w:w="2948" w:type="dxa"/>
            <w:shd w:val="clear" w:color="auto" w:fill="F2F2F2"/>
            <w:vAlign w:val="center"/>
          </w:tcPr>
          <w:p w14:paraId="1DD2C501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วุฒิการศึกษา</w:t>
            </w:r>
          </w:p>
        </w:tc>
        <w:tc>
          <w:tcPr>
            <w:tcW w:w="4592" w:type="dxa"/>
            <w:shd w:val="clear" w:color="auto" w:fill="F2F2F2"/>
            <w:vAlign w:val="center"/>
          </w:tcPr>
          <w:p w14:paraId="39DC7D59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สถานศึกษา</w:t>
            </w:r>
          </w:p>
        </w:tc>
      </w:tr>
      <w:tr w:rsidR="007A642A" w:rsidRPr="00A41C05" w14:paraId="5CAD5016" w14:textId="77777777">
        <w:trPr>
          <w:cantSplit/>
          <w:trHeight w:val="482"/>
        </w:trPr>
        <w:tc>
          <w:tcPr>
            <w:tcW w:w="1474" w:type="dxa"/>
            <w:vAlign w:val="center"/>
          </w:tcPr>
          <w:p w14:paraId="4E1E55AD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</w:t>
            </w:r>
          </w:p>
        </w:tc>
        <w:tc>
          <w:tcPr>
            <w:tcW w:w="2948" w:type="dxa"/>
            <w:vAlign w:val="center"/>
          </w:tcPr>
          <w:p w14:paraId="7CC9ABE1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</w:t>
            </w:r>
          </w:p>
        </w:tc>
        <w:tc>
          <w:tcPr>
            <w:tcW w:w="4592" w:type="dxa"/>
            <w:vAlign w:val="center"/>
          </w:tcPr>
          <w:p w14:paraId="5FD3D55E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</w:t>
            </w:r>
          </w:p>
        </w:tc>
      </w:tr>
      <w:tr w:rsidR="007A642A" w:rsidRPr="00A41C05" w14:paraId="0C01FFB2" w14:textId="77777777">
        <w:trPr>
          <w:cantSplit/>
          <w:trHeight w:val="482"/>
        </w:trPr>
        <w:tc>
          <w:tcPr>
            <w:tcW w:w="1474" w:type="dxa"/>
            <w:vAlign w:val="center"/>
          </w:tcPr>
          <w:p w14:paraId="7FE64D21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</w:t>
            </w:r>
          </w:p>
        </w:tc>
        <w:tc>
          <w:tcPr>
            <w:tcW w:w="2948" w:type="dxa"/>
            <w:vAlign w:val="center"/>
          </w:tcPr>
          <w:p w14:paraId="4129F5D5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</w:t>
            </w:r>
          </w:p>
        </w:tc>
        <w:tc>
          <w:tcPr>
            <w:tcW w:w="4592" w:type="dxa"/>
            <w:vAlign w:val="center"/>
          </w:tcPr>
          <w:p w14:paraId="01C8B630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</w:t>
            </w:r>
          </w:p>
        </w:tc>
      </w:tr>
      <w:tr w:rsidR="007A642A" w:rsidRPr="00A41C05" w14:paraId="1307C41E" w14:textId="77777777">
        <w:trPr>
          <w:cantSplit/>
          <w:trHeight w:val="482"/>
        </w:trPr>
        <w:tc>
          <w:tcPr>
            <w:tcW w:w="1474" w:type="dxa"/>
            <w:vAlign w:val="center"/>
          </w:tcPr>
          <w:p w14:paraId="43BB023E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</w:t>
            </w:r>
          </w:p>
        </w:tc>
        <w:tc>
          <w:tcPr>
            <w:tcW w:w="2948" w:type="dxa"/>
            <w:vAlign w:val="center"/>
          </w:tcPr>
          <w:p w14:paraId="7851E64B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</w:t>
            </w:r>
          </w:p>
        </w:tc>
        <w:tc>
          <w:tcPr>
            <w:tcW w:w="4592" w:type="dxa"/>
            <w:vAlign w:val="center"/>
          </w:tcPr>
          <w:p w14:paraId="78FCBDBC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</w:t>
            </w:r>
          </w:p>
        </w:tc>
      </w:tr>
    </w:tbl>
    <w:p w14:paraId="2BFB7F40" w14:textId="77777777" w:rsidR="007A642A" w:rsidRPr="00A41C05" w:rsidRDefault="007A642A" w:rsidP="00A41C05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6A4D979C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ประสบการณ์ / ผลงาน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ที่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เกี่ยวข้อง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3DBE21F3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2293ECB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35AD194" w14:textId="77777777" w:rsidR="007A642A" w:rsidRPr="00AE6F1C" w:rsidRDefault="00000000" w:rsidP="00AE6F1C">
      <w:pPr>
        <w:pStyle w:val="Heading1"/>
        <w:pageBreakBefore/>
        <w:spacing w:line="240" w:lineRule="auto"/>
        <w:jc w:val="center"/>
        <w:rPr>
          <w:rFonts w:ascii="TH SarabunPSK" w:hAnsi="TH SarabunPSK" w:cs="TH SarabunPSK"/>
        </w:rPr>
      </w:pPr>
      <w:r w:rsidRPr="00AE6F1C">
        <w:rPr>
          <w:rFonts w:ascii="TH SarabunPSK" w:hAnsi="TH SarabunPSK" w:cs="TH SarabunPSK"/>
        </w:rPr>
        <w:lastRenderedPageBreak/>
        <w:t>ประวัติ</w:t>
      </w:r>
      <w:r w:rsidRPr="00AE6F1C">
        <w:rPr>
          <w:rFonts w:ascii="Arial" w:hAnsi="Arial" w:cs="Arial"/>
        </w:rPr>
        <w:t>​</w:t>
      </w:r>
      <w:r w:rsidRPr="00AE6F1C">
        <w:rPr>
          <w:rFonts w:ascii="TH SarabunPSK" w:hAnsi="TH SarabunPSK" w:cs="TH SarabunPSK"/>
        </w:rPr>
        <w:t>ผู้วิจัย</w:t>
      </w:r>
    </w:p>
    <w:p w14:paraId="0E2700D2" w14:textId="77777777" w:rsidR="007A642A" w:rsidRPr="00A41C05" w:rsidRDefault="00000000" w:rsidP="00A41C05">
      <w:pPr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b/>
          <w:sz w:val="32"/>
          <w:szCs w:val="32"/>
        </w:rPr>
        <w:t>ผู้วิจัย</w:t>
      </w:r>
      <w:r w:rsidRPr="00A41C05">
        <w:rPr>
          <w:rFonts w:ascii="Arial" w:hAnsi="Arial" w:cs="Arial"/>
          <w:b/>
          <w:sz w:val="32"/>
          <w:szCs w:val="32"/>
        </w:rPr>
        <w:t>​</w:t>
      </w:r>
      <w:r w:rsidRPr="00A41C05">
        <w:rPr>
          <w:rFonts w:ascii="TH SarabunPSK" w:hAnsi="TH SarabunPSK" w:cs="TH SarabunPSK"/>
          <w:b/>
          <w:sz w:val="32"/>
          <w:szCs w:val="32"/>
        </w:rPr>
        <w:t>คน</w:t>
      </w:r>
      <w:r w:rsidRPr="00A41C05">
        <w:rPr>
          <w:rFonts w:ascii="Arial" w:hAnsi="Arial" w:cs="Arial"/>
          <w:b/>
          <w:sz w:val="32"/>
          <w:szCs w:val="32"/>
        </w:rPr>
        <w:t>​</w:t>
      </w:r>
      <w:r w:rsidRPr="00A41C05">
        <w:rPr>
          <w:rFonts w:ascii="TH SarabunPSK" w:hAnsi="TH SarabunPSK" w:cs="TH SarabunPSK"/>
          <w:b/>
          <w:sz w:val="32"/>
          <w:szCs w:val="32"/>
        </w:rPr>
        <w:t>ที่ 3</w:t>
      </w:r>
    </w:p>
    <w:p w14:paraId="09573AE7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ชื่อ–สกุล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27B75C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รหัส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นักเรียน / นักศึกษา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05612BAF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วัน เดือน ปีเกิด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BD57F75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ที่อยู่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ที่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ติดต่อ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ได้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887B61F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โทรศัพท์ / อีเมล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19629E9A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หลักสูตร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776B3D87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สาขาวิชา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68245E19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สถานศึกษา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63AE13D" w14:textId="77777777" w:rsidR="007A642A" w:rsidRPr="00A41C05" w:rsidRDefault="00000000" w:rsidP="00A41C05">
      <w:pPr>
        <w:pStyle w:val="Heading2"/>
        <w:spacing w:line="240" w:lineRule="auto"/>
        <w:rPr>
          <w:rFonts w:ascii="TH SarabunPSK" w:hAnsi="TH SarabunPSK" w:cs="TH SarabunPSK"/>
        </w:rPr>
      </w:pPr>
      <w:r w:rsidRPr="00A41C05">
        <w:rPr>
          <w:rFonts w:ascii="TH SarabunPSK" w:hAnsi="TH SarabunPSK" w:cs="TH SarabunPSK"/>
        </w:rPr>
        <w:t>ประวัติ</w:t>
      </w:r>
      <w:r w:rsidRPr="00A41C05">
        <w:rPr>
          <w:rFonts w:ascii="Arial" w:hAnsi="Arial" w:cs="Arial"/>
        </w:rPr>
        <w:t>​</w:t>
      </w:r>
      <w:r w:rsidRPr="00A41C05">
        <w:rPr>
          <w:rFonts w:ascii="TH SarabunPSK" w:hAnsi="TH SarabunPSK" w:cs="TH SarabunPSK"/>
        </w:rPr>
        <w:t>การศึกษา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2948"/>
        <w:gridCol w:w="4592"/>
      </w:tblGrid>
      <w:tr w:rsidR="007A642A" w:rsidRPr="00A41C05" w14:paraId="785C705E" w14:textId="77777777">
        <w:trPr>
          <w:cantSplit/>
          <w:tblHeader/>
        </w:trPr>
        <w:tc>
          <w:tcPr>
            <w:tcW w:w="1474" w:type="dxa"/>
            <w:shd w:val="clear" w:color="auto" w:fill="F2F2F2"/>
            <w:vAlign w:val="center"/>
          </w:tcPr>
          <w:p w14:paraId="2BDFBA2D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ปีการศึกษา</w:t>
            </w:r>
          </w:p>
        </w:tc>
        <w:tc>
          <w:tcPr>
            <w:tcW w:w="2948" w:type="dxa"/>
            <w:shd w:val="clear" w:color="auto" w:fill="F2F2F2"/>
            <w:vAlign w:val="center"/>
          </w:tcPr>
          <w:p w14:paraId="40F62218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วุฒิการศึกษา</w:t>
            </w:r>
          </w:p>
        </w:tc>
        <w:tc>
          <w:tcPr>
            <w:tcW w:w="4592" w:type="dxa"/>
            <w:shd w:val="clear" w:color="auto" w:fill="F2F2F2"/>
            <w:vAlign w:val="center"/>
          </w:tcPr>
          <w:p w14:paraId="3D86D314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b/>
                <w:sz w:val="32"/>
                <w:szCs w:val="32"/>
              </w:rPr>
              <w:t>สถานศึกษา</w:t>
            </w:r>
          </w:p>
        </w:tc>
      </w:tr>
      <w:tr w:rsidR="007A642A" w:rsidRPr="00A41C05" w14:paraId="44531640" w14:textId="77777777">
        <w:trPr>
          <w:cantSplit/>
          <w:trHeight w:val="482"/>
        </w:trPr>
        <w:tc>
          <w:tcPr>
            <w:tcW w:w="1474" w:type="dxa"/>
            <w:vAlign w:val="center"/>
          </w:tcPr>
          <w:p w14:paraId="0D4FB8A4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</w:t>
            </w:r>
          </w:p>
        </w:tc>
        <w:tc>
          <w:tcPr>
            <w:tcW w:w="2948" w:type="dxa"/>
            <w:vAlign w:val="center"/>
          </w:tcPr>
          <w:p w14:paraId="466B3409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</w:t>
            </w:r>
          </w:p>
        </w:tc>
        <w:tc>
          <w:tcPr>
            <w:tcW w:w="4592" w:type="dxa"/>
            <w:vAlign w:val="center"/>
          </w:tcPr>
          <w:p w14:paraId="19B8098D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</w:t>
            </w:r>
          </w:p>
        </w:tc>
      </w:tr>
      <w:tr w:rsidR="007A642A" w:rsidRPr="00A41C05" w14:paraId="7E7C9BDB" w14:textId="77777777">
        <w:trPr>
          <w:cantSplit/>
          <w:trHeight w:val="482"/>
        </w:trPr>
        <w:tc>
          <w:tcPr>
            <w:tcW w:w="1474" w:type="dxa"/>
            <w:vAlign w:val="center"/>
          </w:tcPr>
          <w:p w14:paraId="42897FA6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</w:t>
            </w:r>
          </w:p>
        </w:tc>
        <w:tc>
          <w:tcPr>
            <w:tcW w:w="2948" w:type="dxa"/>
            <w:vAlign w:val="center"/>
          </w:tcPr>
          <w:p w14:paraId="2FF2DA73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</w:t>
            </w:r>
          </w:p>
        </w:tc>
        <w:tc>
          <w:tcPr>
            <w:tcW w:w="4592" w:type="dxa"/>
            <w:vAlign w:val="center"/>
          </w:tcPr>
          <w:p w14:paraId="12B32AC6" w14:textId="77777777" w:rsidR="007A642A" w:rsidRPr="00A41C05" w:rsidRDefault="00000000" w:rsidP="00A41C05">
            <w:pPr>
              <w:keepNext/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</w:t>
            </w:r>
          </w:p>
        </w:tc>
      </w:tr>
      <w:tr w:rsidR="007A642A" w:rsidRPr="00A41C05" w14:paraId="3F86AB4C" w14:textId="77777777">
        <w:trPr>
          <w:cantSplit/>
          <w:trHeight w:val="482"/>
        </w:trPr>
        <w:tc>
          <w:tcPr>
            <w:tcW w:w="1474" w:type="dxa"/>
            <w:vAlign w:val="center"/>
          </w:tcPr>
          <w:p w14:paraId="0D742E07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</w:t>
            </w:r>
          </w:p>
        </w:tc>
        <w:tc>
          <w:tcPr>
            <w:tcW w:w="2948" w:type="dxa"/>
            <w:vAlign w:val="center"/>
          </w:tcPr>
          <w:p w14:paraId="3D16739F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</w:t>
            </w:r>
          </w:p>
        </w:tc>
        <w:tc>
          <w:tcPr>
            <w:tcW w:w="4592" w:type="dxa"/>
            <w:vAlign w:val="center"/>
          </w:tcPr>
          <w:p w14:paraId="215E73A1" w14:textId="77777777" w:rsidR="007A642A" w:rsidRPr="00A41C05" w:rsidRDefault="00000000" w:rsidP="00A41C05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1C05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</w:t>
            </w:r>
          </w:p>
        </w:tc>
      </w:tr>
    </w:tbl>
    <w:p w14:paraId="2C666B36" w14:textId="77777777" w:rsidR="007A642A" w:rsidRPr="00A41C05" w:rsidRDefault="007A642A" w:rsidP="00A41C05">
      <w:pPr>
        <w:spacing w:line="240" w:lineRule="auto"/>
        <w:rPr>
          <w:rFonts w:ascii="TH SarabunPSK" w:hAnsi="TH SarabunPSK" w:cs="TH SarabunPSK"/>
          <w:sz w:val="32"/>
          <w:szCs w:val="32"/>
        </w:rPr>
      </w:pPr>
    </w:p>
    <w:p w14:paraId="702BBFF8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ประสบการณ์ / ผลงาน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ที่</w:t>
      </w:r>
      <w:r w:rsidRPr="00A41C05">
        <w:rPr>
          <w:rFonts w:ascii="Arial" w:hAnsi="Arial" w:cs="Arial"/>
          <w:sz w:val="32"/>
          <w:szCs w:val="32"/>
        </w:rPr>
        <w:t>​</w:t>
      </w:r>
      <w:r w:rsidRPr="00A41C05">
        <w:rPr>
          <w:rFonts w:ascii="TH SarabunPSK" w:hAnsi="TH SarabunPSK" w:cs="TH SarabunPSK"/>
          <w:sz w:val="32"/>
          <w:szCs w:val="32"/>
        </w:rPr>
        <w:t>เกี่ยวข้อง  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597086A0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p w14:paraId="4CE999F1" w14:textId="77777777" w:rsidR="007A642A" w:rsidRPr="00A41C05" w:rsidRDefault="00000000" w:rsidP="00A41C05">
      <w:pPr>
        <w:tabs>
          <w:tab w:val="right" w:leader="dot" w:pos="9014"/>
        </w:tabs>
        <w:spacing w:line="240" w:lineRule="auto"/>
        <w:rPr>
          <w:rFonts w:ascii="TH SarabunPSK" w:hAnsi="TH SarabunPSK" w:cs="TH SarabunPSK"/>
          <w:sz w:val="32"/>
          <w:szCs w:val="32"/>
        </w:rPr>
      </w:pPr>
      <w:r w:rsidRPr="00A41C05">
        <w:rPr>
          <w:rFonts w:ascii="TH SarabunPSK" w:hAnsi="TH SarabunPSK" w:cs="TH SarabunPSK"/>
          <w:sz w:val="32"/>
          <w:szCs w:val="32"/>
        </w:rPr>
        <w:t>............</w:t>
      </w:r>
      <w:r w:rsidRPr="00A41C05">
        <w:rPr>
          <w:rFonts w:ascii="TH SarabunPSK" w:hAnsi="TH SarabunPSK" w:cs="TH SarabunPSK"/>
          <w:sz w:val="32"/>
          <w:szCs w:val="32"/>
        </w:rPr>
        <w:tab/>
        <w:t>.</w:t>
      </w:r>
    </w:p>
    <w:sectPr w:rsidR="007A642A" w:rsidRPr="00A41C05" w:rsidSect="00034616">
      <w:footerReference w:type="default" r:id="rId9"/>
      <w:pgSz w:w="11906" w:h="16838"/>
      <w:pgMar w:top="1440" w:right="1440" w:bottom="1440" w:left="1440" w:header="680" w:footer="68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31B16" w14:textId="77777777" w:rsidR="00AD7C27" w:rsidRDefault="00AD7C27">
      <w:pPr>
        <w:spacing w:line="240" w:lineRule="auto"/>
      </w:pPr>
      <w:r>
        <w:separator/>
      </w:r>
    </w:p>
  </w:endnote>
  <w:endnote w:type="continuationSeparator" w:id="0">
    <w:p w14:paraId="62F0A44C" w14:textId="77777777" w:rsidR="00AD7C27" w:rsidRDefault="00AD7C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E501C" w14:textId="1E6CAA0E" w:rsidR="007A642A" w:rsidRDefault="00000000">
    <w:pPr>
      <w:pStyle w:val="Footer"/>
      <w:spacing w:line="240" w:lineRule="auto"/>
    </w:pPr>
    <w:r>
      <w:fldChar w:fldCharType="begin"/>
    </w:r>
    <w:r>
      <w:instrText>PAGE</w:instrText>
    </w:r>
    <w:r>
      <w:fldChar w:fldCharType="separate"/>
    </w:r>
    <w:r w:rsidR="00A41C05">
      <w:rPr>
        <w:cs/>
        <w:lang w:bidi="th-TH"/>
      </w:rPr>
      <w:t>ก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8BE87" w14:textId="49C4AF74" w:rsidR="007A642A" w:rsidRDefault="00000000">
    <w:pPr>
      <w:pStyle w:val="Footer"/>
      <w:spacing w:line="240" w:lineRule="auto"/>
    </w:pPr>
    <w:r>
      <w:fldChar w:fldCharType="begin"/>
    </w:r>
    <w:r>
      <w:instrText>PAGE</w:instrText>
    </w:r>
    <w:r>
      <w:fldChar w:fldCharType="separate"/>
    </w:r>
    <w:r w:rsidR="00A41C05">
      <w:rPr>
        <w:cs/>
        <w:lang w:bidi="th-TH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FC654" w14:textId="77777777" w:rsidR="00AD7C27" w:rsidRDefault="00AD7C27">
      <w:pPr>
        <w:spacing w:line="240" w:lineRule="auto"/>
      </w:pPr>
      <w:r>
        <w:separator/>
      </w:r>
    </w:p>
  </w:footnote>
  <w:footnote w:type="continuationSeparator" w:id="0">
    <w:p w14:paraId="2B864DF2" w14:textId="77777777" w:rsidR="00AD7C27" w:rsidRDefault="00AD7C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2700619">
    <w:abstractNumId w:val="8"/>
  </w:num>
  <w:num w:numId="2" w16cid:durableId="553470000">
    <w:abstractNumId w:val="6"/>
  </w:num>
  <w:num w:numId="3" w16cid:durableId="1471750719">
    <w:abstractNumId w:val="5"/>
  </w:num>
  <w:num w:numId="4" w16cid:durableId="404838375">
    <w:abstractNumId w:val="4"/>
  </w:num>
  <w:num w:numId="5" w16cid:durableId="1438673701">
    <w:abstractNumId w:val="7"/>
  </w:num>
  <w:num w:numId="6" w16cid:durableId="1936012159">
    <w:abstractNumId w:val="3"/>
  </w:num>
  <w:num w:numId="7" w16cid:durableId="543521391">
    <w:abstractNumId w:val="2"/>
  </w:num>
  <w:num w:numId="8" w16cid:durableId="391119639">
    <w:abstractNumId w:val="1"/>
  </w:num>
  <w:num w:numId="9" w16cid:durableId="1910535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2038"/>
    <w:rsid w:val="002F1563"/>
    <w:rsid w:val="00326F90"/>
    <w:rsid w:val="007A642A"/>
    <w:rsid w:val="00A21113"/>
    <w:rsid w:val="00A354B4"/>
    <w:rsid w:val="00A41C05"/>
    <w:rsid w:val="00AA1D8D"/>
    <w:rsid w:val="00AD7C27"/>
    <w:rsid w:val="00AE6F1C"/>
    <w:rsid w:val="00B47730"/>
    <w:rsid w:val="00CB0664"/>
    <w:rsid w:val="00F16298"/>
    <w:rsid w:val="00FC693F"/>
    <w:rsid w:val="00FE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AEA13E"/>
  <w14:defaultImageDpi w14:val="300"/>
  <w15:docId w15:val="{3F9B4E77-C6AA-4BC6-B0BF-DD4593AF9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360" w:lineRule="auto"/>
    </w:pPr>
    <w:rPr>
      <w:rFonts w:ascii="TH Sarabun New" w:eastAsia="TH Sarabun New" w:hAnsi="TH Sarabun New" w:cs="TH Sarabun New"/>
      <w:noProof/>
      <w:color w:val="000000"/>
      <w:sz w:val="28"/>
      <w:szCs w:val="28"/>
      <w:lang w:val="th-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/>
      <w:outlineLvl w:val="0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2582</Words>
  <Characters>14724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เทมเพลตรูปเล่มโครงงาน 5 บท</dc:title>
  <dc:subject>ปกนอกถึงประวัติผู้วิจัย พร้อมช่องเส้นประสำหรับกรอกข้อมูล</dc:subject>
  <dc:creator>วิทยาลัยการอาชีพโพนทอง</dc:creator>
  <cp:keywords/>
  <dc:description/>
  <cp:lastModifiedBy>Administrator</cp:lastModifiedBy>
  <cp:revision>4</cp:revision>
  <dcterms:created xsi:type="dcterms:W3CDTF">2026-10-29T14:33:00Z</dcterms:created>
  <dcterms:modified xsi:type="dcterms:W3CDTF">2026-10-29T21:10:00Z</dcterms:modified>
  <cp:category/>
</cp:coreProperties>
</file>