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8F433" w14:textId="77777777" w:rsidR="00FB3D0D" w:rsidRPr="00DD481F" w:rsidRDefault="00000000">
      <w:pPr>
        <w:tabs>
          <w:tab w:val="center" w:pos="4297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ab/>
      </w:r>
      <w:r w:rsidRPr="00DD481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5A8ABFE2" wp14:editId="17F02270">
            <wp:extent cx="1260000" cy="12631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tice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D0A04" w14:textId="77777777" w:rsidR="00FB3D0D" w:rsidRPr="00DD481F" w:rsidRDefault="00000000">
      <w:pPr>
        <w:pStyle w:val="Title"/>
        <w:spacing w:after="16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 5 บท</w:t>
      </w:r>
    </w:p>
    <w:p w14:paraId="13C60BDB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สำหรับ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นักเรียน นักศึกษา</w:t>
      </w:r>
    </w:p>
    <w:p w14:paraId="2FC18037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วิทยาลัย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การ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อาชีพ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โพน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ทอง</w:t>
      </w:r>
    </w:p>
    <w:p w14:paraId="2D60858A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อธิบาย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ตั้งแต่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ประวัติ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ผู้วิจัย โดย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 5 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จัดทำ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ไว้ เพื่อให้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นักเรียน นักศึกษา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นำเสนอ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สม่ำเสมอ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ตลอด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</w:p>
    <w:p w14:paraId="6AEFC484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ขอบเขต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ของ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คู่มือ</w:t>
      </w:r>
    </w:p>
    <w:p w14:paraId="0B52DD70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นิ้ว</w:t>
      </w:r>
    </w:p>
    <w:p w14:paraId="0505D14E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ชนิด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ตัวอักษร การย่อหน้า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3 ตำแหน่ง</w:t>
      </w:r>
    </w:p>
    <w:p w14:paraId="4B3B58FA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โลโก้ ตาราง ภาพประกอบ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สารบัญ</w:t>
      </w:r>
    </w:p>
    <w:p w14:paraId="3ED15F23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 APA 7</w:t>
      </w:r>
    </w:p>
    <w:p w14:paraId="013BA646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 ตัวอักษร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แนวทาง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รายวิชา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 ส่วน APA 7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เป็นหลัก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วิทยาลัย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ข้อกำหนด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เฉพาะ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เพิ่มเติม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ข้อกำหนด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นั้น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ร่วม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ด้วย</w:t>
      </w:r>
    </w:p>
    <w:p w14:paraId="686675C3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ปรับปรุง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วันที่ 29 ตุลาคม 2569</w:t>
      </w:r>
    </w:p>
    <w:p w14:paraId="3DC0ABBC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1 ลำดับ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ส่วนประกอบ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</w:p>
    <w:p w14:paraId="23890DD6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1.1 ส่วน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ต้น</w:t>
      </w:r>
    </w:p>
    <w:p w14:paraId="5BE4899B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1) 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นอก และ 2) 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</w:p>
    <w:p w14:paraId="697FE85B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3) คำนำ</w:t>
      </w:r>
    </w:p>
    <w:p w14:paraId="6B01DE39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4) 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เสนอ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อนุมัติ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ฉบับ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สมบูรณ์</w:t>
      </w:r>
    </w:p>
    <w:p w14:paraId="41B71184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5) บทคัดย่อ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 และ 6) Abstract</w:t>
      </w:r>
    </w:p>
    <w:p w14:paraId="2727C281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7) กิตติกรรมประกาศ</w:t>
      </w:r>
    </w:p>
    <w:p w14:paraId="3B5DA8A1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8) 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 9) 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  10) 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ภาพประกอบ</w:t>
      </w:r>
    </w:p>
    <w:p w14:paraId="131AF332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1.2 ส่วน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เนื้อหา</w:t>
      </w:r>
    </w:p>
    <w:p w14:paraId="0BF07C51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1 บทนำ</w:t>
      </w:r>
    </w:p>
    <w:p w14:paraId="23DDD6EA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2 แนวคิด ทฤษฎี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งานวิจัย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เกี่ยวข้อง</w:t>
      </w:r>
    </w:p>
    <w:p w14:paraId="108A9E49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3 วิธี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ดำเนิน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การวิจัย</w:t>
      </w:r>
    </w:p>
    <w:p w14:paraId="30E710BD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4 ผลการวิเคราะห์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</w:p>
    <w:p w14:paraId="2B7A01AC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5 สรุป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ผล อภิปราย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ผล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ข้อเสนอแนะ</w:t>
      </w:r>
    </w:p>
    <w:p w14:paraId="029EE341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1.3 ส่วน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ท้าย</w:t>
      </w:r>
    </w:p>
    <w:p w14:paraId="2480D7D5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บรรณานุกรม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ภาคผนวก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ประวัติ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ผู้วิจัย</w:t>
      </w:r>
    </w:p>
    <w:p w14:paraId="7DE4C817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ขึ้น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หน้าใหม่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เมื่อ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ส่วนสำคัญ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ผู้จัดทำ หลักสูตร สาขาวิชา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ปีการศึกษา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ปก 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อนุมัติ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บทคัดย่อ</w:t>
      </w:r>
    </w:p>
    <w:p w14:paraId="4CDD16A9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2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ตั้งค่า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487"/>
        <w:gridCol w:w="5102"/>
      </w:tblGrid>
      <w:tr w:rsidR="00FB3D0D" w:rsidRPr="00DD481F" w14:paraId="6DE197BD" w14:textId="77777777">
        <w:trPr>
          <w:cantSplit/>
          <w:tblHeader/>
        </w:trPr>
        <w:tc>
          <w:tcPr>
            <w:tcW w:w="3487" w:type="dxa"/>
            <w:shd w:val="clear" w:color="auto" w:fill="F2F2F2"/>
            <w:vAlign w:val="center"/>
          </w:tcPr>
          <w:p w14:paraId="58BB386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รายการ</w:t>
            </w:r>
          </w:p>
        </w:tc>
        <w:tc>
          <w:tcPr>
            <w:tcW w:w="5102" w:type="dxa"/>
            <w:shd w:val="clear" w:color="auto" w:fill="F2F2F2"/>
            <w:vAlign w:val="center"/>
          </w:tcPr>
          <w:p w14:paraId="217057B6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ค่าที่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ใช้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ใน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คู่มือ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นี้</w:t>
            </w:r>
          </w:p>
        </w:tc>
      </w:tr>
      <w:tr w:rsidR="00FB3D0D" w:rsidRPr="00DD481F" w14:paraId="5B790B16" w14:textId="77777777">
        <w:trPr>
          <w:cantSplit/>
        </w:trPr>
        <w:tc>
          <w:tcPr>
            <w:tcW w:w="3487" w:type="dxa"/>
            <w:vAlign w:val="center"/>
          </w:tcPr>
          <w:p w14:paraId="02871777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ขนาด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</w:p>
        </w:tc>
        <w:tc>
          <w:tcPr>
            <w:tcW w:w="5102" w:type="dxa"/>
            <w:vAlign w:val="center"/>
          </w:tcPr>
          <w:p w14:paraId="139BCFA1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A4  กว้าง 8.27 × สูง 11.69 นิ้ว</w:t>
            </w:r>
          </w:p>
        </w:tc>
      </w:tr>
      <w:tr w:rsidR="00FB3D0D" w:rsidRPr="00DD481F" w14:paraId="72668E02" w14:textId="77777777">
        <w:trPr>
          <w:cantSplit/>
        </w:trPr>
        <w:tc>
          <w:tcPr>
            <w:tcW w:w="3487" w:type="dxa"/>
            <w:vAlign w:val="center"/>
          </w:tcPr>
          <w:p w14:paraId="4DAB334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</w:p>
        </w:tc>
        <w:tc>
          <w:tcPr>
            <w:tcW w:w="5102" w:type="dxa"/>
            <w:vAlign w:val="center"/>
          </w:tcPr>
          <w:p w14:paraId="3BDB9817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แนวตั้ง  Portrait</w:t>
            </w:r>
          </w:p>
        </w:tc>
      </w:tr>
      <w:tr w:rsidR="00FB3D0D" w:rsidRPr="00DD481F" w14:paraId="26BACB03" w14:textId="77777777">
        <w:trPr>
          <w:cantSplit/>
        </w:trPr>
        <w:tc>
          <w:tcPr>
            <w:tcW w:w="3487" w:type="dxa"/>
            <w:vAlign w:val="center"/>
          </w:tcPr>
          <w:p w14:paraId="6362D2E4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ซ้าย</w:t>
            </w:r>
          </w:p>
        </w:tc>
        <w:tc>
          <w:tcPr>
            <w:tcW w:w="5102" w:type="dxa"/>
            <w:vAlign w:val="center"/>
          </w:tcPr>
          <w:p w14:paraId="614171E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1.3 นิ้ว</w:t>
            </w:r>
          </w:p>
        </w:tc>
      </w:tr>
      <w:tr w:rsidR="00FB3D0D" w:rsidRPr="00DD481F" w14:paraId="2B77BCBC" w14:textId="77777777">
        <w:trPr>
          <w:cantSplit/>
        </w:trPr>
        <w:tc>
          <w:tcPr>
            <w:tcW w:w="3487" w:type="dxa"/>
            <w:vAlign w:val="center"/>
          </w:tcPr>
          <w:p w14:paraId="670AF8BF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ขวา</w:t>
            </w:r>
          </w:p>
        </w:tc>
        <w:tc>
          <w:tcPr>
            <w:tcW w:w="5102" w:type="dxa"/>
            <w:vAlign w:val="center"/>
          </w:tcPr>
          <w:p w14:paraId="2AF59C3E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 นิ้ว</w:t>
            </w:r>
          </w:p>
        </w:tc>
      </w:tr>
      <w:tr w:rsidR="00FB3D0D" w:rsidRPr="00DD481F" w14:paraId="02D9E04C" w14:textId="77777777">
        <w:trPr>
          <w:cantSplit/>
        </w:trPr>
        <w:tc>
          <w:tcPr>
            <w:tcW w:w="3487" w:type="dxa"/>
            <w:vAlign w:val="center"/>
          </w:tcPr>
          <w:p w14:paraId="2B903358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ด้านบน</w:t>
            </w:r>
          </w:p>
        </w:tc>
        <w:tc>
          <w:tcPr>
            <w:tcW w:w="5102" w:type="dxa"/>
            <w:vAlign w:val="center"/>
          </w:tcPr>
          <w:p w14:paraId="560E6F8A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 นิ้ว</w:t>
            </w:r>
          </w:p>
        </w:tc>
      </w:tr>
      <w:tr w:rsidR="00FB3D0D" w:rsidRPr="00DD481F" w14:paraId="28E65FF1" w14:textId="77777777">
        <w:trPr>
          <w:cantSplit/>
        </w:trPr>
        <w:tc>
          <w:tcPr>
            <w:tcW w:w="3487" w:type="dxa"/>
            <w:vAlign w:val="center"/>
          </w:tcPr>
          <w:p w14:paraId="7B7E6AF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ด้านล่าง</w:t>
            </w:r>
          </w:p>
        </w:tc>
        <w:tc>
          <w:tcPr>
            <w:tcW w:w="5102" w:type="dxa"/>
            <w:vAlign w:val="center"/>
          </w:tcPr>
          <w:p w14:paraId="3BD9AD9E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 นิ้ว</w:t>
            </w:r>
          </w:p>
        </w:tc>
      </w:tr>
      <w:tr w:rsidR="00FB3D0D" w:rsidRPr="00DD481F" w14:paraId="3EF283FB" w14:textId="77777777">
        <w:trPr>
          <w:cantSplit/>
        </w:trPr>
        <w:tc>
          <w:tcPr>
            <w:tcW w:w="3487" w:type="dxa"/>
            <w:vAlign w:val="center"/>
          </w:tcPr>
          <w:p w14:paraId="28FB565A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เย็บเล่ม  Gutter</w:t>
            </w:r>
          </w:p>
        </w:tc>
        <w:tc>
          <w:tcPr>
            <w:tcW w:w="5102" w:type="dxa"/>
            <w:vAlign w:val="center"/>
          </w:tcPr>
          <w:p w14:paraId="4D2C7E3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0 นิ้ว  โดยรวม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พื้นที่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เผื่อ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เย็บ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ไว้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ซ้าย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แล้ว</w:t>
            </w:r>
          </w:p>
        </w:tc>
      </w:tr>
      <w:tr w:rsidR="00FB3D0D" w:rsidRPr="00DD481F" w14:paraId="07E1FDBD" w14:textId="77777777">
        <w:trPr>
          <w:cantSplit/>
        </w:trPr>
        <w:tc>
          <w:tcPr>
            <w:tcW w:w="3487" w:type="dxa"/>
            <w:vAlign w:val="center"/>
          </w:tcPr>
          <w:p w14:paraId="78BE0E0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ตำแหน่ง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ท้าย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</w:p>
        </w:tc>
        <w:tc>
          <w:tcPr>
            <w:tcW w:w="5102" w:type="dxa"/>
            <w:vAlign w:val="center"/>
          </w:tcPr>
          <w:p w14:paraId="2E2CCDDA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ห่าง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กระดาษ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ประมาณ 0.47 นิ้ว</w:t>
            </w:r>
          </w:p>
        </w:tc>
      </w:tr>
      <w:tr w:rsidR="00FB3D0D" w:rsidRPr="00DD481F" w14:paraId="4C47F8F7" w14:textId="77777777">
        <w:trPr>
          <w:cantSplit/>
        </w:trPr>
        <w:tc>
          <w:tcPr>
            <w:tcW w:w="3487" w:type="dxa"/>
            <w:vAlign w:val="center"/>
          </w:tcPr>
          <w:p w14:paraId="03CFF176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พื้นที่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พิมพ์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แนวนอน</w:t>
            </w:r>
          </w:p>
        </w:tc>
        <w:tc>
          <w:tcPr>
            <w:tcW w:w="5102" w:type="dxa"/>
            <w:vAlign w:val="center"/>
          </w:tcPr>
          <w:p w14:paraId="5B6EFF60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ประมาณ 5.97 นิ้ว  ไม่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รวม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ระยะ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ขอบ</w:t>
            </w:r>
          </w:p>
        </w:tc>
      </w:tr>
    </w:tbl>
    <w:p w14:paraId="0026F593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71A7B3B5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วิธี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ตั้งค่า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ใน Word</w:t>
      </w:r>
    </w:p>
    <w:p w14:paraId="49A62682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• เปิด เค้าโครง (Layout)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ขนาด (Size)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A4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แนวตั้ง</w:t>
      </w:r>
    </w:p>
    <w:p w14:paraId="062025EB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เลือก 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ขอบ (Margins)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กำหนด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เอง (Custom Margins)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1.3 นิ้ว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อีก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ด้าน 1 นิ้ว</w:t>
      </w:r>
    </w:p>
    <w:p w14:paraId="1A5B4FF0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เอกสาร (Whole document)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ว่าไม่ได้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สะท้อน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หนังสือ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โดยไม่ตั้งใจ</w:t>
      </w:r>
    </w:p>
    <w:p w14:paraId="3C165A1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หาก Word แสดง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หน่วย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เซนติเมตร สามารถ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 1.3 in หรือ 1 in ลง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โดยตรง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ค่าที่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แปลง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ยืนยัน</w:t>
      </w:r>
    </w:p>
    <w:p w14:paraId="408A1AA3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3 ตัวอักษร ขนาด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การย่อหน้า</w:t>
      </w:r>
    </w:p>
    <w:p w14:paraId="0D2CBE9A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ใช้ TH Sarabun New สำหรับ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ข้อความ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ภาษาไทย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และ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ภาษาอังกฤษ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ให้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สม่ำเสมอ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ทั้ง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เล่ม ตัวอักษร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และ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หัวข้อ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ใช้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สี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ดำ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969"/>
        <w:gridCol w:w="1134"/>
        <w:gridCol w:w="3487"/>
      </w:tblGrid>
      <w:tr w:rsidR="00FB3D0D" w:rsidRPr="00DD481F" w14:paraId="438A466F" w14:textId="77777777">
        <w:trPr>
          <w:cantSplit/>
          <w:tblHeader/>
        </w:trPr>
        <w:tc>
          <w:tcPr>
            <w:tcW w:w="3969" w:type="dxa"/>
            <w:shd w:val="clear" w:color="auto" w:fill="F2F2F2"/>
            <w:vAlign w:val="center"/>
          </w:tcPr>
          <w:p w14:paraId="0898D631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ส่วน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เอกสาร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6A5DCAC6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ขนาด</w:t>
            </w:r>
          </w:p>
        </w:tc>
        <w:tc>
          <w:tcPr>
            <w:tcW w:w="3487" w:type="dxa"/>
            <w:shd w:val="clear" w:color="auto" w:fill="F2F2F2"/>
            <w:vAlign w:val="center"/>
          </w:tcPr>
          <w:p w14:paraId="2B38F7E1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รูปแบบ</w:t>
            </w:r>
          </w:p>
        </w:tc>
      </w:tr>
      <w:tr w:rsidR="00FB3D0D" w:rsidRPr="00DD481F" w14:paraId="06076346" w14:textId="77777777">
        <w:trPr>
          <w:cantSplit/>
        </w:trPr>
        <w:tc>
          <w:tcPr>
            <w:tcW w:w="3969" w:type="dxa"/>
            <w:vAlign w:val="center"/>
          </w:tcPr>
          <w:p w14:paraId="2ABCE60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หลัก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ปก</w:t>
            </w:r>
          </w:p>
        </w:tc>
        <w:tc>
          <w:tcPr>
            <w:tcW w:w="1134" w:type="dxa"/>
            <w:vAlign w:val="center"/>
          </w:tcPr>
          <w:p w14:paraId="2BD2060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20 pt</w:t>
            </w:r>
          </w:p>
        </w:tc>
        <w:tc>
          <w:tcPr>
            <w:tcW w:w="3487" w:type="dxa"/>
            <w:vAlign w:val="center"/>
          </w:tcPr>
          <w:p w14:paraId="333EA9DD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หนา</w:t>
            </w:r>
          </w:p>
        </w:tc>
      </w:tr>
      <w:tr w:rsidR="00FB3D0D" w:rsidRPr="00DD481F" w14:paraId="5654323B" w14:textId="77777777">
        <w:trPr>
          <w:cantSplit/>
        </w:trPr>
        <w:tc>
          <w:tcPr>
            <w:tcW w:w="3969" w:type="dxa"/>
            <w:vAlign w:val="center"/>
          </w:tcPr>
          <w:p w14:paraId="64781BB1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บท</w:t>
            </w:r>
          </w:p>
        </w:tc>
        <w:tc>
          <w:tcPr>
            <w:tcW w:w="1134" w:type="dxa"/>
            <w:vAlign w:val="center"/>
          </w:tcPr>
          <w:p w14:paraId="6ECB3608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18 pt</w:t>
            </w:r>
          </w:p>
        </w:tc>
        <w:tc>
          <w:tcPr>
            <w:tcW w:w="3487" w:type="dxa"/>
            <w:vAlign w:val="center"/>
          </w:tcPr>
          <w:p w14:paraId="04E4BDD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หนา แยก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คนละ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บรรทัด</w:t>
            </w:r>
          </w:p>
        </w:tc>
      </w:tr>
      <w:tr w:rsidR="00FB3D0D" w:rsidRPr="00DD481F" w14:paraId="0A657F95" w14:textId="77777777">
        <w:trPr>
          <w:cantSplit/>
        </w:trPr>
        <w:tc>
          <w:tcPr>
            <w:tcW w:w="3969" w:type="dxa"/>
            <w:vAlign w:val="center"/>
          </w:tcPr>
          <w:p w14:paraId="7717D9B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หลัก เช่น 1.1</w:t>
            </w:r>
          </w:p>
        </w:tc>
        <w:tc>
          <w:tcPr>
            <w:tcW w:w="1134" w:type="dxa"/>
            <w:vAlign w:val="center"/>
          </w:tcPr>
          <w:p w14:paraId="690780D1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16 pt</w:t>
            </w:r>
          </w:p>
        </w:tc>
        <w:tc>
          <w:tcPr>
            <w:tcW w:w="3487" w:type="dxa"/>
            <w:vAlign w:val="center"/>
          </w:tcPr>
          <w:p w14:paraId="5FE5B534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หนา</w:t>
            </w:r>
          </w:p>
        </w:tc>
      </w:tr>
      <w:tr w:rsidR="00FB3D0D" w:rsidRPr="00DD481F" w14:paraId="74B29768" w14:textId="77777777">
        <w:trPr>
          <w:cantSplit/>
        </w:trPr>
        <w:tc>
          <w:tcPr>
            <w:tcW w:w="3969" w:type="dxa"/>
            <w:vAlign w:val="center"/>
          </w:tcPr>
          <w:p w14:paraId="72DC3BFC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ย่อย เช่น 1.1.1</w:t>
            </w:r>
          </w:p>
        </w:tc>
        <w:tc>
          <w:tcPr>
            <w:tcW w:w="1134" w:type="dxa"/>
            <w:vAlign w:val="center"/>
          </w:tcPr>
          <w:p w14:paraId="05F62FF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14 pt</w:t>
            </w:r>
          </w:p>
        </w:tc>
        <w:tc>
          <w:tcPr>
            <w:tcW w:w="3487" w:type="dxa"/>
            <w:vAlign w:val="center"/>
          </w:tcPr>
          <w:p w14:paraId="509B665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หนา</w:t>
            </w:r>
          </w:p>
        </w:tc>
      </w:tr>
      <w:tr w:rsidR="00FB3D0D" w:rsidRPr="00DD481F" w14:paraId="5CED3DFC" w14:textId="77777777">
        <w:trPr>
          <w:cantSplit/>
        </w:trPr>
        <w:tc>
          <w:tcPr>
            <w:tcW w:w="3969" w:type="dxa"/>
            <w:vAlign w:val="center"/>
          </w:tcPr>
          <w:p w14:paraId="026775A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เนื้อความ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ทั่วไป</w:t>
            </w:r>
          </w:p>
        </w:tc>
        <w:tc>
          <w:tcPr>
            <w:tcW w:w="1134" w:type="dxa"/>
            <w:vAlign w:val="center"/>
          </w:tcPr>
          <w:p w14:paraId="56187D46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14 pt</w:t>
            </w:r>
          </w:p>
        </w:tc>
        <w:tc>
          <w:tcPr>
            <w:tcW w:w="3487" w:type="dxa"/>
            <w:vAlign w:val="center"/>
          </w:tcPr>
          <w:p w14:paraId="048AD3D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ปกติ</w:t>
            </w:r>
          </w:p>
        </w:tc>
      </w:tr>
      <w:tr w:rsidR="00FB3D0D" w:rsidRPr="00DD481F" w14:paraId="6E0D1DBE" w14:textId="77777777">
        <w:trPr>
          <w:cantSplit/>
        </w:trPr>
        <w:tc>
          <w:tcPr>
            <w:tcW w:w="3969" w:type="dxa"/>
            <w:vAlign w:val="center"/>
          </w:tcPr>
          <w:p w14:paraId="146FE1D0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ตาราง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ชื่อ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ภาพ</w:t>
            </w:r>
          </w:p>
        </w:tc>
        <w:tc>
          <w:tcPr>
            <w:tcW w:w="1134" w:type="dxa"/>
            <w:vAlign w:val="center"/>
          </w:tcPr>
          <w:p w14:paraId="2336A64E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14 pt</w:t>
            </w:r>
          </w:p>
        </w:tc>
        <w:tc>
          <w:tcPr>
            <w:tcW w:w="3487" w:type="dxa"/>
            <w:vAlign w:val="center"/>
          </w:tcPr>
          <w:p w14:paraId="0296CB97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รูปแบบ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เดียวกัน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ทั้ง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เล่ม</w:t>
            </w:r>
          </w:p>
        </w:tc>
      </w:tr>
      <w:tr w:rsidR="00FB3D0D" w:rsidRPr="00DD481F" w14:paraId="20AE36D2" w14:textId="77777777">
        <w:trPr>
          <w:cantSplit/>
        </w:trPr>
        <w:tc>
          <w:tcPr>
            <w:tcW w:w="3969" w:type="dxa"/>
            <w:vAlign w:val="center"/>
          </w:tcPr>
          <w:p w14:paraId="083B039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เนื้อหา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ตาราง</w:t>
            </w:r>
          </w:p>
        </w:tc>
        <w:tc>
          <w:tcPr>
            <w:tcW w:w="1134" w:type="dxa"/>
            <w:vAlign w:val="center"/>
          </w:tcPr>
          <w:p w14:paraId="5B05116A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14 pt</w:t>
            </w:r>
          </w:p>
        </w:tc>
        <w:tc>
          <w:tcPr>
            <w:tcW w:w="3487" w:type="dxa"/>
            <w:vAlign w:val="center"/>
          </w:tcPr>
          <w:p w14:paraId="6C7A08BD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อาจ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ลด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เป็น 12–13 pt เมื่อ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จำเป็น</w:t>
            </w:r>
          </w:p>
        </w:tc>
      </w:tr>
      <w:tr w:rsidR="00FB3D0D" w:rsidRPr="00DD481F" w14:paraId="07C02A68" w14:textId="77777777">
        <w:trPr>
          <w:cantSplit/>
        </w:trPr>
        <w:tc>
          <w:tcPr>
            <w:tcW w:w="3969" w:type="dxa"/>
            <w:vAlign w:val="center"/>
          </w:tcPr>
          <w:p w14:paraId="5679C904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หมายเหตุ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ที่มา</w:t>
            </w:r>
          </w:p>
        </w:tc>
        <w:tc>
          <w:tcPr>
            <w:tcW w:w="1134" w:type="dxa"/>
            <w:vAlign w:val="center"/>
          </w:tcPr>
          <w:p w14:paraId="1921772C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12–14 pt</w:t>
            </w:r>
          </w:p>
        </w:tc>
        <w:tc>
          <w:tcPr>
            <w:tcW w:w="3487" w:type="dxa"/>
            <w:vAlign w:val="center"/>
          </w:tcPr>
          <w:p w14:paraId="33E588DC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ต้อง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อ่าน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ได้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ชัดเจน</w:t>
            </w:r>
          </w:p>
        </w:tc>
      </w:tr>
      <w:tr w:rsidR="00FB3D0D" w:rsidRPr="00DD481F" w14:paraId="5E947554" w14:textId="77777777">
        <w:trPr>
          <w:cantSplit/>
        </w:trPr>
        <w:tc>
          <w:tcPr>
            <w:tcW w:w="3969" w:type="dxa"/>
            <w:vAlign w:val="center"/>
          </w:tcPr>
          <w:p w14:paraId="72277A05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เลขหน้า</w:t>
            </w:r>
          </w:p>
        </w:tc>
        <w:tc>
          <w:tcPr>
            <w:tcW w:w="1134" w:type="dxa"/>
            <w:vAlign w:val="center"/>
          </w:tcPr>
          <w:p w14:paraId="6F811264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11 pt</w:t>
            </w:r>
          </w:p>
        </w:tc>
        <w:tc>
          <w:tcPr>
            <w:tcW w:w="3487" w:type="dxa"/>
            <w:vAlign w:val="center"/>
          </w:tcPr>
          <w:p w14:paraId="45AB7AD7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ตัว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ปกติ</w:t>
            </w:r>
          </w:p>
        </w:tc>
      </w:tr>
    </w:tbl>
    <w:p w14:paraId="0065EE96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617EA684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เนื้อความ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 1.5 เท่า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เพื่อให้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ช่องไฟ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สม่ำเสมอ</w:t>
      </w:r>
    </w:p>
    <w:p w14:paraId="52C6EE5F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ย่อหน้า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แรก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เยื้อง 0.5 นิ้ว 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จาก Paragraph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Special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First line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เคาะ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เว้นวรรค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หลายครั้ง</w:t>
      </w:r>
    </w:p>
    <w:p w14:paraId="34B38143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แรก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เนื้อความ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 Heading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ถัดไป</w:t>
      </w:r>
    </w:p>
    <w:p w14:paraId="6572BD8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 APA 7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 2 เท่า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แขวน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 11</w:t>
      </w:r>
    </w:p>
    <w:p w14:paraId="7DDCF9B7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4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3 ตำแหน่ง</w:t>
      </w:r>
    </w:p>
    <w:p w14:paraId="2164EB5A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ตำแหน่ง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แท็บ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วัด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จาก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ขอบ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ซ้าย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ของ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พื้นที่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พิมพ์ หลัง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หัก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ระยะ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ขอบ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ซ้าย 1.3 นิ้ว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แล้ว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5187"/>
      </w:tblGrid>
      <w:tr w:rsidR="00FB3D0D" w:rsidRPr="00DD481F" w14:paraId="46EA7E2B" w14:textId="77777777">
        <w:trPr>
          <w:cantSplit/>
          <w:tblHeader/>
        </w:trPr>
        <w:tc>
          <w:tcPr>
            <w:tcW w:w="1701" w:type="dxa"/>
            <w:shd w:val="clear" w:color="auto" w:fill="F2F2F2"/>
            <w:vAlign w:val="center"/>
          </w:tcPr>
          <w:p w14:paraId="37A59790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ตำแหน่ง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66B44E2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ค่า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แท็บ</w:t>
            </w:r>
          </w:p>
        </w:tc>
        <w:tc>
          <w:tcPr>
            <w:tcW w:w="5187" w:type="dxa"/>
            <w:shd w:val="clear" w:color="auto" w:fill="F2F2F2"/>
            <w:vAlign w:val="center"/>
          </w:tcPr>
          <w:p w14:paraId="2E27C62D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การใช้งาน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ตัวอย่าง</w:t>
            </w:r>
          </w:p>
        </w:tc>
      </w:tr>
      <w:tr w:rsidR="00FB3D0D" w:rsidRPr="00DD481F" w14:paraId="7A8F2766" w14:textId="77777777">
        <w:trPr>
          <w:cantSplit/>
        </w:trPr>
        <w:tc>
          <w:tcPr>
            <w:tcW w:w="1701" w:type="dxa"/>
            <w:vAlign w:val="center"/>
          </w:tcPr>
          <w:p w14:paraId="2CF71EF3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แท็บ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1</w:t>
            </w:r>
          </w:p>
        </w:tc>
        <w:tc>
          <w:tcPr>
            <w:tcW w:w="1701" w:type="dxa"/>
            <w:vAlign w:val="center"/>
          </w:tcPr>
          <w:p w14:paraId="1F6B1643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0.5 นิ้ว</w:t>
            </w:r>
          </w:p>
        </w:tc>
        <w:tc>
          <w:tcPr>
            <w:tcW w:w="5187" w:type="dxa"/>
            <w:vAlign w:val="center"/>
          </w:tcPr>
          <w:p w14:paraId="6A41D4D7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เริ่ม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ความหลัง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หลัก</w:t>
            </w:r>
          </w:p>
        </w:tc>
      </w:tr>
      <w:tr w:rsidR="00FB3D0D" w:rsidRPr="00DD481F" w14:paraId="1EE40623" w14:textId="77777777">
        <w:trPr>
          <w:cantSplit/>
        </w:trPr>
        <w:tc>
          <w:tcPr>
            <w:tcW w:w="1701" w:type="dxa"/>
            <w:vAlign w:val="center"/>
          </w:tcPr>
          <w:p w14:paraId="60E77874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แท็บ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2</w:t>
            </w:r>
          </w:p>
        </w:tc>
        <w:tc>
          <w:tcPr>
            <w:tcW w:w="1701" w:type="dxa"/>
            <w:vAlign w:val="center"/>
          </w:tcPr>
          <w:p w14:paraId="2B04D27C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1.0 นิ้ว</w:t>
            </w:r>
          </w:p>
        </w:tc>
        <w:tc>
          <w:tcPr>
            <w:tcW w:w="5187" w:type="dxa"/>
            <w:vAlign w:val="center"/>
          </w:tcPr>
          <w:p w14:paraId="730B9870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เริ่ม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ความหลัง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หัวข้อ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ย่อย</w:t>
            </w:r>
          </w:p>
        </w:tc>
      </w:tr>
      <w:tr w:rsidR="00FB3D0D" w:rsidRPr="00DD481F" w14:paraId="569BF8DF" w14:textId="77777777">
        <w:trPr>
          <w:cantSplit/>
        </w:trPr>
        <w:tc>
          <w:tcPr>
            <w:tcW w:w="1701" w:type="dxa"/>
            <w:vAlign w:val="center"/>
          </w:tcPr>
          <w:p w14:paraId="2CCC3386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แท็บ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3</w:t>
            </w:r>
          </w:p>
        </w:tc>
        <w:tc>
          <w:tcPr>
            <w:tcW w:w="1701" w:type="dxa"/>
            <w:vAlign w:val="center"/>
          </w:tcPr>
          <w:p w14:paraId="30E1681C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1.5 นิ้ว</w:t>
            </w:r>
          </w:p>
        </w:tc>
        <w:tc>
          <w:tcPr>
            <w:tcW w:w="5187" w:type="dxa"/>
            <w:vAlign w:val="center"/>
          </w:tcPr>
          <w:p w14:paraId="5263B823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แนว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เริ่ม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ข้อความ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ของ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รายการ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ย่อย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อีก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ระดับ</w:t>
            </w:r>
          </w:p>
        </w:tc>
      </w:tr>
    </w:tbl>
    <w:p w14:paraId="38A75AE7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07572C3C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วิธี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ตั้งค่า</w:t>
      </w:r>
    </w:p>
    <w:p w14:paraId="3648A4E2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หัวข้อ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Home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กล่อง Paragraph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Tabs</w:t>
      </w:r>
    </w:p>
    <w:p w14:paraId="1BEA3697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Clear All เฉพาะ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เลือก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 0.5 นิ้ว เลือก Left และ None จากนั้น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กด Set</w:t>
      </w:r>
    </w:p>
    <w:p w14:paraId="033CF316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ทำซ้ำ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1.0 และ 1.5 นิ้ว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กด OK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จุด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ทั่วไป</w:t>
      </w:r>
    </w:p>
    <w:p w14:paraId="54463742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ตัวอย่าง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แนว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เริ่ม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เลข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ข้อความ</w:t>
      </w:r>
    </w:p>
    <w:p w14:paraId="24C2B586" w14:textId="77777777" w:rsidR="00FB3D0D" w:rsidRPr="00DD481F" w:rsidRDefault="00000000">
      <w:pPr>
        <w:tabs>
          <w:tab w:val="left" w:pos="720"/>
          <w:tab w:val="left" w:pos="1440"/>
          <w:tab w:val="left" w:pos="2160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1.1</w:t>
      </w:r>
      <w:r w:rsidRPr="00DD481F">
        <w:rPr>
          <w:rFonts w:ascii="TH SarabunPSK" w:hAnsi="TH SarabunPSK" w:cs="TH SarabunPSK"/>
          <w:sz w:val="32"/>
          <w:szCs w:val="32"/>
        </w:rPr>
        <w:tab/>
        <w:t>วัตถุประสงค์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</w:p>
    <w:p w14:paraId="5CBA984A" w14:textId="77777777" w:rsidR="00FB3D0D" w:rsidRPr="00DD481F" w:rsidRDefault="00000000">
      <w:pPr>
        <w:tabs>
          <w:tab w:val="left" w:pos="720"/>
          <w:tab w:val="left" w:pos="1440"/>
          <w:tab w:val="left" w:pos="2160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ab/>
        <w:t>1.1.1</w:t>
      </w:r>
      <w:r w:rsidRPr="00DD481F">
        <w:rPr>
          <w:rFonts w:ascii="TH SarabunPSK" w:hAnsi="TH SarabunPSK" w:cs="TH SarabunPSK"/>
          <w:sz w:val="32"/>
          <w:szCs w:val="32"/>
        </w:rPr>
        <w:tab/>
        <w:t>วัตถุประสงค์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ที่หนึ่ง</w:t>
      </w:r>
    </w:p>
    <w:p w14:paraId="7D713B13" w14:textId="77777777" w:rsidR="00FB3D0D" w:rsidRPr="00DD481F" w:rsidRDefault="00000000">
      <w:pPr>
        <w:tabs>
          <w:tab w:val="left" w:pos="720"/>
          <w:tab w:val="left" w:pos="1440"/>
          <w:tab w:val="left" w:pos="2160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ab/>
      </w:r>
      <w:r w:rsidRPr="00DD481F">
        <w:rPr>
          <w:rFonts w:ascii="TH SarabunPSK" w:hAnsi="TH SarabunPSK" w:cs="TH SarabunPSK"/>
          <w:sz w:val="32"/>
          <w:szCs w:val="32"/>
        </w:rPr>
        <w:tab/>
        <w:t>(1)</w:t>
      </w:r>
      <w:r w:rsidRPr="00DD481F">
        <w:rPr>
          <w:rFonts w:ascii="TH SarabunPSK" w:hAnsi="TH SarabunPSK" w:cs="TH SarabunPSK"/>
          <w:sz w:val="32"/>
          <w:szCs w:val="32"/>
        </w:rPr>
        <w:tab/>
        <w:t>รายละเอียด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ประกอบ</w:t>
      </w:r>
    </w:p>
    <w:p w14:paraId="7BF4533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แรกเริ่ม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เลขที่ 0 นิ้ว 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เลขที่ 0.5 นิ้ว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เลขที่ 1.0 นิ้ว โดย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ถัดไป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เป็นแนว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ข้อความ</w:t>
      </w:r>
    </w:p>
    <w:p w14:paraId="6728726A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กด Tab 3 ครั้ง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เลขลำดับ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หลาย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อัตโนมัติ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ความใน Multilevel List แทน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ซ้ำ</w:t>
      </w:r>
    </w:p>
    <w:p w14:paraId="15BA30D7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5 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หน้าปก</w:t>
      </w:r>
    </w:p>
    <w:p w14:paraId="22F063E6" w14:textId="77777777" w:rsidR="00FB3D0D" w:rsidRPr="00DD481F" w:rsidRDefault="00000000">
      <w:pPr>
        <w:tabs>
          <w:tab w:val="center" w:pos="4297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ab/>
      </w:r>
      <w:r w:rsidRPr="00DD481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7265D44A" wp14:editId="478DFE2A">
            <wp:extent cx="1260000" cy="1263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pticec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54671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ตัวอย่าง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โลโก้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กว้าง 3.50 ซม. สูง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ประมาณ 3.51 ซม.</w:t>
      </w:r>
    </w:p>
    <w:p w14:paraId="45DC5FBA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ไฟล์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 800 × 802 พิกเซล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 3.50 ซม.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ประมาณ 1.38 นิ้ว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ล็อก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อัตราส่วน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เดิม ความสูง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อัตโนมัติ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ประมาณ 3.51 ซม. 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แนะนำ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</w:p>
    <w:p w14:paraId="32513405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วิธี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แทรก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โลโก้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ใน Word</w:t>
      </w:r>
    </w:p>
    <w:p w14:paraId="7045684C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• Insert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Pictures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ไฟล์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ต้นฉบับ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คัดลอก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หน้าจอ</w:t>
      </w:r>
    </w:p>
    <w:p w14:paraId="31BF2C90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• Picture Format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Size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เปิด Lock aspect ratio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เฉพาะ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 3.50 ซม.</w:t>
      </w:r>
    </w:p>
    <w:p w14:paraId="0E1D5B05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• เลือก Wrap Text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In Line with Text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กึ่งกลาง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พื้นที่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ตำแหน่ง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เดียวกัน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สองหน้า</w:t>
      </w:r>
    </w:p>
    <w:p w14:paraId="173985F7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เว้นระยะ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ชัดเจน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เท่ากัน หลีกเลี่ยง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การบีบ ยืด เปลี่ยนสี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ตรา</w:t>
      </w:r>
    </w:p>
    <w:p w14:paraId="14D52295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ข้อมูล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ที่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ต้อง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มี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บน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ปก</w:t>
      </w:r>
    </w:p>
    <w:p w14:paraId="4F9C7D67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ภาษาอังกฤษ ผู้จัดทำ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รหัส หลักสูตร สาขาวิชา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วิทยาลัย ภาคเรียน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ปีการศึกษา 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เพิ่ม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อาจารย์ที่ปรึกษา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กำหนด</w:t>
      </w:r>
    </w:p>
    <w:p w14:paraId="4183B900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6 เลขหน้า สารบัญ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ขึ้น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หน้าใหม่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487"/>
        <w:gridCol w:w="5102"/>
      </w:tblGrid>
      <w:tr w:rsidR="00FB3D0D" w:rsidRPr="00DD481F" w14:paraId="2E3D7937" w14:textId="77777777">
        <w:trPr>
          <w:cantSplit/>
          <w:tblHeader/>
        </w:trPr>
        <w:tc>
          <w:tcPr>
            <w:tcW w:w="3487" w:type="dxa"/>
            <w:shd w:val="clear" w:color="auto" w:fill="F2F2F2"/>
            <w:vAlign w:val="center"/>
          </w:tcPr>
          <w:p w14:paraId="755D140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ส่วน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ของ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รูป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เล่ม</w:t>
            </w:r>
          </w:p>
        </w:tc>
        <w:tc>
          <w:tcPr>
            <w:tcW w:w="5102" w:type="dxa"/>
            <w:shd w:val="clear" w:color="auto" w:fill="F2F2F2"/>
            <w:vAlign w:val="center"/>
          </w:tcPr>
          <w:p w14:paraId="0ED576D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การ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นับ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แสดง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เลขหน้า</w:t>
            </w:r>
          </w:p>
        </w:tc>
      </w:tr>
      <w:tr w:rsidR="00FB3D0D" w:rsidRPr="00DD481F" w14:paraId="0F66EECC" w14:textId="77777777">
        <w:trPr>
          <w:cantSplit/>
        </w:trPr>
        <w:tc>
          <w:tcPr>
            <w:tcW w:w="3487" w:type="dxa"/>
            <w:vAlign w:val="center"/>
          </w:tcPr>
          <w:p w14:paraId="075FFBAA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นอก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และ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ใน</w:t>
            </w:r>
          </w:p>
        </w:tc>
        <w:tc>
          <w:tcPr>
            <w:tcW w:w="5102" w:type="dxa"/>
            <w:vAlign w:val="center"/>
          </w:tcPr>
          <w:p w14:paraId="0846639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ไม่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แสดง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เลขหน้า</w:t>
            </w:r>
          </w:p>
        </w:tc>
      </w:tr>
      <w:tr w:rsidR="00FB3D0D" w:rsidRPr="00DD481F" w14:paraId="7FF431FD" w14:textId="77777777">
        <w:trPr>
          <w:cantSplit/>
        </w:trPr>
        <w:tc>
          <w:tcPr>
            <w:tcW w:w="3487" w:type="dxa"/>
            <w:vAlign w:val="center"/>
          </w:tcPr>
          <w:p w14:paraId="7AE3CD44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ส่วน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ต้น ตั้งแต่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คำนำ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ถึง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สารบัญ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ภาพ</w:t>
            </w:r>
          </w:p>
        </w:tc>
        <w:tc>
          <w:tcPr>
            <w:tcW w:w="5102" w:type="dxa"/>
            <w:vAlign w:val="center"/>
          </w:tcPr>
          <w:p w14:paraId="10469CA5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ใช้ ก ข ค … เริ่ม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คำนำ</w:t>
            </w:r>
          </w:p>
        </w:tc>
      </w:tr>
      <w:tr w:rsidR="00FB3D0D" w:rsidRPr="00DD481F" w14:paraId="3ACAD4F0" w14:textId="77777777">
        <w:trPr>
          <w:cantSplit/>
        </w:trPr>
        <w:tc>
          <w:tcPr>
            <w:tcW w:w="3487" w:type="dxa"/>
            <w:vAlign w:val="center"/>
          </w:tcPr>
          <w:p w14:paraId="562EC51F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เนื้อหา ตั้งแต่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1</w:t>
            </w:r>
          </w:p>
        </w:tc>
        <w:tc>
          <w:tcPr>
            <w:tcW w:w="5102" w:type="dxa"/>
            <w:vAlign w:val="center"/>
          </w:tcPr>
          <w:p w14:paraId="5B4D2D2C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อารบิก เริ่ม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1</w:t>
            </w:r>
          </w:p>
        </w:tc>
      </w:tr>
      <w:tr w:rsidR="00FB3D0D" w:rsidRPr="00DD481F" w14:paraId="37BF5518" w14:textId="77777777">
        <w:trPr>
          <w:cantSplit/>
        </w:trPr>
        <w:tc>
          <w:tcPr>
            <w:tcW w:w="3487" w:type="dxa"/>
            <w:vAlign w:val="center"/>
          </w:tcPr>
          <w:p w14:paraId="1257E0DE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บรรณานุกรม ภาคผนวก ประวัติ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ผู้วิจัย</w:t>
            </w:r>
          </w:p>
        </w:tc>
        <w:tc>
          <w:tcPr>
            <w:tcW w:w="5102" w:type="dxa"/>
            <w:vAlign w:val="center"/>
          </w:tcPr>
          <w:p w14:paraId="505A6AC8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ใช้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เลข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ต่อ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จาก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บท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ที่ 5</w:t>
            </w:r>
          </w:p>
        </w:tc>
      </w:tr>
    </w:tbl>
    <w:p w14:paraId="42305CC6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5463F6B7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การแบ่งส่วน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เอกสาร</w:t>
      </w:r>
    </w:p>
    <w:p w14:paraId="19FC9BB5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แบ่ง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น้อย 3 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ด้วย Layout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Breaks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Section Breaks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Next Page ได้แก่ ปก 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</w:p>
    <w:p w14:paraId="0AEE1E56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ปิด Link to Previous 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เริ่มต้น</w:t>
      </w:r>
    </w:p>
    <w:p w14:paraId="6C0E89D4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วาง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ตำแหน่ง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เดียวกัน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 โดย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ฟิลด์ Page Number แทน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เอง</w:t>
      </w:r>
    </w:p>
    <w:p w14:paraId="04CA79E3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แท็บ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สารบัญ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เลขหน้า</w:t>
      </w:r>
    </w:p>
    <w:p w14:paraId="66B2B448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ชิดขวา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5.95 นิ้ว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จุด (Leader 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จุด) จากนั้น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กด Tab หนึ่ง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ครั้ง 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เลขหน้า</w:t>
      </w:r>
    </w:p>
    <w:p w14:paraId="70BB1E8C" w14:textId="77777777" w:rsidR="00FB3D0D" w:rsidRPr="00DD481F" w:rsidRDefault="00000000">
      <w:pPr>
        <w:tabs>
          <w:tab w:val="right" w:leader="dot" w:pos="8568"/>
        </w:tabs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1 บทนำ</w:t>
      </w:r>
      <w:r w:rsidRPr="00DD481F">
        <w:rPr>
          <w:rFonts w:ascii="TH SarabunPSK" w:hAnsi="TH SarabunPSK" w:cs="TH SarabunPSK"/>
          <w:sz w:val="32"/>
          <w:szCs w:val="32"/>
        </w:rPr>
        <w:tab/>
        <w:t>1</w:t>
      </w:r>
    </w:p>
    <w:p w14:paraId="558FCC6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ค่า 5.95 นิ้ว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อยู่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ภายใน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พื้นที่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ประมาณ 5.97 นิ้ว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 A4 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1.3 นิ้ว 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ขวา 1 นิ้ว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สร้าง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อัตโนมัติ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 Heading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อัปเดต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หลัง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ครั้งสุดท้าย</w:t>
      </w:r>
    </w:p>
    <w:p w14:paraId="08A09842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7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จัดทำ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</w:p>
    <w:p w14:paraId="13FDC87D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สร้าง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ด้วย Insert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Table 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คอลัมน์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ชัด 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หน่วย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จำนวน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กลุ่มตัวอย่าง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เมื่อ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จำเป็น</w:t>
      </w:r>
    </w:p>
    <w:p w14:paraId="0A0112D8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กำหนด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 เช่น 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4.1 หมายถึง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แรก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4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กล่าวถึง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แสดง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</w:p>
    <w:p w14:paraId="663C9B1E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วาง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เหนือ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มาจาก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อื่น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ที่มา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ใต้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</w:p>
    <w:p w14:paraId="3E17C602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รวม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เกิน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พื้นที่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ประมาณ 5.97 นิ้ว 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ข้ามหน้า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ซ้ำ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ป้องกัน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แยก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แถว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เดียวกัน</w:t>
      </w:r>
    </w:p>
    <w:p w14:paraId="31141B16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ตัวอย่าง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ตำแหน่ง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ตาราง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ใน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บท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ที่ 4</w:t>
      </w:r>
    </w:p>
    <w:p w14:paraId="6B5FE518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ตาราง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ที่ 4.1 ตัวอย่าง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การ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นำเสนอ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ผล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ประเมิน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ราย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ด้าน</w:t>
      </w:r>
    </w:p>
    <w:tbl>
      <w:tblPr>
        <w:tblW w:w="8589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5187"/>
        <w:gridCol w:w="1701"/>
        <w:gridCol w:w="1701"/>
      </w:tblGrid>
      <w:tr w:rsidR="00FB3D0D" w:rsidRPr="00DD481F" w14:paraId="725C381A" w14:textId="77777777" w:rsidTr="00DD481F">
        <w:trPr>
          <w:cantSplit/>
          <w:tblHeader/>
        </w:trPr>
        <w:tc>
          <w:tcPr>
            <w:tcW w:w="5187" w:type="dxa"/>
            <w:shd w:val="clear" w:color="auto" w:fill="F2F2F2"/>
            <w:vAlign w:val="center"/>
          </w:tcPr>
          <w:p w14:paraId="58E4BC35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ราย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การประเมิน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5A152C12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ค่าเฉลี่ย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7948A12D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S.D.</w:t>
            </w:r>
          </w:p>
        </w:tc>
      </w:tr>
      <w:tr w:rsidR="00FB3D0D" w:rsidRPr="00DD481F" w14:paraId="4A62AEEE" w14:textId="77777777" w:rsidTr="00DD481F">
        <w:trPr>
          <w:cantSplit/>
        </w:trPr>
        <w:tc>
          <w:tcPr>
            <w:tcW w:w="5187" w:type="dxa"/>
            <w:vAlign w:val="center"/>
          </w:tcPr>
          <w:p w14:paraId="56E127EB" w14:textId="77777777" w:rsidR="00FB3D0D" w:rsidRPr="00DD481F" w:rsidRDefault="00000000" w:rsidP="00DD481F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การ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ออกแบบ</w:t>
            </w:r>
          </w:p>
        </w:tc>
        <w:tc>
          <w:tcPr>
            <w:tcW w:w="1701" w:type="dxa"/>
            <w:vAlign w:val="center"/>
          </w:tcPr>
          <w:p w14:paraId="16C5408F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4.20</w:t>
            </w:r>
          </w:p>
        </w:tc>
        <w:tc>
          <w:tcPr>
            <w:tcW w:w="1701" w:type="dxa"/>
            <w:vAlign w:val="center"/>
          </w:tcPr>
          <w:p w14:paraId="284A6DCA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0.55</w:t>
            </w:r>
          </w:p>
        </w:tc>
      </w:tr>
      <w:tr w:rsidR="00FB3D0D" w:rsidRPr="00DD481F" w14:paraId="58C3527A" w14:textId="77777777" w:rsidTr="00DD481F">
        <w:trPr>
          <w:cantSplit/>
        </w:trPr>
        <w:tc>
          <w:tcPr>
            <w:tcW w:w="5187" w:type="dxa"/>
            <w:vAlign w:val="center"/>
          </w:tcPr>
          <w:p w14:paraId="46DDC46A" w14:textId="77777777" w:rsidR="00FB3D0D" w:rsidRPr="00DD481F" w:rsidRDefault="00000000" w:rsidP="00DD481F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การใช้งาน</w:t>
            </w:r>
          </w:p>
        </w:tc>
        <w:tc>
          <w:tcPr>
            <w:tcW w:w="1701" w:type="dxa"/>
            <w:vAlign w:val="center"/>
          </w:tcPr>
          <w:p w14:paraId="44C4FC2F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4.40</w:t>
            </w:r>
          </w:p>
        </w:tc>
        <w:tc>
          <w:tcPr>
            <w:tcW w:w="1701" w:type="dxa"/>
            <w:vAlign w:val="center"/>
          </w:tcPr>
          <w:p w14:paraId="540B8392" w14:textId="77777777" w:rsidR="00FB3D0D" w:rsidRPr="00DD481F" w:rsidRDefault="00000000" w:rsidP="00DD481F">
            <w:pPr>
              <w:keepNext/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0.49</w:t>
            </w:r>
          </w:p>
        </w:tc>
      </w:tr>
      <w:tr w:rsidR="00FB3D0D" w:rsidRPr="00DD481F" w14:paraId="27626958" w14:textId="77777777" w:rsidTr="00DD481F">
        <w:trPr>
          <w:cantSplit/>
        </w:trPr>
        <w:tc>
          <w:tcPr>
            <w:tcW w:w="5187" w:type="dxa"/>
            <w:vAlign w:val="center"/>
          </w:tcPr>
          <w:p w14:paraId="583FF560" w14:textId="77777777" w:rsidR="00FB3D0D" w:rsidRPr="00DD481F" w:rsidRDefault="00000000" w:rsidP="00DD481F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ด้าน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ประโยชน์</w:t>
            </w:r>
          </w:p>
        </w:tc>
        <w:tc>
          <w:tcPr>
            <w:tcW w:w="1701" w:type="dxa"/>
            <w:vAlign w:val="center"/>
          </w:tcPr>
          <w:p w14:paraId="28B542A9" w14:textId="77777777" w:rsidR="00FB3D0D" w:rsidRPr="00DD481F" w:rsidRDefault="00000000" w:rsidP="00DD481F">
            <w:pPr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4.30</w:t>
            </w:r>
          </w:p>
        </w:tc>
        <w:tc>
          <w:tcPr>
            <w:tcW w:w="1701" w:type="dxa"/>
            <w:vAlign w:val="center"/>
          </w:tcPr>
          <w:p w14:paraId="4CCB1E9E" w14:textId="77777777" w:rsidR="00FB3D0D" w:rsidRPr="00DD481F" w:rsidRDefault="00000000" w:rsidP="00DD481F">
            <w:pPr>
              <w:spacing w:after="0" w:line="264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0.52</w:t>
            </w:r>
          </w:p>
        </w:tc>
      </w:tr>
    </w:tbl>
    <w:p w14:paraId="05701590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37F7D874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หมายเหตุ ตัวเลข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ทั้งหมด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สมมติ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สาธิต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ผลการวิจัย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จริง; S.D. หมายถึง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เบี่ยงเบน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มาตรฐาน</w:t>
      </w:r>
    </w:p>
    <w:p w14:paraId="3A37BB40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คำบรรยาย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ตัวอย่าง: 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4.1 ด้าน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การใช้งาน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ค่าเฉลี่ย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สูง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ที่สุด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อย่างนี้ 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แปล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เกณฑ์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ไว้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3</w:t>
      </w:r>
    </w:p>
    <w:p w14:paraId="0717495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ช่วย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 APA 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ฉบับ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แนวทาง APA ซึ่ง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จำกัด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เท่าที่จำเป็น</w:t>
      </w:r>
    </w:p>
    <w:p w14:paraId="23644B58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ประกอบการ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อ่าน: [8] ดู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</w:p>
    <w:p w14:paraId="59AB3B2B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8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ภาพประกอบ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แผนภาพ</w:t>
      </w:r>
    </w:p>
    <w:p w14:paraId="1909D669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สัมพันธ์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เช่น ชิ้นงาน หน้าจอ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ระบบ แผนภาพ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กราฟ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กล่าวถึง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แสดง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</w:p>
    <w:p w14:paraId="2973424D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พอดี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พื้นที่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 ล็อก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สัดส่วน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ตัวหนังสือ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ยัง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เมื่อ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</w:t>
      </w:r>
    </w:p>
    <w:p w14:paraId="45C35ABD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ภาพถ่าย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หน้าจอ แนะนำ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ละเอียด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ประมาณ 300 พิกเซล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นิ้ว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ขยายภาพ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เล็ก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แตก</w:t>
      </w:r>
    </w:p>
    <w:p w14:paraId="727CEB89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ตัวอย่าง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ตำแหน่ง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ภาพ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ใน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บท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ที่ 3</w:t>
      </w:r>
    </w:p>
    <w:p w14:paraId="3D64CFAB" w14:textId="77777777" w:rsidR="00FB3D0D" w:rsidRPr="00DD481F" w:rsidRDefault="00000000">
      <w:pPr>
        <w:keepNext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drawing>
          <wp:inline distT="0" distB="0" distL="0" distR="0" wp14:anchorId="2D5C5EA9" wp14:editId="4BA84539">
            <wp:extent cx="5400000" cy="1161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ide-proces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6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FB859" w14:textId="77777777" w:rsidR="00FB3D0D" w:rsidRPr="00DD481F" w:rsidRDefault="00000000" w:rsidP="00DD481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b/>
          <w:sz w:val="32"/>
          <w:szCs w:val="32"/>
        </w:rPr>
        <w:t>ภาพ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ที่ 3.1 กรอบ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การทำงาน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ของ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ระบบ</w:t>
      </w:r>
      <w:r w:rsidRPr="00DD481F">
        <w:rPr>
          <w:rFonts w:ascii="Arial" w:hAnsi="Arial" w:cs="Arial"/>
          <w:b/>
          <w:sz w:val="32"/>
          <w:szCs w:val="32"/>
        </w:rPr>
        <w:t>​</w:t>
      </w:r>
      <w:r w:rsidRPr="00DD481F">
        <w:rPr>
          <w:rFonts w:ascii="TH SarabunPSK" w:hAnsi="TH SarabunPSK" w:cs="TH SarabunPSK"/>
          <w:b/>
          <w:sz w:val="32"/>
          <w:szCs w:val="32"/>
        </w:rPr>
        <w:t>ตัวอย่าง</w:t>
      </w:r>
    </w:p>
    <w:p w14:paraId="41D01762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ที่มา ผู้จัดทำ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สร้าง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ขึ้น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สาธิต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</w:p>
    <w:p w14:paraId="671DD767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 วาง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ใต้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 เช่น 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3.1 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3.2</w:t>
      </w:r>
    </w:p>
    <w:p w14:paraId="7EDD6B39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ผู้อื่น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ที่มา 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เงื่อนไข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การใช้งาน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บันทึก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ดัดแปลง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 “ดัดแปลง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จาก”</w:t>
      </w:r>
    </w:p>
    <w:p w14:paraId="0F675DA0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ตำแหน่ง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ใต้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แยก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กำหนดให้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 APA 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ฉบับ APA จะ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เหนือ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ลำดับ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แนวทาง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 APA</w:t>
      </w:r>
    </w:p>
    <w:p w14:paraId="0B7F769B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ประกอบการ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อ่าน: [9] ดู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</w:p>
    <w:p w14:paraId="33F5C39E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9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 APA 7</w:t>
      </w:r>
    </w:p>
    <w:p w14:paraId="765E5DC9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เมื่อ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แนวคิด ข้อมูล คำอธิบาย ตาราง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อื่น 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ใกล้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นำมาใช้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นั้น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 ระบบ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 APA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เผยแพร่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เป็นหลัก [1]</w:t>
      </w:r>
    </w:p>
    <w:p w14:paraId="1D40DC9C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9.1 การเขียน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สอง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รูปแบบ</w:t>
      </w:r>
    </w:p>
    <w:p w14:paraId="5C5C186C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บรรยาย: ผู้แต่ง (ปี) อธิบาย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 …</w:t>
      </w:r>
    </w:p>
    <w:p w14:paraId="5421D993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วงเล็บ: … (ผู้แต่ง, ปี)</w:t>
      </w:r>
    </w:p>
    <w:p w14:paraId="31A4BD49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ภาษาอังกฤษ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ต่อไปนี้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แสดง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เท่านั้น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วิจัย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ผู้เรียน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นำไปใช้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1757"/>
        <w:gridCol w:w="3402"/>
        <w:gridCol w:w="3430"/>
      </w:tblGrid>
      <w:tr w:rsidR="00FB3D0D" w:rsidRPr="00DD481F" w14:paraId="12EF1E01" w14:textId="77777777">
        <w:trPr>
          <w:cantSplit/>
          <w:tblHeader/>
        </w:trPr>
        <w:tc>
          <w:tcPr>
            <w:tcW w:w="1757" w:type="dxa"/>
            <w:shd w:val="clear" w:color="auto" w:fill="F2F2F2"/>
            <w:vAlign w:val="center"/>
          </w:tcPr>
          <w:p w14:paraId="17FE6E0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ผู้แต่ง</w:t>
            </w:r>
          </w:p>
        </w:tc>
        <w:tc>
          <w:tcPr>
            <w:tcW w:w="3402" w:type="dxa"/>
            <w:shd w:val="clear" w:color="auto" w:fill="F2F2F2"/>
            <w:vAlign w:val="center"/>
          </w:tcPr>
          <w:p w14:paraId="16D04B47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แบบ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บรรยาย</w:t>
            </w:r>
          </w:p>
        </w:tc>
        <w:tc>
          <w:tcPr>
            <w:tcW w:w="3430" w:type="dxa"/>
            <w:shd w:val="clear" w:color="auto" w:fill="F2F2F2"/>
            <w:vAlign w:val="center"/>
          </w:tcPr>
          <w:p w14:paraId="4FE4ADDF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แบบ</w:t>
            </w:r>
            <w:r w:rsidRPr="00DD481F">
              <w:rPr>
                <w:rFonts w:ascii="Arial" w:hAnsi="Arial" w:cs="Arial"/>
                <w:b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b/>
                <w:sz w:val="32"/>
                <w:szCs w:val="32"/>
              </w:rPr>
              <w:t>วงเล็บ</w:t>
            </w:r>
          </w:p>
        </w:tc>
      </w:tr>
      <w:tr w:rsidR="00FB3D0D" w:rsidRPr="00DD481F" w14:paraId="7012F248" w14:textId="77777777">
        <w:trPr>
          <w:cantSplit/>
        </w:trPr>
        <w:tc>
          <w:tcPr>
            <w:tcW w:w="1757" w:type="dxa"/>
            <w:vAlign w:val="center"/>
          </w:tcPr>
          <w:p w14:paraId="7A5EC59B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1 คน</w:t>
            </w:r>
          </w:p>
        </w:tc>
        <w:tc>
          <w:tcPr>
            <w:tcW w:w="3402" w:type="dxa"/>
            <w:vAlign w:val="center"/>
          </w:tcPr>
          <w:p w14:paraId="20CFC2D2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Smith (2024)</w:t>
            </w:r>
          </w:p>
        </w:tc>
        <w:tc>
          <w:tcPr>
            <w:tcW w:w="3430" w:type="dxa"/>
            <w:vAlign w:val="center"/>
          </w:tcPr>
          <w:p w14:paraId="5D71C156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(Smith, 2024)</w:t>
            </w:r>
          </w:p>
        </w:tc>
      </w:tr>
      <w:tr w:rsidR="00FB3D0D" w:rsidRPr="00DD481F" w14:paraId="45CCF2EB" w14:textId="77777777">
        <w:trPr>
          <w:cantSplit/>
        </w:trPr>
        <w:tc>
          <w:tcPr>
            <w:tcW w:w="1757" w:type="dxa"/>
            <w:vAlign w:val="center"/>
          </w:tcPr>
          <w:p w14:paraId="21E59F88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2 คน</w:t>
            </w:r>
          </w:p>
        </w:tc>
        <w:tc>
          <w:tcPr>
            <w:tcW w:w="3402" w:type="dxa"/>
            <w:vAlign w:val="center"/>
          </w:tcPr>
          <w:p w14:paraId="0125E320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Smith and Lee (2024)</w:t>
            </w:r>
          </w:p>
        </w:tc>
        <w:tc>
          <w:tcPr>
            <w:tcW w:w="3430" w:type="dxa"/>
            <w:vAlign w:val="center"/>
          </w:tcPr>
          <w:p w14:paraId="2586F760" w14:textId="77777777" w:rsidR="00FB3D0D" w:rsidRPr="00DD481F" w:rsidRDefault="00000000">
            <w:pPr>
              <w:keepNext/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(Smith &amp; Lee, 2024)</w:t>
            </w:r>
          </w:p>
        </w:tc>
      </w:tr>
      <w:tr w:rsidR="00FB3D0D" w:rsidRPr="00DD481F" w14:paraId="699E36A9" w14:textId="77777777">
        <w:trPr>
          <w:cantSplit/>
        </w:trPr>
        <w:tc>
          <w:tcPr>
            <w:tcW w:w="1757" w:type="dxa"/>
            <w:vAlign w:val="center"/>
          </w:tcPr>
          <w:p w14:paraId="62900CEE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3 คน</w:t>
            </w:r>
            <w:r w:rsidRPr="00DD481F">
              <w:rPr>
                <w:rFonts w:ascii="Arial" w:hAnsi="Arial" w:cs="Arial"/>
                <w:sz w:val="32"/>
                <w:szCs w:val="32"/>
              </w:rPr>
              <w:t>​</w:t>
            </w:r>
            <w:r w:rsidRPr="00DD481F">
              <w:rPr>
                <w:rFonts w:ascii="TH SarabunPSK" w:hAnsi="TH SarabunPSK" w:cs="TH SarabunPSK"/>
                <w:sz w:val="32"/>
                <w:szCs w:val="32"/>
              </w:rPr>
              <w:t>ขึ้นไป</w:t>
            </w:r>
          </w:p>
        </w:tc>
        <w:tc>
          <w:tcPr>
            <w:tcW w:w="3402" w:type="dxa"/>
            <w:vAlign w:val="center"/>
          </w:tcPr>
          <w:p w14:paraId="4B4CE9AA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Smith et al. (2024)</w:t>
            </w:r>
          </w:p>
        </w:tc>
        <w:tc>
          <w:tcPr>
            <w:tcW w:w="3430" w:type="dxa"/>
            <w:vAlign w:val="center"/>
          </w:tcPr>
          <w:p w14:paraId="60AD0B7A" w14:textId="77777777" w:rsidR="00FB3D0D" w:rsidRPr="00DD481F" w:rsidRDefault="00000000">
            <w:pPr>
              <w:spacing w:after="0" w:line="264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D481F">
              <w:rPr>
                <w:rFonts w:ascii="TH SarabunPSK" w:hAnsi="TH SarabunPSK" w:cs="TH SarabunPSK"/>
                <w:sz w:val="32"/>
                <w:szCs w:val="32"/>
              </w:rPr>
              <w:t>(Smith et al., 2024)</w:t>
            </w:r>
          </w:p>
        </w:tc>
      </w:tr>
    </w:tbl>
    <w:p w14:paraId="75A3EE72" w14:textId="77777777" w:rsidR="00FB3D0D" w:rsidRPr="00DD481F" w:rsidRDefault="00FB3D0D">
      <w:pPr>
        <w:spacing w:after="0" w:line="60" w:lineRule="auto"/>
        <w:rPr>
          <w:rFonts w:ascii="TH SarabunPSK" w:hAnsi="TH SarabunPSK" w:cs="TH SarabunPSK"/>
          <w:sz w:val="32"/>
          <w:szCs w:val="32"/>
        </w:rPr>
      </w:pPr>
    </w:p>
    <w:p w14:paraId="2CFF91B0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ชื่อ–นามสกุล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แนวทาง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รายวิชา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กำหนด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 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ภาษาอังกฤษ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สกุล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ตามตัวอย่าง APA</w:t>
      </w:r>
    </w:p>
    <w:p w14:paraId="6384D398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9.2 สรุปความ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คัด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ข้อ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ความตรง</w:t>
      </w:r>
    </w:p>
    <w:p w14:paraId="79B65312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สรุปความ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เขียน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ด้วย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สำนวน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ตนเอง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 หลีกเลี่ยง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เปลี่ยน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เพียง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ประโยค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เดิม</w:t>
      </w:r>
    </w:p>
    <w:p w14:paraId="629DC61C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คัด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ความตรง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สั้น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กว่า 40 คำ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อัญประกาศ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ระบุ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 ปี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ตำแหน่ง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ข้อความ เช่น (ผู้แต่ง, ปี, น. 15)</w:t>
      </w:r>
    </w:p>
    <w:p w14:paraId="59C601A7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คัด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ความตรง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ตั้งแต่ 40 คำ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ขึ้นไป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บล็อก เยื้อง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0.5 นิ้ว 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 2 เท่า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อัญประกาศ [2]</w:t>
      </w:r>
    </w:p>
    <w:p w14:paraId="1C3A4993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ประกอบการ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อ่าน: [1], [2] ดู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</w:p>
    <w:p w14:paraId="03254115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10 การเขียน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</w:p>
    <w:p w14:paraId="473E6A57" w14:textId="77777777" w:rsidR="00FB3D0D" w:rsidRPr="00DD481F" w:rsidRDefault="0000000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เอกสาร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ต้นฉบับ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ครบ ได้แก่ ผู้แต่ง วันที่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 ชื่อเรื่อง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เผยแพร่ ชื่อเรื่อง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สอดคล้อง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[3]</w:t>
      </w:r>
    </w:p>
    <w:p w14:paraId="40826FCA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10.1 หนังสือ</w:t>
      </w:r>
    </w:p>
    <w:p w14:paraId="67075D3D" w14:textId="77777777" w:rsidR="00FB3D0D" w:rsidRPr="00DD481F" w:rsidRDefault="00000000">
      <w:pPr>
        <w:keepLines/>
        <w:spacing w:after="0" w:line="312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 xml:space="preserve">ผู้แต่ง. (ปี). </w:t>
      </w:r>
      <w:r w:rsidRPr="00DD481F">
        <w:rPr>
          <w:rFonts w:ascii="TH SarabunPSK" w:hAnsi="TH SarabunPSK" w:cs="TH SarabunPSK"/>
          <w:i/>
          <w:sz w:val="32"/>
          <w:szCs w:val="32"/>
        </w:rPr>
        <w:t>ชื่อ</w:t>
      </w:r>
      <w:r w:rsidRPr="00DD481F">
        <w:rPr>
          <w:rFonts w:ascii="Arial" w:hAnsi="Arial" w:cs="Arial"/>
          <w:i/>
          <w:sz w:val="32"/>
          <w:szCs w:val="32"/>
        </w:rPr>
        <w:t>​</w:t>
      </w:r>
      <w:r w:rsidRPr="00DD481F">
        <w:rPr>
          <w:rFonts w:ascii="TH SarabunPSK" w:hAnsi="TH SarabunPSK" w:cs="TH SarabunPSK"/>
          <w:i/>
          <w:sz w:val="32"/>
          <w:szCs w:val="32"/>
        </w:rPr>
        <w:t>หนังสือ</w:t>
      </w:r>
      <w:r w:rsidRPr="00DD481F">
        <w:rPr>
          <w:rFonts w:ascii="TH SarabunPSK" w:hAnsi="TH SarabunPSK" w:cs="TH SarabunPSK"/>
          <w:sz w:val="32"/>
          <w:szCs w:val="32"/>
        </w:rPr>
        <w:t xml:space="preserve"> (ครั้ง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 ถ้า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ครั้งแรก). สำนักพิมพ์.</w:t>
      </w:r>
    </w:p>
    <w:p w14:paraId="2090EA98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เมือง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 DOI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แสดง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ลิงก์ https://doi.org/… ต่อท้าย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 [4]</w:t>
      </w:r>
    </w:p>
    <w:p w14:paraId="72847F3D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10.2 บทความ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วารสาร</w:t>
      </w:r>
    </w:p>
    <w:p w14:paraId="601245F0" w14:textId="77777777" w:rsidR="00FB3D0D" w:rsidRPr="00DD481F" w:rsidRDefault="00000000">
      <w:pPr>
        <w:keepLines/>
        <w:spacing w:after="0" w:line="312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ผู้แต่ง. (ปี).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บทความ. </w:t>
      </w:r>
      <w:r w:rsidRPr="00DD481F">
        <w:rPr>
          <w:rFonts w:ascii="TH SarabunPSK" w:hAnsi="TH SarabunPSK" w:cs="TH SarabunPSK"/>
          <w:i/>
          <w:sz w:val="32"/>
          <w:szCs w:val="32"/>
        </w:rPr>
        <w:t>ชื่อ</w:t>
      </w:r>
      <w:r w:rsidRPr="00DD481F">
        <w:rPr>
          <w:rFonts w:ascii="Arial" w:hAnsi="Arial" w:cs="Arial"/>
          <w:i/>
          <w:sz w:val="32"/>
          <w:szCs w:val="32"/>
        </w:rPr>
        <w:t>​</w:t>
      </w:r>
      <w:r w:rsidRPr="00DD481F">
        <w:rPr>
          <w:rFonts w:ascii="TH SarabunPSK" w:hAnsi="TH SarabunPSK" w:cs="TH SarabunPSK"/>
          <w:i/>
          <w:sz w:val="32"/>
          <w:szCs w:val="32"/>
        </w:rPr>
        <w:t>วารสาร, ปี</w:t>
      </w:r>
      <w:r w:rsidRPr="00DD481F">
        <w:rPr>
          <w:rFonts w:ascii="Arial" w:hAnsi="Arial" w:cs="Arial"/>
          <w:i/>
          <w:sz w:val="32"/>
          <w:szCs w:val="32"/>
        </w:rPr>
        <w:t>​</w:t>
      </w:r>
      <w:r w:rsidRPr="00DD481F">
        <w:rPr>
          <w:rFonts w:ascii="TH SarabunPSK" w:hAnsi="TH SarabunPSK" w:cs="TH SarabunPSK"/>
          <w:i/>
          <w:sz w:val="32"/>
          <w:szCs w:val="32"/>
        </w:rPr>
        <w:t>ที่</w:t>
      </w:r>
      <w:r w:rsidRPr="00DD481F">
        <w:rPr>
          <w:rFonts w:ascii="TH SarabunPSK" w:hAnsi="TH SarabunPSK" w:cs="TH SarabunPSK"/>
          <w:sz w:val="32"/>
          <w:szCs w:val="32"/>
        </w:rPr>
        <w:t>(ฉบับ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ที่), หน้า–หน้า. DOI หรือ URL 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ประเภท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เผยแพร่</w:t>
      </w:r>
    </w:p>
    <w:p w14:paraId="3811EEEA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วารสาร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เอียง 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ฉบับ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อยู่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วงเล็บ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เอียง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 DOI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 DOI; กรณี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 DOI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เผยแพร่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 URL [5]</w:t>
      </w:r>
    </w:p>
    <w:p w14:paraId="230761F9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10.3 หน้า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เว็บ</w:t>
      </w:r>
    </w:p>
    <w:p w14:paraId="6D465490" w14:textId="77777777" w:rsidR="00FB3D0D" w:rsidRPr="00DD481F" w:rsidRDefault="00000000">
      <w:pPr>
        <w:keepLines/>
        <w:spacing w:after="0" w:line="312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หน่วยงาน. (ปี, เดือน วัน ถ้า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มี). </w:t>
      </w:r>
      <w:r w:rsidRPr="00DD481F">
        <w:rPr>
          <w:rFonts w:ascii="TH SarabunPSK" w:hAnsi="TH SarabunPSK" w:cs="TH SarabunPSK"/>
          <w:i/>
          <w:sz w:val="32"/>
          <w:szCs w:val="32"/>
        </w:rPr>
        <w:t>ชื่อ</w:t>
      </w:r>
      <w:r w:rsidRPr="00DD481F">
        <w:rPr>
          <w:rFonts w:ascii="Arial" w:hAnsi="Arial" w:cs="Arial"/>
          <w:i/>
          <w:sz w:val="32"/>
          <w:szCs w:val="32"/>
        </w:rPr>
        <w:t>​</w:t>
      </w:r>
      <w:r w:rsidRPr="00DD481F">
        <w:rPr>
          <w:rFonts w:ascii="TH SarabunPSK" w:hAnsi="TH SarabunPSK" w:cs="TH SarabunPSK"/>
          <w:i/>
          <w:sz w:val="32"/>
          <w:szCs w:val="32"/>
        </w:rPr>
        <w:t>หน้า</w:t>
      </w:r>
      <w:r w:rsidRPr="00DD481F">
        <w:rPr>
          <w:rFonts w:ascii="Arial" w:hAnsi="Arial" w:cs="Arial"/>
          <w:i/>
          <w:sz w:val="32"/>
          <w:szCs w:val="32"/>
        </w:rPr>
        <w:t>​</w:t>
      </w:r>
      <w:r w:rsidRPr="00DD481F">
        <w:rPr>
          <w:rFonts w:ascii="TH SarabunPSK" w:hAnsi="TH SarabunPSK" w:cs="TH SarabunPSK"/>
          <w:i/>
          <w:sz w:val="32"/>
          <w:szCs w:val="32"/>
        </w:rPr>
        <w:t>เว็บ</w:t>
      </w:r>
      <w:r w:rsidRPr="00DD481F">
        <w:rPr>
          <w:rFonts w:ascii="TH SarabunPSK" w:hAnsi="TH SarabunPSK" w:cs="TH SarabunPSK"/>
          <w:sz w:val="32"/>
          <w:szCs w:val="32"/>
        </w:rPr>
        <w:t>.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เว็บไซต์. URL</w:t>
      </w:r>
    </w:p>
    <w:p w14:paraId="3E27009D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เดียว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 ไม่ต้อง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เขียน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ซ้ำ วัน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สืบค้น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เฉพาะ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เปลี่ยนแปลง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ฉบับ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เก็บ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ถาวร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สืบค้น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โดยอัตโนมัติ [6]</w:t>
      </w:r>
    </w:p>
    <w:p w14:paraId="794F5AE0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ความใน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วงเล็บ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จุดไข่ปลา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 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เปลี่ยนเป็น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ข้อมูลจริง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ส่ง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คัดลอก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ตัวอักษร</w:t>
      </w:r>
    </w:p>
    <w:p w14:paraId="60CBE5A5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11 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</w:p>
    <w:p w14:paraId="0935CF93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ขึ้น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หน้าใหม่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หลัง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บท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5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“บรรณานุกรม” 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</w:p>
    <w:p w14:paraId="7068EBB4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จัด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แต่ละ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เป็นหนึ่ง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ย่อหน้า ชิด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บรรทัด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แรก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ถัดไป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เยื้อง 0.5 นิ้ว เรียก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 Hanging indent</w:t>
      </w:r>
    </w:p>
    <w:p w14:paraId="0427462A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ใน Word เลือก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 xml:space="preserve">ทั้งหมด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Paragraph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Special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Hanging </w:t>
      </w:r>
      <w:r w:rsidRPr="00DD481F">
        <w:rPr>
          <w:rFonts w:ascii="Arial" w:hAnsi="Arial" w:cs="Arial"/>
          <w:sz w:val="32"/>
          <w:szCs w:val="32"/>
        </w:rPr>
        <w:t>→</w:t>
      </w:r>
      <w:r w:rsidRPr="00DD481F">
        <w:rPr>
          <w:rFonts w:ascii="TH SarabunPSK" w:hAnsi="TH SarabunPSK" w:cs="TH SarabunPSK"/>
          <w:sz w:val="32"/>
          <w:szCs w:val="32"/>
        </w:rPr>
        <w:t xml:space="preserve"> By 0.5 นิ้ว ตั้ง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 2 เท่า และ Before/After เป็น 0 pt</w:t>
      </w:r>
    </w:p>
    <w:p w14:paraId="71BB70C7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เรียง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ตามลำดับ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อักษร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เรียง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ตามลำดับ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 หาก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แยก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ภาษาอังกฤษ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แนวทาง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เดียวกัน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ตลอด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</w:p>
    <w:p w14:paraId="3EE272FC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จุด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ปิดท้าย DOI หรือ URL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ลิงก์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ด้วย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กด Enter ระหว่าง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ข้อความ</w:t>
      </w:r>
    </w:p>
    <w:p w14:paraId="10620E95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เมื่อ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ข้อมูล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แหล่ง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อ้างอิง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ไม่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ครบ</w:t>
      </w:r>
    </w:p>
    <w:p w14:paraId="1CD62639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ปรากฏ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ชื่อเรื่อง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แทน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ชนิด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นั้น;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ปรากฏ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วันที่ 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 n.d.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เดา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วันที่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ดาวน์โหลด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ปัจจุบัน [10]</w:t>
      </w:r>
    </w:p>
    <w:p w14:paraId="5E85261B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ข้อผิดพลาด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ที่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ต้อง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ตรวจ</w:t>
      </w:r>
    </w:p>
    <w:p w14:paraId="3513CC00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อ้าง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แล้ว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บรรณานุกรม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แต่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นำมา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</w:t>
      </w:r>
    </w:p>
    <w:p w14:paraId="5385EEF2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ผู้แต่ง ปี หน้า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ชื่อเรื่อง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คลาดเคลื่อน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ต้นฉบับ 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ใส่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เพียง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 ๆ</w:t>
      </w:r>
    </w:p>
    <w:p w14:paraId="542C96AD" w14:textId="77777777" w:rsidR="00FB3D0D" w:rsidRPr="00DD481F" w:rsidRDefault="00000000">
      <w:pPr>
        <w:spacing w:after="0"/>
        <w:ind w:left="227" w:hanging="227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• คัด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เครื่องมือ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อัตโนมัติ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โดย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เอียง เครื่องหมาย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ลิงก์</w:t>
      </w:r>
    </w:p>
    <w:p w14:paraId="4D9D3FBE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APA 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 References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ข้อกำหนด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กระดาษ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ตนเอง 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รูปแบบ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ภาษาไทย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เทมเพลต แต่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หลัก APA 7 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 [7]</w:t>
      </w:r>
    </w:p>
    <w:p w14:paraId="232E1E48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12 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ส่ง</w:t>
      </w:r>
    </w:p>
    <w:p w14:paraId="3B4C65A8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หน้า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กระดาษ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รูปแบบ</w:t>
      </w:r>
    </w:p>
    <w:p w14:paraId="7CE4AC07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A4 แนวตั้ง ขอบ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1.3 นิ้ว อีก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ด้าน 1 นิ้ว</w:t>
      </w:r>
    </w:p>
    <w:p w14:paraId="6BA88C1D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ใช้ TH Sarabun New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ขนาด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ระดับ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</w:t>
      </w:r>
    </w:p>
    <w:p w14:paraId="3C14333D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เนื้อความ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ซ้าย ระยะ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บรรทัด 1.5 เท่า</w:t>
      </w:r>
    </w:p>
    <w:p w14:paraId="6DFE8AFE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แท็บ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อยู่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 0.5, 1.0 และ 1.5 นิ้ว</w:t>
      </w:r>
    </w:p>
    <w:p w14:paraId="59271853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กว้าง 3.50 ซม. ล็อก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สัดส่วน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ผิดรูป</w:t>
      </w:r>
    </w:p>
    <w:p w14:paraId="4BDD1147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เนื้อหา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ส่วนประกอบ</w:t>
      </w:r>
    </w:p>
    <w:p w14:paraId="7AECA48F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ส่วนประกอบ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ตามลำดับ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ตรงกัน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</w:t>
      </w:r>
    </w:p>
    <w:p w14:paraId="637204FF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ลบ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เส้นประ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คำอธิบาย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กรอก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เสร็จ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แล้ว</w:t>
      </w:r>
    </w:p>
    <w:p w14:paraId="28369F01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เลขหน้า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ส่วน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ต่อเนื่อง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ถูกต้อง</w:t>
      </w:r>
    </w:p>
    <w:p w14:paraId="527EA036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หัวข้อ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ท้าย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มีหน้า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โดยไม่ตั้งใจ</w:t>
      </w:r>
    </w:p>
    <w:p w14:paraId="5ED50FF5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สารบัญ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ตาราง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</w:t>
      </w:r>
    </w:p>
    <w:p w14:paraId="2ED209C3" w14:textId="77777777" w:rsidR="00FB3D0D" w:rsidRPr="00DD481F" w:rsidRDefault="00000000">
      <w:pPr>
        <w:pStyle w:val="Heading2"/>
        <w:spacing w:after="0"/>
        <w:rPr>
          <w:rFonts w:ascii="TH SarabunPSK" w:hAnsi="TH SarabunPSK" w:cs="TH SarabunPSK"/>
        </w:rPr>
      </w:pPr>
      <w:r w:rsidRPr="00DD481F">
        <w:rPr>
          <w:rFonts w:ascii="TH SarabunPSK" w:hAnsi="TH SarabunPSK" w:cs="TH SarabunPSK"/>
        </w:rPr>
        <w:t>ตาราง ภาพ และ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การ</w:t>
      </w:r>
      <w:r w:rsidRPr="00DD481F">
        <w:rPr>
          <w:rFonts w:ascii="Arial" w:hAnsi="Arial" w:cs="Arial"/>
        </w:rPr>
        <w:t>​</w:t>
      </w:r>
      <w:r w:rsidRPr="00DD481F">
        <w:rPr>
          <w:rFonts w:ascii="TH SarabunPSK" w:hAnsi="TH SarabunPSK" w:cs="TH SarabunPSK"/>
        </w:rPr>
        <w:t>อ้างอิง</w:t>
      </w:r>
    </w:p>
    <w:p w14:paraId="4ACD5CEC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ครบ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กล่าวถึง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</w:t>
      </w:r>
    </w:p>
    <w:p w14:paraId="4372B6D5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ขอบ 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คมชัด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ข้อมูลจริง</w:t>
      </w:r>
    </w:p>
    <w:p w14:paraId="22DCCED7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ที่มา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ตาราง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ครบ พร้อม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เกี่ยวข้อง</w:t>
      </w:r>
    </w:p>
    <w:p w14:paraId="0BF7D032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บรรณานุกรม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เนื้อหา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จัด APA 7 แล้ว</w:t>
      </w:r>
    </w:p>
    <w:p w14:paraId="3CFAC995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Arial" w:hAnsi="Arial" w:cs="Arial"/>
          <w:sz w:val="32"/>
          <w:szCs w:val="32"/>
        </w:rPr>
        <w:t>□</w:t>
      </w:r>
      <w:r w:rsidRPr="00DD481F">
        <w:rPr>
          <w:rFonts w:ascii="TH SarabunPSK" w:hAnsi="TH SarabunPSK" w:cs="TH SarabunPSK"/>
          <w:sz w:val="32"/>
          <w:szCs w:val="32"/>
        </w:rPr>
        <w:t xml:space="preserve"> บันทึก Word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ส่งออก PDF เพื่อ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ทุก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ก่อน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</w:p>
    <w:p w14:paraId="7C14348A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ขั้นตอน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สุดท้าย: อัปเดต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สารบัญ 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ไฟล์ PDF 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ได้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เครื่อง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ที่จะ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พิมพ์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จริง 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ว่า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ลายเซ็น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หรือ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หน้าที่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อนุมัติ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ครบถ้วน</w:t>
      </w:r>
    </w:p>
    <w:p w14:paraId="2E30830D" w14:textId="77777777" w:rsidR="00FB3D0D" w:rsidRPr="00DD481F" w:rsidRDefault="00000000">
      <w:pPr>
        <w:pStyle w:val="Heading1"/>
        <w:pageBreakBefore/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lastRenderedPageBreak/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และ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เพิ่มเติม</w:t>
      </w:r>
    </w:p>
    <w:p w14:paraId="16205960" w14:textId="77777777" w:rsidR="00FB3D0D" w:rsidRPr="00DD481F" w:rsidRDefault="00000000">
      <w:pPr>
        <w:spacing w:after="0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แนว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ทางการ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ตรวจสอบ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เว็บไซต์ APA Style ของ American Psychological Association เมื่อ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วันที่ 29 ตุลาคม 2569</w:t>
      </w:r>
    </w:p>
    <w:p w14:paraId="72116E92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0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[1] Author–date citation system</w:t>
        </w:r>
      </w:hyperlink>
    </w:p>
    <w:p w14:paraId="21CBC7CF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1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[2] Quotations</w:t>
        </w:r>
      </w:hyperlink>
    </w:p>
    <w:p w14:paraId="21BD11EA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2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[3] Basic principles of reference list entries</w:t>
        </w:r>
      </w:hyperlink>
    </w:p>
    <w:p w14:paraId="6D64FCF2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3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[4] Book/ebook references</w:t>
        </w:r>
      </w:hyperlink>
    </w:p>
    <w:p w14:paraId="5648BFEE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4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[5] Journal article references</w:t>
        </w:r>
      </w:hyperlink>
    </w:p>
    <w:p w14:paraId="3FF7FC94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5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[6] Webpage on a website references</w:t>
        </w:r>
      </w:hyperlink>
    </w:p>
    <w:p w14:paraId="27A1A1EB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6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[7] Reference list setup</w:t>
        </w:r>
      </w:hyperlink>
    </w:p>
    <w:p w14:paraId="7ECD7A47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7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[8] Table setup</w:t>
        </w:r>
      </w:hyperlink>
    </w:p>
    <w:p w14:paraId="2BD8E1B1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8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[9] Figure setup</w:t>
        </w:r>
      </w:hyperlink>
    </w:p>
    <w:p w14:paraId="3A570C5B" w14:textId="77777777" w:rsidR="00FB3D0D" w:rsidRPr="00DD481F" w:rsidRDefault="00000000">
      <w:pPr>
        <w:spacing w:after="140" w:line="264" w:lineRule="auto"/>
        <w:rPr>
          <w:rFonts w:ascii="TH SarabunPSK" w:hAnsi="TH SarabunPSK" w:cs="TH SarabunPSK"/>
          <w:sz w:val="32"/>
          <w:szCs w:val="32"/>
          <w:lang w:val="en-US"/>
        </w:rPr>
      </w:pPr>
      <w:hyperlink r:id="rId19">
        <w:r w:rsidRPr="00DD481F">
          <w:rPr>
            <w:rFonts w:ascii="TH SarabunPSK" w:hAnsi="TH SarabunPSK" w:cs="TH SarabunPSK"/>
            <w:sz w:val="32"/>
            <w:szCs w:val="32"/>
            <w:lang w:val="en-US"/>
          </w:rPr>
          <w:t>[10] Missing reference information</w:t>
        </w:r>
      </w:hyperlink>
    </w:p>
    <w:p w14:paraId="3881DCB8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คลิก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ชื่อ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รายการ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เพื่อ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เปิด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ต้นฉบับ ตัวเลข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วงเล็บเหลี่ยม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เป็น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ดัชนี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อ่าน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ของ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 ไม่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ใช่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การ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อ้างอิง APA ใน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เล่ม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โครงงาน</w:t>
      </w:r>
    </w:p>
    <w:p w14:paraId="68FD5AA1" w14:textId="77777777" w:rsidR="00FB3D0D" w:rsidRPr="00DD481F" w:rsidRDefault="00000000">
      <w:pPr>
        <w:spacing w:after="0" w:line="276" w:lineRule="auto"/>
        <w:rPr>
          <w:rFonts w:ascii="TH SarabunPSK" w:hAnsi="TH SarabunPSK" w:cs="TH SarabunPSK"/>
          <w:sz w:val="32"/>
          <w:szCs w:val="32"/>
        </w:rPr>
      </w:pPr>
      <w:r w:rsidRPr="00DD481F">
        <w:rPr>
          <w:rFonts w:ascii="TH SarabunPSK" w:hAnsi="TH SarabunPSK" w:cs="TH SarabunPSK"/>
          <w:sz w:val="32"/>
          <w:szCs w:val="32"/>
        </w:rPr>
        <w:t>แหล่ง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รูป: โลโก้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วิทยาลัย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จาก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ไฟล์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ที่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ผู้ใช้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ให้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มา; แผนภาพ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ระบบ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ตัวอย่าง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สร้าง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ขึ้น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สำหรับ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คู่มือ</w:t>
      </w:r>
      <w:r w:rsidRPr="00DD481F">
        <w:rPr>
          <w:rFonts w:ascii="Arial" w:hAnsi="Arial" w:cs="Arial"/>
          <w:sz w:val="32"/>
          <w:szCs w:val="32"/>
        </w:rPr>
        <w:t>​</w:t>
      </w:r>
      <w:r w:rsidRPr="00DD481F">
        <w:rPr>
          <w:rFonts w:ascii="TH SarabunPSK" w:hAnsi="TH SarabunPSK" w:cs="TH SarabunPSK"/>
          <w:sz w:val="32"/>
          <w:szCs w:val="32"/>
        </w:rPr>
        <w:t>นี้</w:t>
      </w:r>
    </w:p>
    <w:sectPr w:rsidR="00FB3D0D" w:rsidRPr="00DD481F" w:rsidSect="00034616">
      <w:footerReference w:type="default" r:id="rId20"/>
      <w:pgSz w:w="11906" w:h="16838"/>
      <w:pgMar w:top="1440" w:right="1440" w:bottom="1440" w:left="1872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2A8C7" w14:textId="77777777" w:rsidR="00005703" w:rsidRDefault="00005703">
      <w:pPr>
        <w:spacing w:after="0" w:line="240" w:lineRule="auto"/>
      </w:pPr>
      <w:r>
        <w:separator/>
      </w:r>
    </w:p>
  </w:endnote>
  <w:endnote w:type="continuationSeparator" w:id="0">
    <w:p w14:paraId="2579AE5B" w14:textId="77777777" w:rsidR="00005703" w:rsidRDefault="00005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0EFC2" w14:textId="77777777" w:rsidR="00FB3D0D" w:rsidRDefault="00000000">
    <w:pPr>
      <w:pStyle w:val="Footer"/>
      <w:spacing w:line="240" w:lineRule="auto"/>
    </w:pPr>
    <w:r>
      <w:t xml:space="preserve">คู่มือการจัดรูปเล่มโครงงาน  |  หน้า </w:t>
    </w:r>
    <w:r>
      <w:fldChar w:fldCharType="begin"/>
    </w:r>
    <w:r>
      <w:instrText>PAGE</w:instrText>
    </w:r>
    <w:r>
      <w:fldChar w:fldCharType="separate"/>
    </w:r>
    <w:r w:rsidR="00DD481F">
      <w:rPr>
        <w:cs/>
        <w:lang w:bidi="th-TH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A605" w14:textId="77777777" w:rsidR="00005703" w:rsidRDefault="00005703">
      <w:pPr>
        <w:spacing w:after="0" w:line="240" w:lineRule="auto"/>
      </w:pPr>
      <w:r>
        <w:separator/>
      </w:r>
    </w:p>
  </w:footnote>
  <w:footnote w:type="continuationSeparator" w:id="0">
    <w:p w14:paraId="1718A54F" w14:textId="77777777" w:rsidR="00005703" w:rsidRDefault="000057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4121013">
    <w:abstractNumId w:val="8"/>
  </w:num>
  <w:num w:numId="2" w16cid:durableId="1600789850">
    <w:abstractNumId w:val="6"/>
  </w:num>
  <w:num w:numId="3" w16cid:durableId="1685789616">
    <w:abstractNumId w:val="5"/>
  </w:num>
  <w:num w:numId="4" w16cid:durableId="1966302443">
    <w:abstractNumId w:val="4"/>
  </w:num>
  <w:num w:numId="5" w16cid:durableId="1347052009">
    <w:abstractNumId w:val="7"/>
  </w:num>
  <w:num w:numId="6" w16cid:durableId="918828799">
    <w:abstractNumId w:val="3"/>
  </w:num>
  <w:num w:numId="7" w16cid:durableId="136190293">
    <w:abstractNumId w:val="2"/>
  </w:num>
  <w:num w:numId="8" w16cid:durableId="1066879865">
    <w:abstractNumId w:val="1"/>
  </w:num>
  <w:num w:numId="9" w16cid:durableId="984772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703"/>
    <w:rsid w:val="00034616"/>
    <w:rsid w:val="0006063C"/>
    <w:rsid w:val="0015074B"/>
    <w:rsid w:val="0029639D"/>
    <w:rsid w:val="00326F90"/>
    <w:rsid w:val="00AA1D8D"/>
    <w:rsid w:val="00B47730"/>
    <w:rsid w:val="00CB0664"/>
    <w:rsid w:val="00DD481F"/>
    <w:rsid w:val="00FA1B51"/>
    <w:rsid w:val="00FB3D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EAB125"/>
  <w14:defaultImageDpi w14:val="300"/>
  <w15:docId w15:val="{CB8D1677-1188-4BDD-9A54-9DA3F8AA9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360" w:lineRule="auto"/>
    </w:pPr>
    <w:rPr>
      <w:rFonts w:ascii="TH Sarabun New" w:eastAsia="TH Sarabun New" w:hAnsi="TH Sarabun New" w:cs="TH Sarabun New"/>
      <w:noProof/>
      <w:color w:val="000000"/>
      <w:sz w:val="28"/>
      <w:szCs w:val="28"/>
      <w:lang w:val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apastyle.apa.org/style-grammar-guidelines/references/examples/book-references" TargetMode="External"/><Relationship Id="rId18" Type="http://schemas.openxmlformats.org/officeDocument/2006/relationships/hyperlink" Target="https://apastyle.apa.org/style-grammar-guidelines/tables-figures/figures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apastyle.apa.org/style-grammar-guidelines/references/basic-principles" TargetMode="External"/><Relationship Id="rId17" Type="http://schemas.openxmlformats.org/officeDocument/2006/relationships/hyperlink" Target="https://apastyle.apa.org/style-grammar-guidelines/tables-figures/tabl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apastyle.apa.org/style-grammar-guidelines/paper-format/reference-lis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pastyle.apa.org/style-grammar-guidelines/citations/quotation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pastyle.apa.org/style-grammar-guidelines/references/examples/webpage-website-references" TargetMode="External"/><Relationship Id="rId10" Type="http://schemas.openxmlformats.org/officeDocument/2006/relationships/hyperlink" Target="https://apastyle.apa.org/style-grammar-guidelines/citations/basic-principles/author-date" TargetMode="External"/><Relationship Id="rId19" Type="http://schemas.openxmlformats.org/officeDocument/2006/relationships/hyperlink" Target="https://apastyle.apa.org/style-grammar-guidelines/references/missing-informatio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apastyle.apa.org/style-grammar-guidelines/references/examples/journal-article-referenc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คู่มือการจัดรูปเล่มโครงงาน 5 บท</dc:title>
  <dc:subject>การตั้งหน้ากระดาษ ตัวอักษร แท็บ ตาราง ภาพประกอบ และการอ้างอิง APA 7</dc:subject>
  <dc:creator/>
  <cp:keywords/>
  <dc:description/>
  <cp:lastModifiedBy>Administrator</cp:lastModifiedBy>
  <cp:revision>2</cp:revision>
  <dcterms:created xsi:type="dcterms:W3CDTF">2013-12-23T23:15:00Z</dcterms:created>
  <dcterms:modified xsi:type="dcterms:W3CDTF">2026-10-29T14:54:00Z</dcterms:modified>
  <cp:category/>
</cp:coreProperties>
</file>