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2D350" w14:textId="77777777" w:rsidR="00AF6371" w:rsidRPr="003E2858" w:rsidRDefault="00000000" w:rsidP="003E2858">
      <w:pPr>
        <w:pStyle w:val="Title"/>
        <w:jc w:val="center"/>
        <w:rPr>
          <w:rFonts w:ascii="TH SarabunPSK" w:hAnsi="TH SarabunPSK" w:cs="TH SarabunPSK"/>
          <w:sz w:val="36"/>
          <w:szCs w:val="36"/>
        </w:rPr>
      </w:pPr>
      <w:r w:rsidRPr="003E2858">
        <w:rPr>
          <w:rFonts w:ascii="TH SarabunPSK" w:hAnsi="TH SarabunPSK" w:cs="TH SarabunPSK"/>
          <w:sz w:val="36"/>
          <w:szCs w:val="36"/>
        </w:rPr>
        <w:t>แบบฟอร์ม</w:t>
      </w:r>
      <w:r w:rsidRPr="003E2858">
        <w:rPr>
          <w:rFonts w:ascii="Arial" w:hAnsi="Arial" w:cs="Arial"/>
          <w:sz w:val="36"/>
          <w:szCs w:val="36"/>
        </w:rPr>
        <w:t>​</w:t>
      </w:r>
      <w:r w:rsidRPr="003E2858">
        <w:rPr>
          <w:rFonts w:ascii="TH SarabunPSK" w:hAnsi="TH SarabunPSK" w:cs="TH SarabunPSK"/>
          <w:sz w:val="36"/>
          <w:szCs w:val="36"/>
        </w:rPr>
        <w:t>เสนอ</w:t>
      </w:r>
      <w:r w:rsidRPr="003E2858">
        <w:rPr>
          <w:rFonts w:ascii="Arial" w:hAnsi="Arial" w:cs="Arial"/>
          <w:sz w:val="36"/>
          <w:szCs w:val="36"/>
        </w:rPr>
        <w:t>​</w:t>
      </w:r>
      <w:r w:rsidRPr="003E2858">
        <w:rPr>
          <w:rFonts w:ascii="TH SarabunPSK" w:hAnsi="TH SarabunPSK" w:cs="TH SarabunPSK"/>
          <w:sz w:val="36"/>
          <w:szCs w:val="36"/>
        </w:rPr>
        <w:t>โครงร่าง</w:t>
      </w:r>
      <w:r w:rsidRPr="003E2858">
        <w:rPr>
          <w:rFonts w:ascii="Arial" w:hAnsi="Arial" w:cs="Arial"/>
          <w:sz w:val="36"/>
          <w:szCs w:val="36"/>
        </w:rPr>
        <w:t>​</w:t>
      </w:r>
      <w:r w:rsidRPr="003E2858">
        <w:rPr>
          <w:rFonts w:ascii="TH SarabunPSK" w:hAnsi="TH SarabunPSK" w:cs="TH SarabunPSK"/>
          <w:sz w:val="36"/>
          <w:szCs w:val="36"/>
        </w:rPr>
        <w:t>งานวิจัย</w:t>
      </w:r>
    </w:p>
    <w:p w14:paraId="6FCD7D5F" w14:textId="77777777" w:rsidR="00AF6371" w:rsidRPr="003E2858" w:rsidRDefault="00000000">
      <w:pPr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t>เรื่อง</w:t>
      </w:r>
    </w:p>
    <w:p w14:paraId="394FA45E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F61718E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84E3266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ชื่อเรื่อง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ภาษาอังกฤษ  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AF0366B" w14:textId="77777777" w:rsidR="00AF6371" w:rsidRPr="003E2858" w:rsidRDefault="00000000">
      <w:pPr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t>ผู้จัดทำ</w:t>
      </w:r>
    </w:p>
    <w:p w14:paraId="3C6465A9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1.  ............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29CE679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2.  ............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842A73F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3.  ............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016D5F6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อาจารย์ที่ปรึกษา  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71AE915" w14:textId="4C414F12" w:rsidR="00AF6371" w:rsidRPr="003E2858" w:rsidRDefault="00000000">
      <w:pPr>
        <w:rPr>
          <w:rFonts w:ascii="TH SarabunPSK" w:hAnsi="TH SarabunPSK" w:cs="TH SarabunPSK" w:hint="cs"/>
          <w:sz w:val="32"/>
          <w:szCs w:val="32"/>
          <w:lang w:bidi="th-TH"/>
        </w:rPr>
      </w:pPr>
      <w:r w:rsidRPr="003E2858">
        <w:rPr>
          <w:rFonts w:ascii="TH SarabunPSK" w:hAnsi="TH SarabunPSK" w:cs="TH SarabunPSK"/>
          <w:sz w:val="32"/>
          <w:szCs w:val="32"/>
        </w:rPr>
        <w:t>โครงการ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นี้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เป็น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ส่วนหนึ่ง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ของ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รายวิชา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โครง</w:t>
      </w:r>
      <w:r w:rsidR="003E2858">
        <w:rPr>
          <w:rFonts w:ascii="TH SarabunPSK" w:hAnsi="TH SarabunPSK" w:cs="TH SarabunPSK" w:hint="cs"/>
          <w:sz w:val="32"/>
          <w:szCs w:val="32"/>
          <w:cs/>
          <w:lang w:bidi="th-TH"/>
        </w:rPr>
        <w:t>งาน</w:t>
      </w:r>
    </w:p>
    <w:p w14:paraId="2E6C6C46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หลักสูตร  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0828FEB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สาขาวิชา  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BD7ED81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สถานศึกษา  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5BF647A" w14:textId="77777777" w:rsidR="00AF6371" w:rsidRPr="003E2858" w:rsidRDefault="00000000">
      <w:pPr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ภาคเรียน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ที่..................ปีการศึกษา..................</w:t>
      </w:r>
    </w:p>
    <w:p w14:paraId="3A7E647A" w14:textId="77777777" w:rsidR="00AF6371" w:rsidRPr="003E2858" w:rsidRDefault="00000000" w:rsidP="003E2858">
      <w:pPr>
        <w:pStyle w:val="Heading1"/>
        <w:pageBreakBefore/>
        <w:spacing w:before="0" w:line="240" w:lineRule="auto"/>
        <w:jc w:val="center"/>
        <w:rPr>
          <w:rFonts w:ascii="TH SarabunPSK" w:hAnsi="TH SarabunPSK" w:cs="TH SarabunPSK"/>
          <w:szCs w:val="36"/>
        </w:rPr>
      </w:pPr>
      <w:r w:rsidRPr="003E2858">
        <w:rPr>
          <w:rFonts w:ascii="TH SarabunPSK" w:hAnsi="TH SarabunPSK" w:cs="TH SarabunPSK"/>
          <w:szCs w:val="36"/>
        </w:rPr>
        <w:lastRenderedPageBreak/>
        <w:t>บท</w:t>
      </w:r>
      <w:r w:rsidRPr="003E2858">
        <w:rPr>
          <w:rFonts w:ascii="Arial" w:hAnsi="Arial" w:cs="Arial"/>
          <w:szCs w:val="36"/>
        </w:rPr>
        <w:t>​</w:t>
      </w:r>
      <w:r w:rsidRPr="003E2858">
        <w:rPr>
          <w:rFonts w:ascii="TH SarabunPSK" w:hAnsi="TH SarabunPSK" w:cs="TH SarabunPSK"/>
          <w:szCs w:val="36"/>
        </w:rPr>
        <w:t>ที่ 1</w:t>
      </w:r>
    </w:p>
    <w:p w14:paraId="1DE17317" w14:textId="77777777" w:rsidR="00AF6371" w:rsidRDefault="00000000" w:rsidP="003E2858">
      <w:pPr>
        <w:pStyle w:val="Heading1"/>
        <w:spacing w:before="0" w:line="240" w:lineRule="auto"/>
        <w:jc w:val="center"/>
        <w:rPr>
          <w:rFonts w:ascii="TH SarabunPSK" w:hAnsi="TH SarabunPSK" w:cs="TH SarabunPSK"/>
          <w:szCs w:val="36"/>
          <w:lang w:bidi="th-TH"/>
        </w:rPr>
      </w:pPr>
      <w:r w:rsidRPr="003E2858">
        <w:rPr>
          <w:rFonts w:ascii="TH SarabunPSK" w:hAnsi="TH SarabunPSK" w:cs="TH SarabunPSK"/>
          <w:szCs w:val="36"/>
        </w:rPr>
        <w:t>บทนำ</w:t>
      </w:r>
    </w:p>
    <w:p w14:paraId="15E9E123" w14:textId="77777777" w:rsidR="003E2858" w:rsidRPr="003E2858" w:rsidRDefault="003E2858" w:rsidP="003E2858">
      <w:pPr>
        <w:rPr>
          <w:rFonts w:hint="cs"/>
          <w:lang w:bidi="th-TH"/>
        </w:rPr>
      </w:pPr>
    </w:p>
    <w:p w14:paraId="6D08F9DE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1.1 ที่มา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และ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ความสำคัญ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ของ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ปัญหา</w:t>
      </w:r>
    </w:p>
    <w:p w14:paraId="0C66A28D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876BA16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DCDC70A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A59BDCC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FD31BEB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0E2D3ED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8E8DE80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1.2 วัตถุประสงค์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ของ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โครงการ</w:t>
      </w:r>
    </w:p>
    <w:p w14:paraId="38AC9F35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16476E7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6325862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47560A0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1.3 สมมติฐาน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ของ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โครงการ</w:t>
      </w:r>
    </w:p>
    <w:p w14:paraId="4608965E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27D6F7C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12AD1FF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2C6F755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lastRenderedPageBreak/>
        <w:t>1.4 ขอบเขต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ของ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โครงการ</w:t>
      </w:r>
    </w:p>
    <w:p w14:paraId="360B4D99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1.4.1 ขอบเขต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ด้าน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ชิ้นงาน</w:t>
      </w:r>
    </w:p>
    <w:p w14:paraId="6AACB8A0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F33CE5A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180590C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3E4C8B3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AF43C5D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1.4.2 ขอบเขต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ด้าน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ประชากร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และ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กลุ่มตัวอย่าง</w:t>
      </w:r>
    </w:p>
    <w:p w14:paraId="36BCB01D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FBD0F30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2FCAFA8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2EB8665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1.4.3 ขอบเขต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ด้าน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ตัวแปร</w:t>
      </w:r>
    </w:p>
    <w:p w14:paraId="208F734F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A477465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249173D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90D631E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1.4.4 ขอบเขต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ด้าน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ระยะเวลา</w:t>
      </w:r>
    </w:p>
    <w:p w14:paraId="01A03538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A26451C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93643FA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1DA9621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lastRenderedPageBreak/>
        <w:t>1.4.5 ขอบเขต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ด้าน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สถานที่</w:t>
      </w:r>
    </w:p>
    <w:p w14:paraId="59BE2E54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0042B26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AF83A74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FE7527A" w14:textId="77777777" w:rsidR="00AF6371" w:rsidRPr="003E2858" w:rsidRDefault="00000000" w:rsidP="003E2858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1.5 กรอบ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แนวคิด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ของ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โครงการ</w:t>
      </w:r>
    </w:p>
    <w:p w14:paraId="7853E02B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4CBC742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8A80FB5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AF6371" w:rsidRPr="003E2858" w14:paraId="197CFE47" w14:textId="77777777">
        <w:trPr>
          <w:cantSplit/>
          <w:tblHeader/>
        </w:trPr>
        <w:tc>
          <w:tcPr>
            <w:tcW w:w="3005" w:type="dxa"/>
            <w:shd w:val="clear" w:color="auto" w:fill="F2F2F2"/>
            <w:vAlign w:val="center"/>
          </w:tcPr>
          <w:p w14:paraId="426F7FB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Input (ปัจจัย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นำเข้า)</w:t>
            </w:r>
          </w:p>
        </w:tc>
        <w:tc>
          <w:tcPr>
            <w:tcW w:w="3005" w:type="dxa"/>
            <w:shd w:val="clear" w:color="auto" w:fill="F2F2F2"/>
            <w:vAlign w:val="center"/>
          </w:tcPr>
          <w:p w14:paraId="4A82D3E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Process (กระบวนการ)</w:t>
            </w:r>
          </w:p>
        </w:tc>
        <w:tc>
          <w:tcPr>
            <w:tcW w:w="3005" w:type="dxa"/>
            <w:shd w:val="clear" w:color="auto" w:fill="F2F2F2"/>
            <w:vAlign w:val="center"/>
          </w:tcPr>
          <w:p w14:paraId="1808825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Output (ผลผลิต)</w:t>
            </w:r>
          </w:p>
        </w:tc>
      </w:tr>
      <w:tr w:rsidR="00AF6371" w:rsidRPr="003E2858" w14:paraId="18371D24" w14:textId="77777777">
        <w:trPr>
          <w:cantSplit/>
          <w:trHeight w:val="454"/>
        </w:trPr>
        <w:tc>
          <w:tcPr>
            <w:tcW w:w="3005" w:type="dxa"/>
            <w:vAlign w:val="center"/>
          </w:tcPr>
          <w:p w14:paraId="6B33A5E2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br/>
              <w:t>...............................</w:t>
            </w:r>
          </w:p>
        </w:tc>
        <w:tc>
          <w:tcPr>
            <w:tcW w:w="3005" w:type="dxa"/>
            <w:vAlign w:val="center"/>
          </w:tcPr>
          <w:p w14:paraId="376FC2DE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br/>
              <w:t>...............................</w:t>
            </w:r>
          </w:p>
        </w:tc>
        <w:tc>
          <w:tcPr>
            <w:tcW w:w="3005" w:type="dxa"/>
            <w:vAlign w:val="center"/>
          </w:tcPr>
          <w:p w14:paraId="55938A8D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br/>
              <w:t>...............................</w:t>
            </w:r>
          </w:p>
        </w:tc>
      </w:tr>
    </w:tbl>
    <w:p w14:paraId="1565A05C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76C59853" w14:textId="77777777" w:rsidR="00AF6371" w:rsidRPr="003E2858" w:rsidRDefault="00000000" w:rsidP="003E2858">
      <w:pPr>
        <w:jc w:val="center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t>ภาพ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1.1 กรอบ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แนวคิด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ของ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โครงการ</w:t>
      </w:r>
    </w:p>
    <w:p w14:paraId="15719D1E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2A55034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B02BF98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37D08DB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1.6 นิยาม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ศัพท์เฉพาะ</w:t>
      </w:r>
    </w:p>
    <w:p w14:paraId="3EC97CD8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2C748A7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23B14DF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F9C7F8F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1D674E7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lastRenderedPageBreak/>
        <w:t>1.7 ประโยชน์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ที่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คาด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ว่า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จะ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ได้รับ</w:t>
      </w:r>
    </w:p>
    <w:p w14:paraId="7B4FA7BE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9E31E75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91440D9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908B692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E50F4E6" w14:textId="77777777" w:rsidR="00AF6371" w:rsidRPr="003E2858" w:rsidRDefault="00000000" w:rsidP="003E2858">
      <w:pPr>
        <w:pStyle w:val="Heading1"/>
        <w:pageBreakBefore/>
        <w:spacing w:before="0" w:line="240" w:lineRule="auto"/>
        <w:jc w:val="center"/>
        <w:rPr>
          <w:rFonts w:ascii="TH SarabunPSK" w:hAnsi="TH SarabunPSK" w:cs="TH SarabunPSK"/>
          <w:szCs w:val="36"/>
        </w:rPr>
      </w:pPr>
      <w:r w:rsidRPr="003E2858">
        <w:rPr>
          <w:rFonts w:ascii="TH SarabunPSK" w:hAnsi="TH SarabunPSK" w:cs="TH SarabunPSK"/>
          <w:szCs w:val="36"/>
        </w:rPr>
        <w:lastRenderedPageBreak/>
        <w:t>บท</w:t>
      </w:r>
      <w:r w:rsidRPr="003E2858">
        <w:rPr>
          <w:rFonts w:ascii="Arial" w:hAnsi="Arial" w:cs="Arial"/>
          <w:szCs w:val="36"/>
        </w:rPr>
        <w:t>​</w:t>
      </w:r>
      <w:r w:rsidRPr="003E2858">
        <w:rPr>
          <w:rFonts w:ascii="TH SarabunPSK" w:hAnsi="TH SarabunPSK" w:cs="TH SarabunPSK"/>
          <w:szCs w:val="36"/>
        </w:rPr>
        <w:t>ที่ 2</w:t>
      </w:r>
    </w:p>
    <w:p w14:paraId="62D0111E" w14:textId="77777777" w:rsidR="00AF6371" w:rsidRDefault="00000000" w:rsidP="003E2858">
      <w:pPr>
        <w:pStyle w:val="Heading1"/>
        <w:spacing w:before="0" w:line="240" w:lineRule="auto"/>
        <w:jc w:val="center"/>
        <w:rPr>
          <w:rFonts w:ascii="TH SarabunPSK" w:hAnsi="TH SarabunPSK" w:cs="TH SarabunPSK"/>
          <w:szCs w:val="36"/>
          <w:lang w:bidi="th-TH"/>
        </w:rPr>
      </w:pPr>
      <w:r w:rsidRPr="003E2858">
        <w:rPr>
          <w:rFonts w:ascii="TH SarabunPSK" w:hAnsi="TH SarabunPSK" w:cs="TH SarabunPSK"/>
          <w:szCs w:val="36"/>
        </w:rPr>
        <w:t>เอกสาร</w:t>
      </w:r>
      <w:r w:rsidRPr="003E2858">
        <w:rPr>
          <w:rFonts w:ascii="Arial" w:hAnsi="Arial" w:cs="Arial"/>
          <w:szCs w:val="36"/>
        </w:rPr>
        <w:t>​</w:t>
      </w:r>
      <w:r w:rsidRPr="003E2858">
        <w:rPr>
          <w:rFonts w:ascii="TH SarabunPSK" w:hAnsi="TH SarabunPSK" w:cs="TH SarabunPSK"/>
          <w:szCs w:val="36"/>
        </w:rPr>
        <w:t>และ</w:t>
      </w:r>
      <w:r w:rsidRPr="003E2858">
        <w:rPr>
          <w:rFonts w:ascii="Arial" w:hAnsi="Arial" w:cs="Arial"/>
          <w:szCs w:val="36"/>
        </w:rPr>
        <w:t>​</w:t>
      </w:r>
      <w:r w:rsidRPr="003E2858">
        <w:rPr>
          <w:rFonts w:ascii="TH SarabunPSK" w:hAnsi="TH SarabunPSK" w:cs="TH SarabunPSK"/>
          <w:szCs w:val="36"/>
        </w:rPr>
        <w:t>งานวิจัย</w:t>
      </w:r>
      <w:r w:rsidRPr="003E2858">
        <w:rPr>
          <w:rFonts w:ascii="Arial" w:hAnsi="Arial" w:cs="Arial"/>
          <w:szCs w:val="36"/>
        </w:rPr>
        <w:t>​</w:t>
      </w:r>
      <w:r w:rsidRPr="003E2858">
        <w:rPr>
          <w:rFonts w:ascii="TH SarabunPSK" w:hAnsi="TH SarabunPSK" w:cs="TH SarabunPSK"/>
          <w:szCs w:val="36"/>
        </w:rPr>
        <w:t>ที่</w:t>
      </w:r>
      <w:r w:rsidRPr="003E2858">
        <w:rPr>
          <w:rFonts w:ascii="Arial" w:hAnsi="Arial" w:cs="Arial"/>
          <w:szCs w:val="36"/>
        </w:rPr>
        <w:t>​</w:t>
      </w:r>
      <w:r w:rsidRPr="003E2858">
        <w:rPr>
          <w:rFonts w:ascii="TH SarabunPSK" w:hAnsi="TH SarabunPSK" w:cs="TH SarabunPSK"/>
          <w:szCs w:val="36"/>
        </w:rPr>
        <w:t>เกี่ยวข้อง</w:t>
      </w:r>
    </w:p>
    <w:p w14:paraId="68E33F32" w14:textId="77777777" w:rsidR="003E2858" w:rsidRPr="003E2858" w:rsidRDefault="003E2858" w:rsidP="003E2858">
      <w:pPr>
        <w:rPr>
          <w:rFonts w:hint="cs"/>
          <w:lang w:bidi="th-TH"/>
        </w:rPr>
      </w:pPr>
    </w:p>
    <w:p w14:paraId="632D858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467D5B8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E7ED998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36E8FAE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38B02F8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2.1 ปัญหา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การ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ตอบ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ข้อความ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ผ่าน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เพจ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เฟซบุ๊ก</w:t>
      </w:r>
    </w:p>
    <w:p w14:paraId="26FDA821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C27D121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E8EC258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5C27E69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178772F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5811546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419F80B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2.2 แชท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บอ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ท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และ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เครื่องมือ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สร้าง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แชท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บอ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ท</w:t>
      </w:r>
    </w:p>
    <w:p w14:paraId="534DA120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42B2E60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79F0C56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BA93BEC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lastRenderedPageBreak/>
        <w:t>2.2.1 ความหมาย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และ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หลัก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การทำงาน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ของ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แชท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บอ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ท</w:t>
      </w:r>
    </w:p>
    <w:p w14:paraId="066CB02B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2AF1686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1FFCF4C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DC06E6D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A5920F1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2.2.2 เครื่องมือ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สร้าง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แชท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บอ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ทบ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น Facebook Messenger</w:t>
      </w:r>
    </w:p>
    <w:p w14:paraId="5851931E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C85D05F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497AA9F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9797500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38A2F4F" w14:textId="77777777" w:rsidR="00AF6371" w:rsidRPr="003E2858" w:rsidRDefault="00000000">
      <w:pPr>
        <w:keepNext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t>ตาราง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2.1 เครื่องมือ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สร้าง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แชท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บอ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พบ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ใน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งานวิจัย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เกี่ยวข้อง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1928"/>
        <w:gridCol w:w="4252"/>
        <w:gridCol w:w="2835"/>
      </w:tblGrid>
      <w:tr w:rsidR="00AF6371" w:rsidRPr="003E2858" w14:paraId="222C2FD7" w14:textId="77777777">
        <w:trPr>
          <w:cantSplit/>
          <w:tblHeader/>
        </w:trPr>
        <w:tc>
          <w:tcPr>
            <w:tcW w:w="1928" w:type="dxa"/>
            <w:shd w:val="clear" w:color="auto" w:fill="F2F2F2"/>
            <w:vAlign w:val="center"/>
          </w:tcPr>
          <w:p w14:paraId="3745A6E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เครื่องมือ</w:t>
            </w:r>
          </w:p>
        </w:tc>
        <w:tc>
          <w:tcPr>
            <w:tcW w:w="4252" w:type="dxa"/>
            <w:shd w:val="clear" w:color="auto" w:fill="F2F2F2"/>
            <w:vAlign w:val="center"/>
          </w:tcPr>
          <w:p w14:paraId="0621483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จุดเด่น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ที่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พบ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ใน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งานวิจัย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45DBF3F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แหล่ง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อ้างอิง</w:t>
            </w:r>
          </w:p>
        </w:tc>
      </w:tr>
      <w:tr w:rsidR="00AF6371" w:rsidRPr="003E2858" w14:paraId="479CC51A" w14:textId="77777777">
        <w:trPr>
          <w:cantSplit/>
          <w:trHeight w:val="454"/>
        </w:trPr>
        <w:tc>
          <w:tcPr>
            <w:tcW w:w="1928" w:type="dxa"/>
            <w:vAlign w:val="center"/>
          </w:tcPr>
          <w:p w14:paraId="1434196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  <w:tc>
          <w:tcPr>
            <w:tcW w:w="4252" w:type="dxa"/>
            <w:vAlign w:val="center"/>
          </w:tcPr>
          <w:p w14:paraId="2DBF7D8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2835" w:type="dxa"/>
            <w:vAlign w:val="center"/>
          </w:tcPr>
          <w:p w14:paraId="263E85B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</w:t>
            </w:r>
          </w:p>
        </w:tc>
      </w:tr>
      <w:tr w:rsidR="00AF6371" w:rsidRPr="003E2858" w14:paraId="2D2FDD1A" w14:textId="77777777">
        <w:trPr>
          <w:cantSplit/>
          <w:trHeight w:val="454"/>
        </w:trPr>
        <w:tc>
          <w:tcPr>
            <w:tcW w:w="1928" w:type="dxa"/>
            <w:vAlign w:val="center"/>
          </w:tcPr>
          <w:p w14:paraId="6442477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  <w:tc>
          <w:tcPr>
            <w:tcW w:w="4252" w:type="dxa"/>
            <w:vAlign w:val="center"/>
          </w:tcPr>
          <w:p w14:paraId="5DBBA17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2835" w:type="dxa"/>
            <w:vAlign w:val="center"/>
          </w:tcPr>
          <w:p w14:paraId="022DAC1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</w:t>
            </w:r>
          </w:p>
        </w:tc>
      </w:tr>
      <w:tr w:rsidR="00AF6371" w:rsidRPr="003E2858" w14:paraId="04DE91E8" w14:textId="77777777">
        <w:trPr>
          <w:cantSplit/>
          <w:trHeight w:val="454"/>
        </w:trPr>
        <w:tc>
          <w:tcPr>
            <w:tcW w:w="1928" w:type="dxa"/>
            <w:vAlign w:val="center"/>
          </w:tcPr>
          <w:p w14:paraId="2041F3C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  <w:tc>
          <w:tcPr>
            <w:tcW w:w="4252" w:type="dxa"/>
            <w:vAlign w:val="center"/>
          </w:tcPr>
          <w:p w14:paraId="1D3124A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2835" w:type="dxa"/>
            <w:vAlign w:val="center"/>
          </w:tcPr>
          <w:p w14:paraId="0157157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</w:t>
            </w:r>
          </w:p>
        </w:tc>
      </w:tr>
      <w:tr w:rsidR="00AF6371" w:rsidRPr="003E2858" w14:paraId="10D9BA72" w14:textId="77777777">
        <w:trPr>
          <w:cantSplit/>
          <w:trHeight w:val="454"/>
        </w:trPr>
        <w:tc>
          <w:tcPr>
            <w:tcW w:w="1928" w:type="dxa"/>
            <w:vAlign w:val="center"/>
          </w:tcPr>
          <w:p w14:paraId="69901C70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</w:t>
            </w:r>
          </w:p>
        </w:tc>
        <w:tc>
          <w:tcPr>
            <w:tcW w:w="4252" w:type="dxa"/>
            <w:vAlign w:val="center"/>
          </w:tcPr>
          <w:p w14:paraId="589FF200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</w:t>
            </w:r>
          </w:p>
        </w:tc>
        <w:tc>
          <w:tcPr>
            <w:tcW w:w="2835" w:type="dxa"/>
            <w:vAlign w:val="center"/>
          </w:tcPr>
          <w:p w14:paraId="0B13C784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</w:t>
            </w:r>
          </w:p>
        </w:tc>
      </w:tr>
    </w:tbl>
    <w:p w14:paraId="0BD25054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1E6060BD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26BEB4E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12EF577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18B9FE2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lastRenderedPageBreak/>
        <w:t>2.3 หลักการ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ออกแบบ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และ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พัฒนา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ระบบ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แชท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บอ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ท</w:t>
      </w:r>
    </w:p>
    <w:p w14:paraId="14819026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983BCC6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DEDCFE5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74D677A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2.3.1 วงจร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การพัฒนา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ระบบ (SDLC)</w:t>
      </w:r>
    </w:p>
    <w:p w14:paraId="3F875A49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69F6761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C4DCB4D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F7D4BB8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4CED0B4" w14:textId="77777777" w:rsidR="00AF6371" w:rsidRPr="003E2858" w:rsidRDefault="00000000">
      <w:pPr>
        <w:keepNext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t>ตาราง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2.2 ขั้นตอน SDLC ที่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โครงการ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นำมาใช้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3118"/>
        <w:gridCol w:w="5896"/>
      </w:tblGrid>
      <w:tr w:rsidR="00AF6371" w:rsidRPr="003E2858" w14:paraId="651D7C13" w14:textId="77777777">
        <w:trPr>
          <w:cantSplit/>
          <w:tblHeader/>
        </w:trPr>
        <w:tc>
          <w:tcPr>
            <w:tcW w:w="3118" w:type="dxa"/>
            <w:shd w:val="clear" w:color="auto" w:fill="F2F2F2"/>
            <w:vAlign w:val="center"/>
          </w:tcPr>
          <w:p w14:paraId="0D292A7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ขั้นตอน</w:t>
            </w:r>
          </w:p>
        </w:tc>
        <w:tc>
          <w:tcPr>
            <w:tcW w:w="5896" w:type="dxa"/>
            <w:shd w:val="clear" w:color="auto" w:fill="F2F2F2"/>
            <w:vAlign w:val="center"/>
          </w:tcPr>
          <w:p w14:paraId="7F4DC22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สิ่ง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ที่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ทำ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ใน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โครงการ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นี้</w:t>
            </w:r>
          </w:p>
        </w:tc>
      </w:tr>
      <w:tr w:rsidR="00AF6371" w:rsidRPr="003E2858" w14:paraId="6E22756F" w14:textId="77777777">
        <w:trPr>
          <w:cantSplit/>
          <w:trHeight w:val="454"/>
        </w:trPr>
        <w:tc>
          <w:tcPr>
            <w:tcW w:w="3118" w:type="dxa"/>
            <w:vAlign w:val="center"/>
          </w:tcPr>
          <w:p w14:paraId="372DCA2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1. วางแผน/กำหนด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ปัญหา</w:t>
            </w:r>
          </w:p>
        </w:tc>
        <w:tc>
          <w:tcPr>
            <w:tcW w:w="5896" w:type="dxa"/>
            <w:vAlign w:val="center"/>
          </w:tcPr>
          <w:p w14:paraId="72B03D0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</w:t>
            </w:r>
          </w:p>
        </w:tc>
      </w:tr>
      <w:tr w:rsidR="00AF6371" w:rsidRPr="003E2858" w14:paraId="58EE1671" w14:textId="77777777">
        <w:trPr>
          <w:cantSplit/>
          <w:trHeight w:val="454"/>
        </w:trPr>
        <w:tc>
          <w:tcPr>
            <w:tcW w:w="3118" w:type="dxa"/>
            <w:vAlign w:val="center"/>
          </w:tcPr>
          <w:p w14:paraId="3B00043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2. วิเคราะห์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ความต้องการ</w:t>
            </w:r>
          </w:p>
        </w:tc>
        <w:tc>
          <w:tcPr>
            <w:tcW w:w="5896" w:type="dxa"/>
            <w:vAlign w:val="center"/>
          </w:tcPr>
          <w:p w14:paraId="0AAE39D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</w:t>
            </w:r>
          </w:p>
        </w:tc>
      </w:tr>
      <w:tr w:rsidR="00AF6371" w:rsidRPr="003E2858" w14:paraId="52FD9576" w14:textId="77777777">
        <w:trPr>
          <w:cantSplit/>
          <w:trHeight w:val="454"/>
        </w:trPr>
        <w:tc>
          <w:tcPr>
            <w:tcW w:w="3118" w:type="dxa"/>
            <w:vAlign w:val="center"/>
          </w:tcPr>
          <w:p w14:paraId="40DFDA5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3. ออกแบบ</w:t>
            </w:r>
          </w:p>
        </w:tc>
        <w:tc>
          <w:tcPr>
            <w:tcW w:w="5896" w:type="dxa"/>
            <w:vAlign w:val="center"/>
          </w:tcPr>
          <w:p w14:paraId="66C948E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</w:t>
            </w:r>
          </w:p>
        </w:tc>
      </w:tr>
      <w:tr w:rsidR="00AF6371" w:rsidRPr="003E2858" w14:paraId="5D6A79C2" w14:textId="77777777">
        <w:trPr>
          <w:cantSplit/>
          <w:trHeight w:val="454"/>
        </w:trPr>
        <w:tc>
          <w:tcPr>
            <w:tcW w:w="3118" w:type="dxa"/>
            <w:vAlign w:val="center"/>
          </w:tcPr>
          <w:p w14:paraId="655BB2C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4. พัฒนา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ทดสอบ</w:t>
            </w:r>
          </w:p>
        </w:tc>
        <w:tc>
          <w:tcPr>
            <w:tcW w:w="5896" w:type="dxa"/>
            <w:vAlign w:val="center"/>
          </w:tcPr>
          <w:p w14:paraId="09E626C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</w:t>
            </w:r>
          </w:p>
        </w:tc>
      </w:tr>
      <w:tr w:rsidR="00AF6371" w:rsidRPr="003E2858" w14:paraId="0A349D41" w14:textId="77777777">
        <w:trPr>
          <w:cantSplit/>
          <w:trHeight w:val="454"/>
        </w:trPr>
        <w:tc>
          <w:tcPr>
            <w:tcW w:w="3118" w:type="dxa"/>
            <w:vAlign w:val="center"/>
          </w:tcPr>
          <w:p w14:paraId="58CDDCAB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5. ติดตั้ง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ใช้งาน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ประเมินผล</w:t>
            </w:r>
          </w:p>
        </w:tc>
        <w:tc>
          <w:tcPr>
            <w:tcW w:w="5896" w:type="dxa"/>
            <w:vAlign w:val="center"/>
          </w:tcPr>
          <w:p w14:paraId="6C977A1D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</w:t>
            </w:r>
          </w:p>
        </w:tc>
      </w:tr>
    </w:tbl>
    <w:p w14:paraId="1F817DB0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45BF8FD2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ที่มา: 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0FD3EAF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2.3.2 การ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ออกแบบ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บทสนทนา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จาก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ข้อมูลจริง</w:t>
      </w:r>
    </w:p>
    <w:p w14:paraId="6E5A9FC8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5B09E30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3B16BE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8848BC7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FF3207F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lastRenderedPageBreak/>
        <w:t>2.4 การประเมิน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ประสิทธิภาพ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และ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ความพึงพอใจ</w:t>
      </w:r>
    </w:p>
    <w:p w14:paraId="4D325B6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FE8C819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0512679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43DBD10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2.4.1 การ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หา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ประสิทธิภาพ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ของ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ระบบ</w:t>
      </w:r>
    </w:p>
    <w:p w14:paraId="4F8ABEC4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8C548A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3804A1D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BA81D84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B8128C6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2.4.2 การประเมิน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ความพึงพอใจ</w:t>
      </w:r>
    </w:p>
    <w:p w14:paraId="7505E2E8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DDEDA36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966343D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0EEF449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A1E4C1E" w14:textId="77777777" w:rsidR="00AF6371" w:rsidRPr="003E2858" w:rsidRDefault="00000000">
      <w:pPr>
        <w:keepNext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t>ตาราง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2.3 เกณฑ์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แปล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ผล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ค่าเฉลี่ย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ความพึงพอใจ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4507"/>
        <w:gridCol w:w="4507"/>
      </w:tblGrid>
      <w:tr w:rsidR="00AF6371" w:rsidRPr="003E2858" w14:paraId="219616BC" w14:textId="77777777">
        <w:trPr>
          <w:cantSplit/>
          <w:tblHeader/>
        </w:trPr>
        <w:tc>
          <w:tcPr>
            <w:tcW w:w="4507" w:type="dxa"/>
            <w:shd w:val="clear" w:color="auto" w:fill="F2F2F2"/>
            <w:vAlign w:val="center"/>
          </w:tcPr>
          <w:p w14:paraId="375AEC3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ค่าเฉลี่ย</w:t>
            </w:r>
          </w:p>
        </w:tc>
        <w:tc>
          <w:tcPr>
            <w:tcW w:w="4507" w:type="dxa"/>
            <w:shd w:val="clear" w:color="auto" w:fill="F2F2F2"/>
            <w:vAlign w:val="center"/>
          </w:tcPr>
          <w:p w14:paraId="3624171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ระดับ</w:t>
            </w:r>
          </w:p>
        </w:tc>
      </w:tr>
      <w:tr w:rsidR="00AF6371" w:rsidRPr="003E2858" w14:paraId="003788A6" w14:textId="77777777">
        <w:trPr>
          <w:cantSplit/>
          <w:trHeight w:val="454"/>
        </w:trPr>
        <w:tc>
          <w:tcPr>
            <w:tcW w:w="4507" w:type="dxa"/>
            <w:vAlign w:val="center"/>
          </w:tcPr>
          <w:p w14:paraId="15F2F42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</w:t>
            </w:r>
          </w:p>
        </w:tc>
        <w:tc>
          <w:tcPr>
            <w:tcW w:w="4507" w:type="dxa"/>
            <w:vAlign w:val="center"/>
          </w:tcPr>
          <w:p w14:paraId="248E3FE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</w:t>
            </w:r>
          </w:p>
        </w:tc>
      </w:tr>
      <w:tr w:rsidR="00AF6371" w:rsidRPr="003E2858" w14:paraId="1C14E0B9" w14:textId="77777777">
        <w:trPr>
          <w:cantSplit/>
          <w:trHeight w:val="454"/>
        </w:trPr>
        <w:tc>
          <w:tcPr>
            <w:tcW w:w="4507" w:type="dxa"/>
            <w:vAlign w:val="center"/>
          </w:tcPr>
          <w:p w14:paraId="6D81ED1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</w:t>
            </w:r>
          </w:p>
        </w:tc>
        <w:tc>
          <w:tcPr>
            <w:tcW w:w="4507" w:type="dxa"/>
            <w:vAlign w:val="center"/>
          </w:tcPr>
          <w:p w14:paraId="2C7192A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</w:t>
            </w:r>
          </w:p>
        </w:tc>
      </w:tr>
      <w:tr w:rsidR="00AF6371" w:rsidRPr="003E2858" w14:paraId="2879DA6E" w14:textId="77777777">
        <w:trPr>
          <w:cantSplit/>
          <w:trHeight w:val="454"/>
        </w:trPr>
        <w:tc>
          <w:tcPr>
            <w:tcW w:w="4507" w:type="dxa"/>
            <w:vAlign w:val="center"/>
          </w:tcPr>
          <w:p w14:paraId="67FDE5E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</w:t>
            </w:r>
          </w:p>
        </w:tc>
        <w:tc>
          <w:tcPr>
            <w:tcW w:w="4507" w:type="dxa"/>
            <w:vAlign w:val="center"/>
          </w:tcPr>
          <w:p w14:paraId="126ADBA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</w:t>
            </w:r>
          </w:p>
        </w:tc>
      </w:tr>
      <w:tr w:rsidR="00AF6371" w:rsidRPr="003E2858" w14:paraId="62330A7C" w14:textId="77777777">
        <w:trPr>
          <w:cantSplit/>
          <w:trHeight w:val="454"/>
        </w:trPr>
        <w:tc>
          <w:tcPr>
            <w:tcW w:w="4507" w:type="dxa"/>
            <w:vAlign w:val="center"/>
          </w:tcPr>
          <w:p w14:paraId="65BD875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</w:t>
            </w:r>
          </w:p>
        </w:tc>
        <w:tc>
          <w:tcPr>
            <w:tcW w:w="4507" w:type="dxa"/>
            <w:vAlign w:val="center"/>
          </w:tcPr>
          <w:p w14:paraId="32FE55E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</w:t>
            </w:r>
          </w:p>
        </w:tc>
      </w:tr>
      <w:tr w:rsidR="00AF6371" w:rsidRPr="003E2858" w14:paraId="657DA859" w14:textId="77777777">
        <w:trPr>
          <w:cantSplit/>
          <w:trHeight w:val="454"/>
        </w:trPr>
        <w:tc>
          <w:tcPr>
            <w:tcW w:w="4507" w:type="dxa"/>
            <w:vAlign w:val="center"/>
          </w:tcPr>
          <w:p w14:paraId="5B262963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</w:t>
            </w:r>
          </w:p>
        </w:tc>
        <w:tc>
          <w:tcPr>
            <w:tcW w:w="4507" w:type="dxa"/>
            <w:vAlign w:val="center"/>
          </w:tcPr>
          <w:p w14:paraId="620E9BD8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</w:t>
            </w:r>
          </w:p>
        </w:tc>
      </w:tr>
    </w:tbl>
    <w:p w14:paraId="20B05A57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288686AF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ที่มา: 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BE9C190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lastRenderedPageBreak/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1B390EB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0CB7EE2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9CF7313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67E8AFB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2.5 งานวิจัย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ที่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เกี่ยวข้อง</w:t>
      </w:r>
    </w:p>
    <w:p w14:paraId="3FA661F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D088BE7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BEC1AF2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BD2A3D6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AE40E3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A01A2FB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BD6329B" w14:textId="77777777" w:rsidR="00AF6371" w:rsidRPr="003E2858" w:rsidRDefault="00000000">
      <w:pPr>
        <w:keepNext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t>ตาราง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2.4 สรุป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งานวิจัย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เกี่ยวข้อง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1814"/>
        <w:gridCol w:w="2381"/>
        <w:gridCol w:w="2381"/>
        <w:gridCol w:w="2438"/>
      </w:tblGrid>
      <w:tr w:rsidR="00AF6371" w:rsidRPr="003E2858" w14:paraId="4C2B438B" w14:textId="77777777">
        <w:trPr>
          <w:cantSplit/>
          <w:tblHeader/>
        </w:trPr>
        <w:tc>
          <w:tcPr>
            <w:tcW w:w="1814" w:type="dxa"/>
            <w:shd w:val="clear" w:color="auto" w:fill="F2F2F2"/>
            <w:vAlign w:val="center"/>
          </w:tcPr>
          <w:p w14:paraId="0360195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ผู้แต่ง (ปี)</w:t>
            </w:r>
          </w:p>
        </w:tc>
        <w:tc>
          <w:tcPr>
            <w:tcW w:w="2381" w:type="dxa"/>
            <w:shd w:val="clear" w:color="auto" w:fill="F2F2F2"/>
            <w:vAlign w:val="center"/>
          </w:tcPr>
          <w:p w14:paraId="18B9A8F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ทำ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อะไร (วัตถุประสงค์/ชิ้นงาน)</w:t>
            </w:r>
          </w:p>
        </w:tc>
        <w:tc>
          <w:tcPr>
            <w:tcW w:w="2381" w:type="dxa"/>
            <w:shd w:val="clear" w:color="auto" w:fill="F2F2F2"/>
            <w:vAlign w:val="center"/>
          </w:tcPr>
          <w:p w14:paraId="25944E6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ได้ผล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อย่างไร (ตัวเลข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สำคัญ)</w:t>
            </w:r>
          </w:p>
        </w:tc>
        <w:tc>
          <w:tcPr>
            <w:tcW w:w="2438" w:type="dxa"/>
            <w:shd w:val="clear" w:color="auto" w:fill="F2F2F2"/>
            <w:vAlign w:val="center"/>
          </w:tcPr>
          <w:p w14:paraId="45904EC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นำมา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ใช้กับ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โครงการ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เรา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ได้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อย่างไร</w:t>
            </w:r>
          </w:p>
        </w:tc>
      </w:tr>
      <w:tr w:rsidR="00AF6371" w:rsidRPr="003E2858" w14:paraId="70940FCD" w14:textId="77777777">
        <w:trPr>
          <w:cantSplit/>
          <w:trHeight w:val="454"/>
        </w:trPr>
        <w:tc>
          <w:tcPr>
            <w:tcW w:w="1814" w:type="dxa"/>
            <w:vAlign w:val="center"/>
          </w:tcPr>
          <w:p w14:paraId="32CB132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2381" w:type="dxa"/>
            <w:vAlign w:val="center"/>
          </w:tcPr>
          <w:p w14:paraId="33A96E1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381" w:type="dxa"/>
            <w:vAlign w:val="center"/>
          </w:tcPr>
          <w:p w14:paraId="05F2574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438" w:type="dxa"/>
            <w:vAlign w:val="center"/>
          </w:tcPr>
          <w:p w14:paraId="3D0B2B9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</w:tr>
      <w:tr w:rsidR="00AF6371" w:rsidRPr="003E2858" w14:paraId="22770171" w14:textId="77777777">
        <w:trPr>
          <w:cantSplit/>
          <w:trHeight w:val="454"/>
        </w:trPr>
        <w:tc>
          <w:tcPr>
            <w:tcW w:w="1814" w:type="dxa"/>
            <w:vAlign w:val="center"/>
          </w:tcPr>
          <w:p w14:paraId="7B2F246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2381" w:type="dxa"/>
            <w:vAlign w:val="center"/>
          </w:tcPr>
          <w:p w14:paraId="5A948A3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381" w:type="dxa"/>
            <w:vAlign w:val="center"/>
          </w:tcPr>
          <w:p w14:paraId="0F87312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438" w:type="dxa"/>
            <w:vAlign w:val="center"/>
          </w:tcPr>
          <w:p w14:paraId="50748DF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</w:tr>
      <w:tr w:rsidR="00AF6371" w:rsidRPr="003E2858" w14:paraId="62C55E8D" w14:textId="77777777">
        <w:trPr>
          <w:cantSplit/>
          <w:trHeight w:val="454"/>
        </w:trPr>
        <w:tc>
          <w:tcPr>
            <w:tcW w:w="1814" w:type="dxa"/>
            <w:vAlign w:val="center"/>
          </w:tcPr>
          <w:p w14:paraId="4A7F152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2381" w:type="dxa"/>
            <w:vAlign w:val="center"/>
          </w:tcPr>
          <w:p w14:paraId="085C6A5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381" w:type="dxa"/>
            <w:vAlign w:val="center"/>
          </w:tcPr>
          <w:p w14:paraId="5C68634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438" w:type="dxa"/>
            <w:vAlign w:val="center"/>
          </w:tcPr>
          <w:p w14:paraId="2BB53BD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</w:tr>
      <w:tr w:rsidR="00AF6371" w:rsidRPr="003E2858" w14:paraId="200816FD" w14:textId="77777777">
        <w:trPr>
          <w:cantSplit/>
          <w:trHeight w:val="454"/>
        </w:trPr>
        <w:tc>
          <w:tcPr>
            <w:tcW w:w="1814" w:type="dxa"/>
            <w:vAlign w:val="center"/>
          </w:tcPr>
          <w:p w14:paraId="48C930F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2381" w:type="dxa"/>
            <w:vAlign w:val="center"/>
          </w:tcPr>
          <w:p w14:paraId="6967991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381" w:type="dxa"/>
            <w:vAlign w:val="center"/>
          </w:tcPr>
          <w:p w14:paraId="4668034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438" w:type="dxa"/>
            <w:vAlign w:val="center"/>
          </w:tcPr>
          <w:p w14:paraId="1F51CBE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</w:tr>
      <w:tr w:rsidR="00AF6371" w:rsidRPr="003E2858" w14:paraId="0BF0B82B" w14:textId="77777777">
        <w:trPr>
          <w:cantSplit/>
          <w:trHeight w:val="454"/>
        </w:trPr>
        <w:tc>
          <w:tcPr>
            <w:tcW w:w="1814" w:type="dxa"/>
            <w:vAlign w:val="center"/>
          </w:tcPr>
          <w:p w14:paraId="7166B8F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2381" w:type="dxa"/>
            <w:vAlign w:val="center"/>
          </w:tcPr>
          <w:p w14:paraId="0CD3638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381" w:type="dxa"/>
            <w:vAlign w:val="center"/>
          </w:tcPr>
          <w:p w14:paraId="249F077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438" w:type="dxa"/>
            <w:vAlign w:val="center"/>
          </w:tcPr>
          <w:p w14:paraId="03EF3C8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</w:tr>
      <w:tr w:rsidR="00AF6371" w:rsidRPr="003E2858" w14:paraId="5B3028CD" w14:textId="77777777">
        <w:trPr>
          <w:cantSplit/>
          <w:trHeight w:val="454"/>
        </w:trPr>
        <w:tc>
          <w:tcPr>
            <w:tcW w:w="1814" w:type="dxa"/>
            <w:vAlign w:val="center"/>
          </w:tcPr>
          <w:p w14:paraId="2CD60FE8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</w:t>
            </w:r>
          </w:p>
        </w:tc>
        <w:tc>
          <w:tcPr>
            <w:tcW w:w="2381" w:type="dxa"/>
            <w:vAlign w:val="center"/>
          </w:tcPr>
          <w:p w14:paraId="2B2CF94B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381" w:type="dxa"/>
            <w:vAlign w:val="center"/>
          </w:tcPr>
          <w:p w14:paraId="77648D0E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  <w:tc>
          <w:tcPr>
            <w:tcW w:w="2438" w:type="dxa"/>
            <w:vAlign w:val="center"/>
          </w:tcPr>
          <w:p w14:paraId="678457FB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</w:t>
            </w:r>
          </w:p>
        </w:tc>
      </w:tr>
    </w:tbl>
    <w:p w14:paraId="619A1A89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6FF8E058" w14:textId="77777777" w:rsidR="00AF6371" w:rsidRPr="003E2858" w:rsidRDefault="00000000">
      <w:pPr>
        <w:keepNext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lastRenderedPageBreak/>
        <w:t>ตาราง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2.5 เปรียบเทียบ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งานวิจัย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เดิม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กับ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โครงการ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นี้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1531"/>
        <w:gridCol w:w="1134"/>
        <w:gridCol w:w="1587"/>
        <w:gridCol w:w="1361"/>
        <w:gridCol w:w="1191"/>
        <w:gridCol w:w="2211"/>
      </w:tblGrid>
      <w:tr w:rsidR="00AF6371" w:rsidRPr="003E2858" w14:paraId="750F8221" w14:textId="77777777">
        <w:trPr>
          <w:cantSplit/>
          <w:tblHeader/>
        </w:trPr>
        <w:tc>
          <w:tcPr>
            <w:tcW w:w="1531" w:type="dxa"/>
            <w:shd w:val="clear" w:color="auto" w:fill="F2F2F2"/>
            <w:vAlign w:val="center"/>
          </w:tcPr>
          <w:p w14:paraId="39C3835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งาน (ผู้แต่ง ปี)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1C932FC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กลุ่ม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ผู้ใช้</w:t>
            </w:r>
          </w:p>
        </w:tc>
        <w:tc>
          <w:tcPr>
            <w:tcW w:w="1587" w:type="dxa"/>
            <w:shd w:val="clear" w:color="auto" w:fill="F2F2F2"/>
            <w:vAlign w:val="center"/>
          </w:tcPr>
          <w:p w14:paraId="559C801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ชิ้นงาน/วิธี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ที่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ใช้</w:t>
            </w:r>
          </w:p>
        </w:tc>
        <w:tc>
          <w:tcPr>
            <w:tcW w:w="1361" w:type="dxa"/>
            <w:shd w:val="clear" w:color="auto" w:fill="F2F2F2"/>
            <w:vAlign w:val="center"/>
          </w:tcPr>
          <w:p w14:paraId="6FEBD9C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เทียบ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กับ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อะไร</w:t>
            </w:r>
          </w:p>
        </w:tc>
        <w:tc>
          <w:tcPr>
            <w:tcW w:w="1191" w:type="dxa"/>
            <w:shd w:val="clear" w:color="auto" w:fill="F2F2F2"/>
            <w:vAlign w:val="center"/>
          </w:tcPr>
          <w:p w14:paraId="460EDA8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ผล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ที่วัด</w:t>
            </w:r>
          </w:p>
        </w:tc>
        <w:tc>
          <w:tcPr>
            <w:tcW w:w="2211" w:type="dxa"/>
            <w:shd w:val="clear" w:color="auto" w:fill="F2F2F2"/>
            <w:vAlign w:val="center"/>
          </w:tcPr>
          <w:p w14:paraId="42E20CB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โครงการ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ของ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เรา ต่าง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หรือ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ดีกว่า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อย่างไร</w:t>
            </w:r>
          </w:p>
        </w:tc>
      </w:tr>
      <w:tr w:rsidR="00AF6371" w:rsidRPr="003E2858" w14:paraId="6574DFEB" w14:textId="77777777">
        <w:trPr>
          <w:cantSplit/>
          <w:trHeight w:val="454"/>
        </w:trPr>
        <w:tc>
          <w:tcPr>
            <w:tcW w:w="1531" w:type="dxa"/>
            <w:vAlign w:val="center"/>
          </w:tcPr>
          <w:p w14:paraId="6F00132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134" w:type="dxa"/>
            <w:vAlign w:val="center"/>
          </w:tcPr>
          <w:p w14:paraId="70EC10B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1587" w:type="dxa"/>
            <w:vAlign w:val="center"/>
          </w:tcPr>
          <w:p w14:paraId="2B4B24D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361" w:type="dxa"/>
            <w:vAlign w:val="center"/>
          </w:tcPr>
          <w:p w14:paraId="7CD006A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</w:p>
        </w:tc>
        <w:tc>
          <w:tcPr>
            <w:tcW w:w="1191" w:type="dxa"/>
            <w:vAlign w:val="center"/>
          </w:tcPr>
          <w:p w14:paraId="539CB66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2211" w:type="dxa"/>
            <w:vAlign w:val="center"/>
          </w:tcPr>
          <w:p w14:paraId="3E0F211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</w:tc>
      </w:tr>
      <w:tr w:rsidR="00AF6371" w:rsidRPr="003E2858" w14:paraId="0769DFC1" w14:textId="77777777">
        <w:trPr>
          <w:cantSplit/>
          <w:trHeight w:val="454"/>
        </w:trPr>
        <w:tc>
          <w:tcPr>
            <w:tcW w:w="1531" w:type="dxa"/>
            <w:vAlign w:val="center"/>
          </w:tcPr>
          <w:p w14:paraId="4FBF2A8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134" w:type="dxa"/>
            <w:vAlign w:val="center"/>
          </w:tcPr>
          <w:p w14:paraId="73CFC6B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1587" w:type="dxa"/>
            <w:vAlign w:val="center"/>
          </w:tcPr>
          <w:p w14:paraId="05088CB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361" w:type="dxa"/>
            <w:vAlign w:val="center"/>
          </w:tcPr>
          <w:p w14:paraId="340A2D2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</w:p>
        </w:tc>
        <w:tc>
          <w:tcPr>
            <w:tcW w:w="1191" w:type="dxa"/>
            <w:vAlign w:val="center"/>
          </w:tcPr>
          <w:p w14:paraId="05731C9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2211" w:type="dxa"/>
            <w:vAlign w:val="center"/>
          </w:tcPr>
          <w:p w14:paraId="2C1D9F0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</w:tc>
      </w:tr>
      <w:tr w:rsidR="00AF6371" w:rsidRPr="003E2858" w14:paraId="3D31783F" w14:textId="77777777">
        <w:trPr>
          <w:cantSplit/>
          <w:trHeight w:val="454"/>
        </w:trPr>
        <w:tc>
          <w:tcPr>
            <w:tcW w:w="1531" w:type="dxa"/>
            <w:vAlign w:val="center"/>
          </w:tcPr>
          <w:p w14:paraId="03B9A24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134" w:type="dxa"/>
            <w:vAlign w:val="center"/>
          </w:tcPr>
          <w:p w14:paraId="0393CD0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1587" w:type="dxa"/>
            <w:vAlign w:val="center"/>
          </w:tcPr>
          <w:p w14:paraId="582E08D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361" w:type="dxa"/>
            <w:vAlign w:val="center"/>
          </w:tcPr>
          <w:p w14:paraId="79171FB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</w:p>
        </w:tc>
        <w:tc>
          <w:tcPr>
            <w:tcW w:w="1191" w:type="dxa"/>
            <w:vAlign w:val="center"/>
          </w:tcPr>
          <w:p w14:paraId="07296F8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2211" w:type="dxa"/>
            <w:vAlign w:val="center"/>
          </w:tcPr>
          <w:p w14:paraId="5BA7533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</w:tc>
      </w:tr>
      <w:tr w:rsidR="00AF6371" w:rsidRPr="003E2858" w14:paraId="4A6AABF9" w14:textId="77777777">
        <w:trPr>
          <w:cantSplit/>
          <w:trHeight w:val="454"/>
        </w:trPr>
        <w:tc>
          <w:tcPr>
            <w:tcW w:w="1531" w:type="dxa"/>
            <w:vAlign w:val="center"/>
          </w:tcPr>
          <w:p w14:paraId="2DDED2F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134" w:type="dxa"/>
            <w:vAlign w:val="center"/>
          </w:tcPr>
          <w:p w14:paraId="5851266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1587" w:type="dxa"/>
            <w:vAlign w:val="center"/>
          </w:tcPr>
          <w:p w14:paraId="3C3B05E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361" w:type="dxa"/>
            <w:vAlign w:val="center"/>
          </w:tcPr>
          <w:p w14:paraId="3F5D2EA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</w:p>
        </w:tc>
        <w:tc>
          <w:tcPr>
            <w:tcW w:w="1191" w:type="dxa"/>
            <w:vAlign w:val="center"/>
          </w:tcPr>
          <w:p w14:paraId="74D3930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2211" w:type="dxa"/>
            <w:vAlign w:val="center"/>
          </w:tcPr>
          <w:p w14:paraId="73BD90D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</w:tc>
      </w:tr>
      <w:tr w:rsidR="00AF6371" w:rsidRPr="003E2858" w14:paraId="3CB9B32D" w14:textId="77777777">
        <w:trPr>
          <w:cantSplit/>
          <w:trHeight w:val="454"/>
        </w:trPr>
        <w:tc>
          <w:tcPr>
            <w:tcW w:w="1531" w:type="dxa"/>
            <w:vAlign w:val="center"/>
          </w:tcPr>
          <w:p w14:paraId="795452E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134" w:type="dxa"/>
            <w:vAlign w:val="center"/>
          </w:tcPr>
          <w:p w14:paraId="32FCA9B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1587" w:type="dxa"/>
            <w:vAlign w:val="center"/>
          </w:tcPr>
          <w:p w14:paraId="220827B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361" w:type="dxa"/>
            <w:vAlign w:val="center"/>
          </w:tcPr>
          <w:p w14:paraId="2DE7E3C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</w:p>
        </w:tc>
        <w:tc>
          <w:tcPr>
            <w:tcW w:w="1191" w:type="dxa"/>
            <w:vAlign w:val="center"/>
          </w:tcPr>
          <w:p w14:paraId="341A3CC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2211" w:type="dxa"/>
            <w:vAlign w:val="center"/>
          </w:tcPr>
          <w:p w14:paraId="6D99B4C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</w:tc>
      </w:tr>
      <w:tr w:rsidR="00AF6371" w:rsidRPr="003E2858" w14:paraId="746B9705" w14:textId="77777777">
        <w:trPr>
          <w:cantSplit/>
          <w:trHeight w:val="454"/>
        </w:trPr>
        <w:tc>
          <w:tcPr>
            <w:tcW w:w="1531" w:type="dxa"/>
            <w:vAlign w:val="center"/>
          </w:tcPr>
          <w:p w14:paraId="3B1BA0B0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134" w:type="dxa"/>
            <w:vAlign w:val="center"/>
          </w:tcPr>
          <w:p w14:paraId="2DF04386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1587" w:type="dxa"/>
            <w:vAlign w:val="center"/>
          </w:tcPr>
          <w:p w14:paraId="755B3F5F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361" w:type="dxa"/>
            <w:vAlign w:val="center"/>
          </w:tcPr>
          <w:p w14:paraId="489B1B98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</w:t>
            </w:r>
          </w:p>
        </w:tc>
        <w:tc>
          <w:tcPr>
            <w:tcW w:w="1191" w:type="dxa"/>
            <w:vAlign w:val="center"/>
          </w:tcPr>
          <w:p w14:paraId="017E6845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2211" w:type="dxa"/>
            <w:vAlign w:val="center"/>
          </w:tcPr>
          <w:p w14:paraId="6972CE92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</w:t>
            </w:r>
          </w:p>
        </w:tc>
      </w:tr>
    </w:tbl>
    <w:p w14:paraId="5E8D9A45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796421DA" w14:textId="77777777" w:rsidR="00AF6371" w:rsidRPr="003E2858" w:rsidRDefault="00000000">
      <w:pPr>
        <w:pStyle w:val="Heading3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สรุป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จุด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ที่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งาน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เดิม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ยัง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ไม่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ได้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ทำ และ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โครงการ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นี้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จะ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ทำ</w:t>
      </w:r>
    </w:p>
    <w:p w14:paraId="1173B1C4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E777290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772C74A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9545EF0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4CAFD18" w14:textId="77777777" w:rsidR="00AF6371" w:rsidRPr="003E2858" w:rsidRDefault="00000000" w:rsidP="003E2858">
      <w:pPr>
        <w:pStyle w:val="Heading1"/>
        <w:pageBreakBefore/>
        <w:spacing w:before="0" w:line="240" w:lineRule="auto"/>
        <w:jc w:val="center"/>
        <w:rPr>
          <w:rFonts w:ascii="TH SarabunPSK" w:hAnsi="TH SarabunPSK" w:cs="TH SarabunPSK"/>
          <w:szCs w:val="36"/>
        </w:rPr>
      </w:pPr>
      <w:r w:rsidRPr="003E2858">
        <w:rPr>
          <w:rFonts w:ascii="TH SarabunPSK" w:hAnsi="TH SarabunPSK" w:cs="TH SarabunPSK"/>
          <w:szCs w:val="36"/>
        </w:rPr>
        <w:lastRenderedPageBreak/>
        <w:t>บท</w:t>
      </w:r>
      <w:r w:rsidRPr="003E2858">
        <w:rPr>
          <w:rFonts w:ascii="Arial" w:hAnsi="Arial" w:cs="Arial"/>
          <w:szCs w:val="36"/>
        </w:rPr>
        <w:t>​</w:t>
      </w:r>
      <w:r w:rsidRPr="003E2858">
        <w:rPr>
          <w:rFonts w:ascii="TH SarabunPSK" w:hAnsi="TH SarabunPSK" w:cs="TH SarabunPSK"/>
          <w:szCs w:val="36"/>
        </w:rPr>
        <w:t>ที่ 3</w:t>
      </w:r>
    </w:p>
    <w:p w14:paraId="2A5C6EBE" w14:textId="77777777" w:rsidR="00AF6371" w:rsidRDefault="00000000" w:rsidP="003E2858">
      <w:pPr>
        <w:pStyle w:val="Heading1"/>
        <w:spacing w:before="0" w:line="240" w:lineRule="auto"/>
        <w:jc w:val="center"/>
        <w:rPr>
          <w:rFonts w:ascii="TH SarabunPSK" w:hAnsi="TH SarabunPSK" w:cs="TH SarabunPSK"/>
          <w:szCs w:val="36"/>
          <w:lang w:val="en-US"/>
        </w:rPr>
      </w:pPr>
      <w:r w:rsidRPr="003E2858">
        <w:rPr>
          <w:rFonts w:ascii="TH SarabunPSK" w:hAnsi="TH SarabunPSK" w:cs="TH SarabunPSK"/>
          <w:szCs w:val="36"/>
        </w:rPr>
        <w:t>วิธี</w:t>
      </w:r>
      <w:r w:rsidRPr="003E2858">
        <w:rPr>
          <w:rFonts w:ascii="Arial" w:hAnsi="Arial" w:cs="Arial"/>
          <w:szCs w:val="36"/>
        </w:rPr>
        <w:t>​</w:t>
      </w:r>
      <w:r w:rsidRPr="003E2858">
        <w:rPr>
          <w:rFonts w:ascii="TH SarabunPSK" w:hAnsi="TH SarabunPSK" w:cs="TH SarabunPSK"/>
          <w:szCs w:val="36"/>
        </w:rPr>
        <w:t>ดำเนิน</w:t>
      </w:r>
      <w:r w:rsidRPr="003E2858">
        <w:rPr>
          <w:rFonts w:ascii="Arial" w:hAnsi="Arial" w:cs="Arial"/>
          <w:szCs w:val="36"/>
        </w:rPr>
        <w:t>​</w:t>
      </w:r>
      <w:r w:rsidRPr="003E2858">
        <w:rPr>
          <w:rFonts w:ascii="TH SarabunPSK" w:hAnsi="TH SarabunPSK" w:cs="TH SarabunPSK"/>
          <w:szCs w:val="36"/>
        </w:rPr>
        <w:t>การวิจัย</w:t>
      </w:r>
    </w:p>
    <w:p w14:paraId="3C814A69" w14:textId="77777777" w:rsidR="003E2858" w:rsidRDefault="003E2858" w:rsidP="003E2858">
      <w:pPr>
        <w:rPr>
          <w:lang w:val="en-US"/>
        </w:rPr>
      </w:pPr>
    </w:p>
    <w:p w14:paraId="37112D97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90EC709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6F65B31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415461D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3.1 บริบท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ของ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พื้นที่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และ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ปัญหา</w:t>
      </w:r>
    </w:p>
    <w:p w14:paraId="5F2F7BCF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BAD93A9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D067D9C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3969"/>
        <w:gridCol w:w="5046"/>
      </w:tblGrid>
      <w:tr w:rsidR="00AF6371" w:rsidRPr="003E2858" w14:paraId="548A6389" w14:textId="77777777">
        <w:trPr>
          <w:cantSplit/>
          <w:tblHeader/>
        </w:trPr>
        <w:tc>
          <w:tcPr>
            <w:tcW w:w="3969" w:type="dxa"/>
            <w:shd w:val="clear" w:color="auto" w:fill="F2F2F2"/>
            <w:vAlign w:val="center"/>
          </w:tcPr>
          <w:p w14:paraId="4D0D7A8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รายการ</w:t>
            </w:r>
          </w:p>
        </w:tc>
        <w:tc>
          <w:tcPr>
            <w:tcW w:w="5046" w:type="dxa"/>
            <w:shd w:val="clear" w:color="auto" w:fill="F2F2F2"/>
            <w:vAlign w:val="center"/>
          </w:tcPr>
          <w:p w14:paraId="1922510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ข้อมูล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ของ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โครงการ</w:t>
            </w:r>
          </w:p>
        </w:tc>
      </w:tr>
      <w:tr w:rsidR="00AF6371" w:rsidRPr="003E2858" w14:paraId="6A999375" w14:textId="77777777">
        <w:trPr>
          <w:cantSplit/>
          <w:trHeight w:val="454"/>
        </w:trPr>
        <w:tc>
          <w:tcPr>
            <w:tcW w:w="3969" w:type="dxa"/>
            <w:vAlign w:val="center"/>
          </w:tcPr>
          <w:p w14:paraId="5C19663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ชื่อ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เพจ / เจ้าของ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เพจ</w:t>
            </w:r>
          </w:p>
        </w:tc>
        <w:tc>
          <w:tcPr>
            <w:tcW w:w="5046" w:type="dxa"/>
            <w:vAlign w:val="center"/>
          </w:tcPr>
          <w:p w14:paraId="557452C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</w:t>
            </w:r>
          </w:p>
        </w:tc>
      </w:tr>
      <w:tr w:rsidR="00AF6371" w:rsidRPr="003E2858" w14:paraId="0CA11E67" w14:textId="77777777">
        <w:trPr>
          <w:cantSplit/>
          <w:trHeight w:val="454"/>
        </w:trPr>
        <w:tc>
          <w:tcPr>
            <w:tcW w:w="3969" w:type="dxa"/>
            <w:vAlign w:val="center"/>
          </w:tcPr>
          <w:p w14:paraId="20BADB8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ประเภท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ธุรกิจ/หน่วยงาน</w:t>
            </w:r>
          </w:p>
        </w:tc>
        <w:tc>
          <w:tcPr>
            <w:tcW w:w="5046" w:type="dxa"/>
            <w:vAlign w:val="center"/>
          </w:tcPr>
          <w:p w14:paraId="3B85873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</w:t>
            </w:r>
          </w:p>
        </w:tc>
      </w:tr>
      <w:tr w:rsidR="00AF6371" w:rsidRPr="003E2858" w14:paraId="41067DBD" w14:textId="77777777">
        <w:trPr>
          <w:cantSplit/>
          <w:trHeight w:val="454"/>
        </w:trPr>
        <w:tc>
          <w:tcPr>
            <w:tcW w:w="3969" w:type="dxa"/>
            <w:vAlign w:val="center"/>
          </w:tcPr>
          <w:p w14:paraId="1C180B9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จำนวน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ผู้ติดตาม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เพจ</w:t>
            </w:r>
          </w:p>
        </w:tc>
        <w:tc>
          <w:tcPr>
            <w:tcW w:w="5046" w:type="dxa"/>
            <w:vAlign w:val="center"/>
          </w:tcPr>
          <w:p w14:paraId="6181863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</w:t>
            </w:r>
          </w:p>
        </w:tc>
      </w:tr>
      <w:tr w:rsidR="00AF6371" w:rsidRPr="003E2858" w14:paraId="652BC5A3" w14:textId="77777777">
        <w:trPr>
          <w:cantSplit/>
          <w:trHeight w:val="454"/>
        </w:trPr>
        <w:tc>
          <w:tcPr>
            <w:tcW w:w="3969" w:type="dxa"/>
            <w:vAlign w:val="center"/>
          </w:tcPr>
          <w:p w14:paraId="3112976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จำนวน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ผู้ดูแล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เพจ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ตอบ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ข้อความ</w:t>
            </w:r>
          </w:p>
        </w:tc>
        <w:tc>
          <w:tcPr>
            <w:tcW w:w="5046" w:type="dxa"/>
            <w:vAlign w:val="center"/>
          </w:tcPr>
          <w:p w14:paraId="3145FDF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</w:t>
            </w:r>
          </w:p>
        </w:tc>
      </w:tr>
      <w:tr w:rsidR="00AF6371" w:rsidRPr="003E2858" w14:paraId="2056E52B" w14:textId="77777777">
        <w:trPr>
          <w:cantSplit/>
          <w:trHeight w:val="454"/>
        </w:trPr>
        <w:tc>
          <w:tcPr>
            <w:tcW w:w="3969" w:type="dxa"/>
            <w:vAlign w:val="center"/>
          </w:tcPr>
          <w:p w14:paraId="5B49FC2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จำนวน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ข้อความ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เข้า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เฉลี่ย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ต่อ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วัน</w:t>
            </w:r>
          </w:p>
        </w:tc>
        <w:tc>
          <w:tcPr>
            <w:tcW w:w="5046" w:type="dxa"/>
            <w:vAlign w:val="center"/>
          </w:tcPr>
          <w:p w14:paraId="405BE46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</w:t>
            </w:r>
          </w:p>
        </w:tc>
      </w:tr>
      <w:tr w:rsidR="00AF6371" w:rsidRPr="003E2858" w14:paraId="53713ADF" w14:textId="77777777">
        <w:trPr>
          <w:cantSplit/>
          <w:trHeight w:val="454"/>
        </w:trPr>
        <w:tc>
          <w:tcPr>
            <w:tcW w:w="3969" w:type="dxa"/>
            <w:vAlign w:val="center"/>
          </w:tcPr>
          <w:p w14:paraId="40A2659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เวลา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ตอบกลับ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เฉลี่ย (ก่อน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มี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แชท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บอ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ท)</w:t>
            </w:r>
          </w:p>
        </w:tc>
        <w:tc>
          <w:tcPr>
            <w:tcW w:w="5046" w:type="dxa"/>
            <w:vAlign w:val="center"/>
          </w:tcPr>
          <w:p w14:paraId="3120D3F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</w:t>
            </w:r>
          </w:p>
        </w:tc>
      </w:tr>
      <w:tr w:rsidR="00AF6371" w:rsidRPr="003E2858" w14:paraId="538E1FC8" w14:textId="77777777">
        <w:trPr>
          <w:cantSplit/>
          <w:trHeight w:val="454"/>
        </w:trPr>
        <w:tc>
          <w:tcPr>
            <w:tcW w:w="3969" w:type="dxa"/>
            <w:vAlign w:val="center"/>
          </w:tcPr>
          <w:p w14:paraId="39EC4C1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คำถาม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ถูก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ถาม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ซ้ำ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มาก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ที่สุด 5 อันดับ</w:t>
            </w:r>
          </w:p>
        </w:tc>
        <w:tc>
          <w:tcPr>
            <w:tcW w:w="5046" w:type="dxa"/>
            <w:vAlign w:val="center"/>
          </w:tcPr>
          <w:p w14:paraId="392ECD7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</w:t>
            </w:r>
          </w:p>
        </w:tc>
      </w:tr>
      <w:tr w:rsidR="00AF6371" w:rsidRPr="003E2858" w14:paraId="3596D24C" w14:textId="77777777">
        <w:trPr>
          <w:cantSplit/>
          <w:trHeight w:val="454"/>
        </w:trPr>
        <w:tc>
          <w:tcPr>
            <w:tcW w:w="3969" w:type="dxa"/>
            <w:vAlign w:val="center"/>
          </w:tcPr>
          <w:p w14:paraId="0E6620AA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หลักฐาน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ที่เก็บ</w:t>
            </w:r>
          </w:p>
        </w:tc>
        <w:tc>
          <w:tcPr>
            <w:tcW w:w="5046" w:type="dxa"/>
            <w:vAlign w:val="center"/>
          </w:tcPr>
          <w:p w14:paraId="7EFFC789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</w:t>
            </w:r>
          </w:p>
        </w:tc>
      </w:tr>
    </w:tbl>
    <w:p w14:paraId="760E8D71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27550E1B" w14:textId="6757DCBC" w:rsidR="00AF6371" w:rsidRPr="003E2858" w:rsidRDefault="00000000">
      <w:pPr>
        <w:pStyle w:val="Heading2"/>
        <w:rPr>
          <w:rFonts w:ascii="TH SarabunPSK" w:hAnsi="TH SarabunPSK" w:cs="TH SarabunPSK"/>
          <w:szCs w:val="32"/>
          <w:lang w:val="en-US" w:bidi="th-TH"/>
        </w:rPr>
      </w:pPr>
      <w:r w:rsidRPr="003E2858">
        <w:rPr>
          <w:rFonts w:ascii="TH SarabunPSK" w:hAnsi="TH SarabunPSK" w:cs="TH SarabunPSK"/>
          <w:szCs w:val="32"/>
        </w:rPr>
        <w:lastRenderedPageBreak/>
        <w:t>3.2 ขั้นตอน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การ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ดำเนินงาน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ตาม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แนว P</w:t>
      </w:r>
      <w:r w:rsidR="003E2858" w:rsidRPr="003E2858">
        <w:rPr>
          <w:rFonts w:ascii="TH SarabunPSK" w:hAnsi="TH SarabunPSK" w:cs="TH SarabunPSK"/>
          <w:szCs w:val="32"/>
          <w:lang w:val="en-US" w:bidi="th-TH"/>
        </w:rPr>
        <w:t>BL</w:t>
      </w:r>
    </w:p>
    <w:p w14:paraId="050AE493" w14:textId="30BBFF8D" w:rsidR="00AF6371" w:rsidRPr="003E2858" w:rsidRDefault="00000000">
      <w:pPr>
        <w:keepNext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t>ตาราง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3.1 ขั้นตอน P</w:t>
      </w:r>
      <w:r w:rsidR="003E2858" w:rsidRPr="003E2858">
        <w:rPr>
          <w:rFonts w:ascii="TH SarabunPSK" w:hAnsi="TH SarabunPSK" w:cs="TH SarabunPSK"/>
          <w:b/>
          <w:sz w:val="32"/>
          <w:szCs w:val="32"/>
          <w:lang w:val="en-US"/>
        </w:rPr>
        <w:t>BL</w:t>
      </w:r>
      <w:r w:rsidRPr="003E2858">
        <w:rPr>
          <w:rFonts w:ascii="TH SarabunPSK" w:hAnsi="TH SarabunPSK" w:cs="TH SarabunPSK"/>
          <w:b/>
          <w:sz w:val="32"/>
          <w:szCs w:val="32"/>
        </w:rPr>
        <w:t xml:space="preserve"> เทียบ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กับ SDLC และ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หลักฐาน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ได้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1701"/>
        <w:gridCol w:w="2041"/>
        <w:gridCol w:w="2721"/>
        <w:gridCol w:w="2551"/>
      </w:tblGrid>
      <w:tr w:rsidR="00AF6371" w:rsidRPr="003E2858" w14:paraId="2F205680" w14:textId="77777777">
        <w:trPr>
          <w:cantSplit/>
          <w:tblHeader/>
        </w:trPr>
        <w:tc>
          <w:tcPr>
            <w:tcW w:w="1701" w:type="dxa"/>
            <w:shd w:val="clear" w:color="auto" w:fill="F2F2F2"/>
            <w:vAlign w:val="center"/>
          </w:tcPr>
          <w:p w14:paraId="0DEF88D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ขั้น PBL</w:t>
            </w:r>
          </w:p>
        </w:tc>
        <w:tc>
          <w:tcPr>
            <w:tcW w:w="2041" w:type="dxa"/>
            <w:shd w:val="clear" w:color="auto" w:fill="F2F2F2"/>
            <w:vAlign w:val="center"/>
          </w:tcPr>
          <w:p w14:paraId="396049E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ขั้น SDLC</w:t>
            </w:r>
          </w:p>
        </w:tc>
        <w:tc>
          <w:tcPr>
            <w:tcW w:w="2721" w:type="dxa"/>
            <w:shd w:val="clear" w:color="auto" w:fill="F2F2F2"/>
            <w:vAlign w:val="center"/>
          </w:tcPr>
          <w:p w14:paraId="3DFF576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สิ่ง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ที่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ทำ</w:t>
            </w:r>
          </w:p>
        </w:tc>
        <w:tc>
          <w:tcPr>
            <w:tcW w:w="2551" w:type="dxa"/>
            <w:shd w:val="clear" w:color="auto" w:fill="F2F2F2"/>
            <w:vAlign w:val="center"/>
          </w:tcPr>
          <w:p w14:paraId="07C86D9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หลักฐาน/ผลผลิต</w:t>
            </w:r>
          </w:p>
        </w:tc>
      </w:tr>
      <w:tr w:rsidR="00AF6371" w:rsidRPr="003E2858" w14:paraId="45CBFE08" w14:textId="77777777">
        <w:trPr>
          <w:cantSplit/>
          <w:trHeight w:val="454"/>
        </w:trPr>
        <w:tc>
          <w:tcPr>
            <w:tcW w:w="1701" w:type="dxa"/>
            <w:vAlign w:val="center"/>
          </w:tcPr>
          <w:p w14:paraId="06A34BE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1. ศึกษา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ปัญหา</w:t>
            </w:r>
          </w:p>
        </w:tc>
        <w:tc>
          <w:tcPr>
            <w:tcW w:w="2041" w:type="dxa"/>
            <w:vAlign w:val="center"/>
          </w:tcPr>
          <w:p w14:paraId="41A2FFB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วางแผน/กำหนด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ปัญหา</w:t>
            </w:r>
          </w:p>
        </w:tc>
        <w:tc>
          <w:tcPr>
            <w:tcW w:w="2721" w:type="dxa"/>
            <w:vAlign w:val="center"/>
          </w:tcPr>
          <w:p w14:paraId="25389E1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2551" w:type="dxa"/>
            <w:vAlign w:val="center"/>
          </w:tcPr>
          <w:p w14:paraId="0815C24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</w:t>
            </w:r>
          </w:p>
        </w:tc>
      </w:tr>
      <w:tr w:rsidR="00AF6371" w:rsidRPr="003E2858" w14:paraId="61273014" w14:textId="77777777">
        <w:trPr>
          <w:cantSplit/>
          <w:trHeight w:val="454"/>
        </w:trPr>
        <w:tc>
          <w:tcPr>
            <w:tcW w:w="1701" w:type="dxa"/>
            <w:vAlign w:val="center"/>
          </w:tcPr>
          <w:p w14:paraId="3DDD4EA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2. ออกแบบ</w:t>
            </w:r>
          </w:p>
        </w:tc>
        <w:tc>
          <w:tcPr>
            <w:tcW w:w="2041" w:type="dxa"/>
            <w:vAlign w:val="center"/>
          </w:tcPr>
          <w:p w14:paraId="6E1E222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วิเคราะห์ + ออกแบบ</w:t>
            </w:r>
          </w:p>
        </w:tc>
        <w:tc>
          <w:tcPr>
            <w:tcW w:w="2721" w:type="dxa"/>
            <w:vAlign w:val="center"/>
          </w:tcPr>
          <w:p w14:paraId="1511C7D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2551" w:type="dxa"/>
            <w:vAlign w:val="center"/>
          </w:tcPr>
          <w:p w14:paraId="662CD65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</w:t>
            </w:r>
          </w:p>
        </w:tc>
      </w:tr>
      <w:tr w:rsidR="00AF6371" w:rsidRPr="003E2858" w14:paraId="32B6B61A" w14:textId="77777777">
        <w:trPr>
          <w:cantSplit/>
          <w:trHeight w:val="454"/>
        </w:trPr>
        <w:tc>
          <w:tcPr>
            <w:tcW w:w="1701" w:type="dxa"/>
            <w:vAlign w:val="center"/>
          </w:tcPr>
          <w:p w14:paraId="376C47C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3. สร้าง</w:t>
            </w:r>
          </w:p>
        </w:tc>
        <w:tc>
          <w:tcPr>
            <w:tcW w:w="2041" w:type="dxa"/>
            <w:vAlign w:val="center"/>
          </w:tcPr>
          <w:p w14:paraId="5009A4C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พัฒนา</w:t>
            </w:r>
          </w:p>
        </w:tc>
        <w:tc>
          <w:tcPr>
            <w:tcW w:w="2721" w:type="dxa"/>
            <w:vAlign w:val="center"/>
          </w:tcPr>
          <w:p w14:paraId="1D04700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2551" w:type="dxa"/>
            <w:vAlign w:val="center"/>
          </w:tcPr>
          <w:p w14:paraId="4E4B1D7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</w:t>
            </w:r>
          </w:p>
        </w:tc>
      </w:tr>
      <w:tr w:rsidR="00AF6371" w:rsidRPr="003E2858" w14:paraId="7F5AAE4C" w14:textId="77777777">
        <w:trPr>
          <w:cantSplit/>
          <w:trHeight w:val="454"/>
        </w:trPr>
        <w:tc>
          <w:tcPr>
            <w:tcW w:w="1701" w:type="dxa"/>
            <w:vAlign w:val="center"/>
          </w:tcPr>
          <w:p w14:paraId="2674C2B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4. ทดลอง</w:t>
            </w:r>
          </w:p>
        </w:tc>
        <w:tc>
          <w:tcPr>
            <w:tcW w:w="2041" w:type="dxa"/>
            <w:vAlign w:val="center"/>
          </w:tcPr>
          <w:p w14:paraId="685D991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ทดสอบ</w:t>
            </w:r>
          </w:p>
        </w:tc>
        <w:tc>
          <w:tcPr>
            <w:tcW w:w="2721" w:type="dxa"/>
            <w:vAlign w:val="center"/>
          </w:tcPr>
          <w:p w14:paraId="69C7590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2551" w:type="dxa"/>
            <w:vAlign w:val="center"/>
          </w:tcPr>
          <w:p w14:paraId="1FAE5E0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</w:t>
            </w:r>
          </w:p>
        </w:tc>
      </w:tr>
      <w:tr w:rsidR="00AF6371" w:rsidRPr="003E2858" w14:paraId="5BF47CC0" w14:textId="77777777">
        <w:trPr>
          <w:cantSplit/>
          <w:trHeight w:val="454"/>
        </w:trPr>
        <w:tc>
          <w:tcPr>
            <w:tcW w:w="1701" w:type="dxa"/>
            <w:vAlign w:val="center"/>
          </w:tcPr>
          <w:p w14:paraId="54DDA5CD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5. ปรับปรุง</w:t>
            </w:r>
          </w:p>
        </w:tc>
        <w:tc>
          <w:tcPr>
            <w:tcW w:w="2041" w:type="dxa"/>
            <w:vAlign w:val="center"/>
          </w:tcPr>
          <w:p w14:paraId="562E7D9E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ติดตั้ง</w:t>
            </w:r>
            <w:r w:rsidRPr="003E2858">
              <w:rPr>
                <w:rFonts w:ascii="Arial" w:hAnsi="Arial" w:cs="Arial"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>ใช้งาน/ประเมินผล</w:t>
            </w:r>
          </w:p>
        </w:tc>
        <w:tc>
          <w:tcPr>
            <w:tcW w:w="2721" w:type="dxa"/>
            <w:vAlign w:val="center"/>
          </w:tcPr>
          <w:p w14:paraId="5095EF90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</w:t>
            </w:r>
          </w:p>
        </w:tc>
        <w:tc>
          <w:tcPr>
            <w:tcW w:w="2551" w:type="dxa"/>
            <w:vAlign w:val="center"/>
          </w:tcPr>
          <w:p w14:paraId="231446FF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</w:t>
            </w:r>
          </w:p>
        </w:tc>
      </w:tr>
    </w:tbl>
    <w:p w14:paraId="4D62C2F7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60DE692D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F75CF52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59F4CCF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B52A119" w14:textId="77777777" w:rsidR="00AF6371" w:rsidRPr="003E2858" w:rsidRDefault="00000000">
      <w:pPr>
        <w:pStyle w:val="Heading3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lastRenderedPageBreak/>
        <w:t>ผัง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งานการ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ดำเนิน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โครงการ (Flow Chart แบบ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ข้อความ)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9014"/>
      </w:tblGrid>
      <w:tr w:rsidR="00AF6371" w:rsidRPr="003E2858" w14:paraId="60A08A20" w14:textId="77777777">
        <w:trPr>
          <w:cantSplit/>
          <w:tblHeader/>
        </w:trPr>
        <w:tc>
          <w:tcPr>
            <w:tcW w:w="9014" w:type="dxa"/>
            <w:shd w:val="clear" w:color="auto" w:fill="F2F2F2"/>
            <w:vAlign w:val="center"/>
          </w:tcPr>
          <w:p w14:paraId="2BFB3EA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ลำดับ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การทำงาน</w:t>
            </w:r>
          </w:p>
        </w:tc>
      </w:tr>
      <w:tr w:rsidR="00AF6371" w:rsidRPr="003E2858" w14:paraId="6D29E167" w14:textId="77777777">
        <w:trPr>
          <w:cantSplit/>
        </w:trPr>
        <w:tc>
          <w:tcPr>
            <w:tcW w:w="9014" w:type="dxa"/>
            <w:vAlign w:val="center"/>
          </w:tcPr>
          <w:p w14:paraId="09DFE39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( เริ่ม )</w:t>
            </w:r>
          </w:p>
        </w:tc>
      </w:tr>
      <w:tr w:rsidR="00AF6371" w:rsidRPr="003E2858" w14:paraId="2B3F94F7" w14:textId="77777777">
        <w:trPr>
          <w:cantSplit/>
        </w:trPr>
        <w:tc>
          <w:tcPr>
            <w:tcW w:w="9014" w:type="dxa"/>
            <w:vAlign w:val="center"/>
          </w:tcPr>
          <w:p w14:paraId="7AB9214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Arial" w:hAnsi="Arial" w:cs="Arial"/>
                <w:sz w:val="32"/>
                <w:szCs w:val="32"/>
              </w:rPr>
              <w:t>↓</w:t>
            </w:r>
          </w:p>
        </w:tc>
      </w:tr>
      <w:tr w:rsidR="00AF6371" w:rsidRPr="003E2858" w14:paraId="2FB3E3F6" w14:textId="77777777">
        <w:trPr>
          <w:cantSplit/>
        </w:trPr>
        <w:tc>
          <w:tcPr>
            <w:tcW w:w="9014" w:type="dxa"/>
            <w:vAlign w:val="center"/>
          </w:tcPr>
          <w:p w14:paraId="4142834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</w:t>
            </w:r>
          </w:p>
        </w:tc>
      </w:tr>
      <w:tr w:rsidR="00AF6371" w:rsidRPr="003E2858" w14:paraId="799BE188" w14:textId="77777777">
        <w:trPr>
          <w:cantSplit/>
        </w:trPr>
        <w:tc>
          <w:tcPr>
            <w:tcW w:w="9014" w:type="dxa"/>
            <w:vAlign w:val="center"/>
          </w:tcPr>
          <w:p w14:paraId="233D16A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Arial" w:hAnsi="Arial" w:cs="Arial"/>
                <w:sz w:val="32"/>
                <w:szCs w:val="32"/>
              </w:rPr>
              <w:t>↓</w:t>
            </w:r>
          </w:p>
        </w:tc>
      </w:tr>
      <w:tr w:rsidR="00AF6371" w:rsidRPr="003E2858" w14:paraId="588D2B0A" w14:textId="77777777">
        <w:trPr>
          <w:cantSplit/>
        </w:trPr>
        <w:tc>
          <w:tcPr>
            <w:tcW w:w="9014" w:type="dxa"/>
            <w:vAlign w:val="center"/>
          </w:tcPr>
          <w:p w14:paraId="6C2813D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</w:t>
            </w:r>
          </w:p>
        </w:tc>
      </w:tr>
      <w:tr w:rsidR="00AF6371" w:rsidRPr="003E2858" w14:paraId="68CFE135" w14:textId="77777777">
        <w:trPr>
          <w:cantSplit/>
        </w:trPr>
        <w:tc>
          <w:tcPr>
            <w:tcW w:w="9014" w:type="dxa"/>
            <w:vAlign w:val="center"/>
          </w:tcPr>
          <w:p w14:paraId="3AB9110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Arial" w:hAnsi="Arial" w:cs="Arial"/>
                <w:sz w:val="32"/>
                <w:szCs w:val="32"/>
              </w:rPr>
              <w:t>↓</w:t>
            </w:r>
          </w:p>
        </w:tc>
      </w:tr>
      <w:tr w:rsidR="00AF6371" w:rsidRPr="003E2858" w14:paraId="2F6A6079" w14:textId="77777777">
        <w:trPr>
          <w:cantSplit/>
        </w:trPr>
        <w:tc>
          <w:tcPr>
            <w:tcW w:w="9014" w:type="dxa"/>
            <w:vAlign w:val="center"/>
          </w:tcPr>
          <w:p w14:paraId="09FFA50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</w:t>
            </w:r>
          </w:p>
        </w:tc>
      </w:tr>
      <w:tr w:rsidR="00AF6371" w:rsidRPr="003E2858" w14:paraId="6F569256" w14:textId="77777777">
        <w:trPr>
          <w:cantSplit/>
        </w:trPr>
        <w:tc>
          <w:tcPr>
            <w:tcW w:w="9014" w:type="dxa"/>
            <w:vAlign w:val="center"/>
          </w:tcPr>
          <w:p w14:paraId="1F03C98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Arial" w:hAnsi="Arial" w:cs="Arial"/>
                <w:sz w:val="32"/>
                <w:szCs w:val="32"/>
              </w:rPr>
              <w:t>↓</w:t>
            </w:r>
          </w:p>
        </w:tc>
      </w:tr>
      <w:tr w:rsidR="00AF6371" w:rsidRPr="003E2858" w14:paraId="095F7530" w14:textId="77777777">
        <w:trPr>
          <w:cantSplit/>
        </w:trPr>
        <w:tc>
          <w:tcPr>
            <w:tcW w:w="9014" w:type="dxa"/>
            <w:vAlign w:val="center"/>
          </w:tcPr>
          <w:p w14:paraId="6738CEB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</w:t>
            </w:r>
          </w:p>
        </w:tc>
      </w:tr>
      <w:tr w:rsidR="00AF6371" w:rsidRPr="003E2858" w14:paraId="06CEE596" w14:textId="77777777">
        <w:trPr>
          <w:cantSplit/>
        </w:trPr>
        <w:tc>
          <w:tcPr>
            <w:tcW w:w="9014" w:type="dxa"/>
            <w:vAlign w:val="center"/>
          </w:tcPr>
          <w:p w14:paraId="2E1F6E1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Arial" w:hAnsi="Arial" w:cs="Arial"/>
                <w:sz w:val="32"/>
                <w:szCs w:val="32"/>
              </w:rPr>
              <w:t>↓</w:t>
            </w:r>
          </w:p>
        </w:tc>
      </w:tr>
      <w:tr w:rsidR="00AF6371" w:rsidRPr="003E2858" w14:paraId="23C52F46" w14:textId="77777777">
        <w:trPr>
          <w:cantSplit/>
        </w:trPr>
        <w:tc>
          <w:tcPr>
            <w:tcW w:w="9014" w:type="dxa"/>
            <w:vAlign w:val="center"/>
          </w:tcPr>
          <w:p w14:paraId="4A4A69A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</w:t>
            </w:r>
          </w:p>
        </w:tc>
      </w:tr>
      <w:tr w:rsidR="00AF6371" w:rsidRPr="003E2858" w14:paraId="21DBA371" w14:textId="77777777">
        <w:trPr>
          <w:cantSplit/>
        </w:trPr>
        <w:tc>
          <w:tcPr>
            <w:tcW w:w="9014" w:type="dxa"/>
            <w:vAlign w:val="center"/>
          </w:tcPr>
          <w:p w14:paraId="5EB35BF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Arial" w:hAnsi="Arial" w:cs="Arial"/>
                <w:sz w:val="32"/>
                <w:szCs w:val="32"/>
              </w:rPr>
              <w:t>↓</w:t>
            </w:r>
          </w:p>
        </w:tc>
      </w:tr>
      <w:tr w:rsidR="00AF6371" w:rsidRPr="003E2858" w14:paraId="37A36038" w14:textId="77777777">
        <w:trPr>
          <w:cantSplit/>
        </w:trPr>
        <w:tc>
          <w:tcPr>
            <w:tcW w:w="9014" w:type="dxa"/>
            <w:vAlign w:val="center"/>
          </w:tcPr>
          <w:p w14:paraId="0219ECF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</w:t>
            </w:r>
          </w:p>
        </w:tc>
      </w:tr>
      <w:tr w:rsidR="00AF6371" w:rsidRPr="003E2858" w14:paraId="071A2EC3" w14:textId="77777777">
        <w:trPr>
          <w:cantSplit/>
        </w:trPr>
        <w:tc>
          <w:tcPr>
            <w:tcW w:w="9014" w:type="dxa"/>
            <w:vAlign w:val="center"/>
          </w:tcPr>
          <w:p w14:paraId="11AF248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Arial" w:hAnsi="Arial" w:cs="Arial"/>
                <w:sz w:val="32"/>
                <w:szCs w:val="32"/>
              </w:rPr>
              <w:t>↓</w:t>
            </w:r>
            <w:r w:rsidRPr="003E2858">
              <w:rPr>
                <w:rFonts w:ascii="TH SarabunPSK" w:hAnsi="TH SarabunPSK" w:cs="TH SarabunPSK"/>
                <w:sz w:val="32"/>
                <w:szCs w:val="32"/>
              </w:rPr>
              <w:t xml:space="preserve"> ใช่</w:t>
            </w:r>
          </w:p>
        </w:tc>
      </w:tr>
      <w:tr w:rsidR="00AF6371" w:rsidRPr="003E2858" w14:paraId="69B2282F" w14:textId="77777777">
        <w:trPr>
          <w:cantSplit/>
        </w:trPr>
        <w:tc>
          <w:tcPr>
            <w:tcW w:w="9014" w:type="dxa"/>
            <w:vAlign w:val="center"/>
          </w:tcPr>
          <w:p w14:paraId="128093C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</w:t>
            </w:r>
          </w:p>
        </w:tc>
      </w:tr>
      <w:tr w:rsidR="00AF6371" w:rsidRPr="003E2858" w14:paraId="466DE7D8" w14:textId="77777777">
        <w:trPr>
          <w:cantSplit/>
        </w:trPr>
        <w:tc>
          <w:tcPr>
            <w:tcW w:w="9014" w:type="dxa"/>
            <w:vAlign w:val="center"/>
          </w:tcPr>
          <w:p w14:paraId="72BC8CA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Arial" w:hAnsi="Arial" w:cs="Arial"/>
                <w:sz w:val="32"/>
                <w:szCs w:val="32"/>
              </w:rPr>
              <w:t>↓</w:t>
            </w:r>
          </w:p>
        </w:tc>
      </w:tr>
      <w:tr w:rsidR="00AF6371" w:rsidRPr="003E2858" w14:paraId="7C3AC1E2" w14:textId="77777777">
        <w:trPr>
          <w:cantSplit/>
        </w:trPr>
        <w:tc>
          <w:tcPr>
            <w:tcW w:w="9014" w:type="dxa"/>
            <w:vAlign w:val="center"/>
          </w:tcPr>
          <w:p w14:paraId="0164346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...............................................................................................</w:t>
            </w:r>
          </w:p>
        </w:tc>
      </w:tr>
      <w:tr w:rsidR="00AF6371" w:rsidRPr="003E2858" w14:paraId="56CC1DFD" w14:textId="77777777">
        <w:trPr>
          <w:cantSplit/>
        </w:trPr>
        <w:tc>
          <w:tcPr>
            <w:tcW w:w="9014" w:type="dxa"/>
            <w:vAlign w:val="center"/>
          </w:tcPr>
          <w:p w14:paraId="752CE7F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Arial" w:hAnsi="Arial" w:cs="Arial"/>
                <w:sz w:val="32"/>
                <w:szCs w:val="32"/>
              </w:rPr>
              <w:t>↓</w:t>
            </w:r>
          </w:p>
        </w:tc>
      </w:tr>
      <w:tr w:rsidR="00AF6371" w:rsidRPr="003E2858" w14:paraId="7F693CBB" w14:textId="77777777">
        <w:trPr>
          <w:cantSplit/>
        </w:trPr>
        <w:tc>
          <w:tcPr>
            <w:tcW w:w="9014" w:type="dxa"/>
            <w:vAlign w:val="center"/>
          </w:tcPr>
          <w:p w14:paraId="6FA7475A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( จบ )</w:t>
            </w:r>
          </w:p>
        </w:tc>
      </w:tr>
    </w:tbl>
    <w:p w14:paraId="034BC7A6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0D36EC92" w14:textId="0ABC190D" w:rsidR="00AF6371" w:rsidRPr="003E2858" w:rsidRDefault="00000000" w:rsidP="003E2858">
      <w:pPr>
        <w:jc w:val="center"/>
        <w:rPr>
          <w:rFonts w:ascii="TH SarabunPSK" w:hAnsi="TH SarabunPSK" w:cs="TH SarabunPSK"/>
          <w:sz w:val="32"/>
          <w:szCs w:val="32"/>
          <w:cs/>
          <w:lang w:val="en-US" w:bidi="th-TH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t>ภาพ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3.1 ผัง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งานการ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ดำเนิน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โครง</w:t>
      </w:r>
      <w:r w:rsidR="003E2858" w:rsidRPr="003E2858">
        <w:rPr>
          <w:rFonts w:ascii="TH SarabunPSK" w:hAnsi="TH SarabunPSK" w:cs="TH SarabunPSK"/>
          <w:bCs/>
          <w:sz w:val="32"/>
          <w:szCs w:val="32"/>
          <w:cs/>
          <w:lang w:val="en-US" w:bidi="th-TH"/>
        </w:rPr>
        <w:t>งาน</w:t>
      </w:r>
    </w:p>
    <w:p w14:paraId="0F1E588A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lastRenderedPageBreak/>
        <w:t>3.3 ประชากร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และ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กลุ่มตัวอย่าง</w:t>
      </w:r>
    </w:p>
    <w:p w14:paraId="1A3752C9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76F972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F05FF0E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4169C71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27C8BAC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3.4 เครื่องมือ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ที่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ใช้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ใน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การวิจัย</w:t>
      </w:r>
    </w:p>
    <w:p w14:paraId="7F06F92E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99266A7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078F8B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BE9B150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F440C14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3.5 การ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สร้าง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และ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หา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คุณภาพ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เครื่องมือ</w:t>
      </w:r>
    </w:p>
    <w:p w14:paraId="10900FB8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3.5.1 การพัฒนา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ระบบ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แชท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บอ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ท</w:t>
      </w:r>
    </w:p>
    <w:p w14:paraId="01B7BF05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127C6A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DFC07F2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8C9D09B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3.5.2 การ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สร้าง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แบบ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บันทึก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ผล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การ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ทดสอบ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ประสิทธิภาพ</w:t>
      </w:r>
    </w:p>
    <w:p w14:paraId="7154C78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C76DA82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6A9990C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36149CF" w14:textId="77777777" w:rsidR="00AF6371" w:rsidRPr="003E2858" w:rsidRDefault="00000000">
      <w:pPr>
        <w:keepNext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lastRenderedPageBreak/>
        <w:t>ตาราง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3.2 แบบ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บันทึก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ผล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การ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ทดสอบ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ประสิทธิภาพ (ตัวอย่าง)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510"/>
        <w:gridCol w:w="1134"/>
        <w:gridCol w:w="2041"/>
        <w:gridCol w:w="2041"/>
        <w:gridCol w:w="1587"/>
        <w:gridCol w:w="1701"/>
      </w:tblGrid>
      <w:tr w:rsidR="00AF6371" w:rsidRPr="003E2858" w14:paraId="539F7D98" w14:textId="77777777">
        <w:trPr>
          <w:cantSplit/>
          <w:tblHeader/>
        </w:trPr>
        <w:tc>
          <w:tcPr>
            <w:tcW w:w="510" w:type="dxa"/>
            <w:shd w:val="clear" w:color="auto" w:fill="F2F2F2"/>
            <w:vAlign w:val="center"/>
          </w:tcPr>
          <w:p w14:paraId="06596BF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ข้อ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2F90579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หมวด</w:t>
            </w:r>
          </w:p>
        </w:tc>
        <w:tc>
          <w:tcPr>
            <w:tcW w:w="2041" w:type="dxa"/>
            <w:shd w:val="clear" w:color="auto" w:fill="F2F2F2"/>
            <w:vAlign w:val="center"/>
          </w:tcPr>
          <w:p w14:paraId="4F7D532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คำถาม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ที่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ใช้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ทดสอบ</w:t>
            </w:r>
          </w:p>
        </w:tc>
        <w:tc>
          <w:tcPr>
            <w:tcW w:w="2041" w:type="dxa"/>
            <w:shd w:val="clear" w:color="auto" w:fill="F2F2F2"/>
            <w:vAlign w:val="center"/>
          </w:tcPr>
          <w:p w14:paraId="15EB354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คำตอบ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ที่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ถูก</w:t>
            </w:r>
          </w:p>
        </w:tc>
        <w:tc>
          <w:tcPr>
            <w:tcW w:w="1587" w:type="dxa"/>
            <w:shd w:val="clear" w:color="auto" w:fill="F2F2F2"/>
            <w:vAlign w:val="center"/>
          </w:tcPr>
          <w:p w14:paraId="7B682DF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ผล (ถูก/ไม่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ถูก)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66B89E5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หมายเหตุ</w:t>
            </w:r>
          </w:p>
        </w:tc>
      </w:tr>
      <w:tr w:rsidR="00AF6371" w:rsidRPr="003E2858" w14:paraId="6B49844F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28A2121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1134" w:type="dxa"/>
            <w:vAlign w:val="center"/>
          </w:tcPr>
          <w:p w14:paraId="6C9C454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2041" w:type="dxa"/>
            <w:vAlign w:val="center"/>
          </w:tcPr>
          <w:p w14:paraId="421AC7F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</w:p>
        </w:tc>
        <w:tc>
          <w:tcPr>
            <w:tcW w:w="2041" w:type="dxa"/>
            <w:vAlign w:val="center"/>
          </w:tcPr>
          <w:p w14:paraId="1875AB9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</w:p>
        </w:tc>
        <w:tc>
          <w:tcPr>
            <w:tcW w:w="1587" w:type="dxa"/>
            <w:vAlign w:val="center"/>
          </w:tcPr>
          <w:p w14:paraId="7544926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701" w:type="dxa"/>
            <w:vAlign w:val="center"/>
          </w:tcPr>
          <w:p w14:paraId="62B23FE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</w:tc>
      </w:tr>
      <w:tr w:rsidR="00AF6371" w:rsidRPr="003E2858" w14:paraId="696FFAA3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7E65C84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1134" w:type="dxa"/>
            <w:vAlign w:val="center"/>
          </w:tcPr>
          <w:p w14:paraId="21C1361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2041" w:type="dxa"/>
            <w:vAlign w:val="center"/>
          </w:tcPr>
          <w:p w14:paraId="0C45ED2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</w:p>
        </w:tc>
        <w:tc>
          <w:tcPr>
            <w:tcW w:w="2041" w:type="dxa"/>
            <w:vAlign w:val="center"/>
          </w:tcPr>
          <w:p w14:paraId="71A792E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</w:p>
        </w:tc>
        <w:tc>
          <w:tcPr>
            <w:tcW w:w="1587" w:type="dxa"/>
            <w:vAlign w:val="center"/>
          </w:tcPr>
          <w:p w14:paraId="44BADE4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701" w:type="dxa"/>
            <w:vAlign w:val="center"/>
          </w:tcPr>
          <w:p w14:paraId="4FED9B6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</w:tc>
      </w:tr>
      <w:tr w:rsidR="00AF6371" w:rsidRPr="003E2858" w14:paraId="21C64110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07EF23D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1134" w:type="dxa"/>
            <w:vAlign w:val="center"/>
          </w:tcPr>
          <w:p w14:paraId="7C3EED2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2041" w:type="dxa"/>
            <w:vAlign w:val="center"/>
          </w:tcPr>
          <w:p w14:paraId="151C1F2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</w:p>
        </w:tc>
        <w:tc>
          <w:tcPr>
            <w:tcW w:w="2041" w:type="dxa"/>
            <w:vAlign w:val="center"/>
          </w:tcPr>
          <w:p w14:paraId="72E2C62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</w:p>
        </w:tc>
        <w:tc>
          <w:tcPr>
            <w:tcW w:w="1587" w:type="dxa"/>
            <w:vAlign w:val="center"/>
          </w:tcPr>
          <w:p w14:paraId="00D86A2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701" w:type="dxa"/>
            <w:vAlign w:val="center"/>
          </w:tcPr>
          <w:p w14:paraId="096C7B6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</w:tc>
      </w:tr>
      <w:tr w:rsidR="00AF6371" w:rsidRPr="003E2858" w14:paraId="1DC927DC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4DBAB55A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1134" w:type="dxa"/>
            <w:vAlign w:val="center"/>
          </w:tcPr>
          <w:p w14:paraId="0ECC182D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2041" w:type="dxa"/>
            <w:vAlign w:val="center"/>
          </w:tcPr>
          <w:p w14:paraId="46C8234E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</w:p>
        </w:tc>
        <w:tc>
          <w:tcPr>
            <w:tcW w:w="2041" w:type="dxa"/>
            <w:vAlign w:val="center"/>
          </w:tcPr>
          <w:p w14:paraId="06FF4094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</w:t>
            </w:r>
          </w:p>
        </w:tc>
        <w:tc>
          <w:tcPr>
            <w:tcW w:w="1587" w:type="dxa"/>
            <w:vAlign w:val="center"/>
          </w:tcPr>
          <w:p w14:paraId="095D2E0F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</w:p>
        </w:tc>
        <w:tc>
          <w:tcPr>
            <w:tcW w:w="1701" w:type="dxa"/>
            <w:vAlign w:val="center"/>
          </w:tcPr>
          <w:p w14:paraId="56BCA314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</w:t>
            </w:r>
          </w:p>
        </w:tc>
      </w:tr>
    </w:tbl>
    <w:p w14:paraId="490AE47C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41EC406A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3.5.3 การ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สร้าง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แบบ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ประเมิน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ประสิทธิภาพ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สำหรับ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ผู้เชี่ยวชาญ</w:t>
      </w:r>
    </w:p>
    <w:p w14:paraId="1F6FF468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50001B7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C4E8B59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C447BD9" w14:textId="77777777" w:rsidR="00AF6371" w:rsidRPr="003E2858" w:rsidRDefault="00000000">
      <w:pPr>
        <w:keepNext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lastRenderedPageBreak/>
        <w:t>ตาราง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3.3 แบบ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ประเมิน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ประสิทธิภาพ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ระบบ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สำหรับ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ผู้เชี่ยวชาญ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6180"/>
        <w:gridCol w:w="567"/>
        <w:gridCol w:w="567"/>
        <w:gridCol w:w="567"/>
        <w:gridCol w:w="567"/>
        <w:gridCol w:w="567"/>
      </w:tblGrid>
      <w:tr w:rsidR="00AF6371" w:rsidRPr="003E2858" w14:paraId="46AF6BB0" w14:textId="77777777">
        <w:trPr>
          <w:cantSplit/>
          <w:tblHeader/>
        </w:trPr>
        <w:tc>
          <w:tcPr>
            <w:tcW w:w="6180" w:type="dxa"/>
            <w:shd w:val="clear" w:color="auto" w:fill="F2F2F2"/>
            <w:vAlign w:val="center"/>
          </w:tcPr>
          <w:p w14:paraId="2A4FF53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ราย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การประเมิน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58803B5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5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4A706C9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4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5601BDD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3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1BDD69D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2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1831B9B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1</w:t>
            </w:r>
          </w:p>
        </w:tc>
      </w:tr>
      <w:tr w:rsidR="00AF6371" w:rsidRPr="003E2858" w14:paraId="65BD8A72" w14:textId="77777777">
        <w:trPr>
          <w:cantSplit/>
          <w:trHeight w:val="454"/>
        </w:trPr>
        <w:tc>
          <w:tcPr>
            <w:tcW w:w="6180" w:type="dxa"/>
            <w:shd w:val="clear" w:color="auto" w:fill="F2F2F2"/>
            <w:vAlign w:val="center"/>
          </w:tcPr>
          <w:p w14:paraId="52C32B9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ด้าน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การทำงาน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ตามหน้าที่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ของ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ระบบ</w:t>
            </w:r>
          </w:p>
        </w:tc>
        <w:tc>
          <w:tcPr>
            <w:tcW w:w="567" w:type="dxa"/>
            <w:vAlign w:val="center"/>
          </w:tcPr>
          <w:p w14:paraId="246BDB8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8D0BEA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B2FD26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4A6C3C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CB1A2C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1E47BB7E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33752A6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1. .................................................................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30E990D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B66112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5AD9DF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09337B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ACE7AB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51AEE550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40F09CE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2. .................................................................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69C0125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88DB92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004E39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69ACF5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C11607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51E5D23F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3DA0025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3. .................................................................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3E87442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64EB05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3CFAC1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10A71F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8C392D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5EBBA011" w14:textId="77777777">
        <w:trPr>
          <w:cantSplit/>
          <w:trHeight w:val="454"/>
        </w:trPr>
        <w:tc>
          <w:tcPr>
            <w:tcW w:w="6180" w:type="dxa"/>
            <w:shd w:val="clear" w:color="auto" w:fill="F2F2F2"/>
            <w:vAlign w:val="center"/>
          </w:tcPr>
          <w:p w14:paraId="78BF956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ด้าน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ความถูกต้อง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ของ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ข้อมูล</w:t>
            </w:r>
          </w:p>
        </w:tc>
        <w:tc>
          <w:tcPr>
            <w:tcW w:w="567" w:type="dxa"/>
            <w:vAlign w:val="center"/>
          </w:tcPr>
          <w:p w14:paraId="68D4C40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57202F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1E861D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AFE8A7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211C4E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7D3C9E9E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5EF8975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4. .................................................................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01D21B4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46C46C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8E3588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4C7C13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E4BCE7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6A85A975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199E091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5. .................................................................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5ED05EC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AD199F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60C7B1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7DBCE0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67C52E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75E84DE4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24C2CE2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6. .................................................................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606BE0D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59EAD0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36062C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3BA041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23CE9F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2A852817" w14:textId="77777777">
        <w:trPr>
          <w:cantSplit/>
          <w:trHeight w:val="454"/>
        </w:trPr>
        <w:tc>
          <w:tcPr>
            <w:tcW w:w="6180" w:type="dxa"/>
            <w:shd w:val="clear" w:color="auto" w:fill="F2F2F2"/>
            <w:vAlign w:val="center"/>
          </w:tcPr>
          <w:p w14:paraId="6C0127A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ด้าน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การ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ติดต่อ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ระหว่าง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ผู้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ใช้กับ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ระบบ</w:t>
            </w:r>
          </w:p>
        </w:tc>
        <w:tc>
          <w:tcPr>
            <w:tcW w:w="567" w:type="dxa"/>
            <w:vAlign w:val="center"/>
          </w:tcPr>
          <w:p w14:paraId="035A296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4F2124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5B415C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8B4EB1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FAB526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1DD1E885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515FB8B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7. .................................................................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603D634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E17444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DA2762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C9BE91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44A34A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0E1733EB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18D1FC9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8. .................................................................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4AD461F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0BECED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311077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F58040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EA0137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150CE9C6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2B2F6BB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9. .................................................................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5543AE1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07B3A3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2754C3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8F9939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9A0489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7C391DF1" w14:textId="77777777">
        <w:trPr>
          <w:cantSplit/>
          <w:trHeight w:val="454"/>
        </w:trPr>
        <w:tc>
          <w:tcPr>
            <w:tcW w:w="6180" w:type="dxa"/>
            <w:shd w:val="clear" w:color="auto" w:fill="F2F2F2"/>
            <w:vAlign w:val="center"/>
          </w:tcPr>
          <w:p w14:paraId="2B71179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ด้าน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ความปลอดภัย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ของ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ข้อมูล</w:t>
            </w:r>
          </w:p>
        </w:tc>
        <w:tc>
          <w:tcPr>
            <w:tcW w:w="567" w:type="dxa"/>
            <w:vAlign w:val="center"/>
          </w:tcPr>
          <w:p w14:paraId="2CA2BA5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9D3AE8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8DBC58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2361E1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12C515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17EAEAD9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363E8E4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10. .................................................................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18E4161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12FB52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E45D31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7BEFF9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560A6C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575CB711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2A40567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11. .................................................................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014289C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0AB2EC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22EE36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BD6107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E42E52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1A947764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1AE7FB18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12. .................................................................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50987B1E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4B81EF8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688C73E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850635F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F012926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</w:tbl>
    <w:p w14:paraId="4CB4F00C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5469E974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ที่มา: 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E2DF2F5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3.5.4 การ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สร้าง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แบบ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ประเมิน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ความพึงพอใจ</w:t>
      </w:r>
    </w:p>
    <w:p w14:paraId="43CEAFD1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B3BC6DB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F48A8E8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184B51B" w14:textId="77777777" w:rsidR="00AF6371" w:rsidRPr="003E2858" w:rsidRDefault="00000000">
      <w:pPr>
        <w:keepNext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lastRenderedPageBreak/>
        <w:t>ตาราง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3.4 แบบ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ประเมิน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ความพึงพอใจ ตอนที่ 2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6180"/>
        <w:gridCol w:w="567"/>
        <w:gridCol w:w="567"/>
        <w:gridCol w:w="567"/>
        <w:gridCol w:w="567"/>
        <w:gridCol w:w="567"/>
      </w:tblGrid>
      <w:tr w:rsidR="00AF6371" w:rsidRPr="003E2858" w14:paraId="1DC08081" w14:textId="77777777">
        <w:trPr>
          <w:cantSplit/>
          <w:tblHeader/>
        </w:trPr>
        <w:tc>
          <w:tcPr>
            <w:tcW w:w="6180" w:type="dxa"/>
            <w:shd w:val="clear" w:color="auto" w:fill="F2F2F2"/>
            <w:vAlign w:val="center"/>
          </w:tcPr>
          <w:p w14:paraId="6B24AB2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ราย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การประเมิน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78C6783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5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70FEC4C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4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78D0B8D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3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7A4F541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2</w:t>
            </w:r>
          </w:p>
        </w:tc>
        <w:tc>
          <w:tcPr>
            <w:tcW w:w="567" w:type="dxa"/>
            <w:shd w:val="clear" w:color="auto" w:fill="F2F2F2"/>
            <w:vAlign w:val="center"/>
          </w:tcPr>
          <w:p w14:paraId="5059BD5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1</w:t>
            </w:r>
          </w:p>
        </w:tc>
      </w:tr>
      <w:tr w:rsidR="00AF6371" w:rsidRPr="003E2858" w14:paraId="03D1331D" w14:textId="77777777">
        <w:trPr>
          <w:cantSplit/>
          <w:trHeight w:val="454"/>
        </w:trPr>
        <w:tc>
          <w:tcPr>
            <w:tcW w:w="6180" w:type="dxa"/>
            <w:shd w:val="clear" w:color="auto" w:fill="F2F2F2"/>
            <w:vAlign w:val="center"/>
          </w:tcPr>
          <w:p w14:paraId="7D0E918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ด้าน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การ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ออกแบบ</w:t>
            </w:r>
          </w:p>
        </w:tc>
        <w:tc>
          <w:tcPr>
            <w:tcW w:w="567" w:type="dxa"/>
            <w:vAlign w:val="center"/>
          </w:tcPr>
          <w:p w14:paraId="32F2D35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8A3B4D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B5C461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DFA830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E80873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7ADF29AB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0BA28DF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1. .................................................................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762E146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0D27A8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5B4753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701EB2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FA793D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27401B0D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5E4E766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2. .................................................................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03218C9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91A31C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CF555E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AEC390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354CCC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45B8A0FF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615A7CC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3. .................................................................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67714A2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035FFE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2A6021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5AA7A9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82E5D2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7E656A86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57052BD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4. .................................................................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7C6F520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5AA097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739117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360AF4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F31A3C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795A2825" w14:textId="77777777">
        <w:trPr>
          <w:cantSplit/>
          <w:trHeight w:val="454"/>
        </w:trPr>
        <w:tc>
          <w:tcPr>
            <w:tcW w:w="6180" w:type="dxa"/>
            <w:shd w:val="clear" w:color="auto" w:fill="F2F2F2"/>
            <w:vAlign w:val="center"/>
          </w:tcPr>
          <w:p w14:paraId="13B4975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ด้าน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การใช้งาน</w:t>
            </w:r>
          </w:p>
        </w:tc>
        <w:tc>
          <w:tcPr>
            <w:tcW w:w="567" w:type="dxa"/>
            <w:vAlign w:val="center"/>
          </w:tcPr>
          <w:p w14:paraId="121E6D1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44B398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4EB091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7C9C7A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2FC050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5EBA9C62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12C319A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5. .................................................................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61BB685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D9EC18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E73FFE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32E593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420F09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143DF791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380E390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6. .................................................................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14AEFB8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7F3CA5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EA6988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836C8A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8BCF63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46415613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284F44E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7. .................................................................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04121EF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63BB30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7B506C6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75ADF1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42C659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7446E53D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538FEE0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8. .................................................................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53ABFF5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86FF3F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9F0180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AD6028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F2BF44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46CC7DAC" w14:textId="77777777">
        <w:trPr>
          <w:cantSplit/>
          <w:trHeight w:val="454"/>
        </w:trPr>
        <w:tc>
          <w:tcPr>
            <w:tcW w:w="6180" w:type="dxa"/>
            <w:shd w:val="clear" w:color="auto" w:fill="F2F2F2"/>
            <w:vAlign w:val="center"/>
          </w:tcPr>
          <w:p w14:paraId="5ED53DC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ด้าน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ประโยชน์</w:t>
            </w:r>
          </w:p>
        </w:tc>
        <w:tc>
          <w:tcPr>
            <w:tcW w:w="567" w:type="dxa"/>
            <w:vAlign w:val="center"/>
          </w:tcPr>
          <w:p w14:paraId="35AF2B3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C18F05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03C8DE8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C0E696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FEDF49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1232D80B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2DFE1A4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9. .................................................................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0842299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D42A15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034100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858720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41A5B7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14DA98F5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4396D73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10. .................................................................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0CCC36A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15A337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4C74FA9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EBDC8E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1D0DDD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61C3CF8B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212AB66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11. .................................................................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7EA4B7F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1031F55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679ED60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3851A2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3448A3E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0C971F66" w14:textId="77777777">
        <w:trPr>
          <w:cantSplit/>
          <w:trHeight w:val="454"/>
        </w:trPr>
        <w:tc>
          <w:tcPr>
            <w:tcW w:w="6180" w:type="dxa"/>
            <w:vAlign w:val="center"/>
          </w:tcPr>
          <w:p w14:paraId="2FFDFB69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12. .................................................................</w:t>
            </w:r>
          </w:p>
        </w:tc>
        <w:tc>
          <w:tcPr>
            <w:tcW w:w="567" w:type="dxa"/>
            <w:vAlign w:val="center"/>
          </w:tcPr>
          <w:p w14:paraId="3DA2C4E9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868E95A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BCCD8D7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5CA7A451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567" w:type="dxa"/>
            <w:vAlign w:val="center"/>
          </w:tcPr>
          <w:p w14:paraId="2657AD11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</w:tbl>
    <w:p w14:paraId="1C9C44B4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32046D28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EDC611C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7865740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7CDF144" w14:textId="77777777" w:rsidR="00AF6371" w:rsidRPr="003E2858" w:rsidRDefault="00000000">
      <w:pPr>
        <w:pStyle w:val="Heading3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lastRenderedPageBreak/>
        <w:t>ตอนที่ 3 ข้อเสนอแนะ</w:t>
      </w:r>
    </w:p>
    <w:p w14:paraId="52AD8E5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739F11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4E24776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7DC405F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3.5.5 การ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ตรวจ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คุณภาพ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เครื่องมือ (IOC)</w:t>
      </w:r>
    </w:p>
    <w:p w14:paraId="079E79CC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5B32F32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62671D3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2BE96B45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4C4F1B6" w14:textId="77777777" w:rsidR="00AF6371" w:rsidRPr="003E2858" w:rsidRDefault="00000000">
      <w:pPr>
        <w:keepNext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lastRenderedPageBreak/>
        <w:t>ตาราง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ที่ 3.5 แบบฟอร์ม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ตรวจ IOC (แบบ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ประเมิน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ความพึงพอใจ — ทำ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แบบ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เดียวกัน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กับ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แบบ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ประเมิน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ประสิทธิภาพ)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510"/>
        <w:gridCol w:w="4535"/>
        <w:gridCol w:w="992"/>
        <w:gridCol w:w="992"/>
        <w:gridCol w:w="992"/>
        <w:gridCol w:w="992"/>
      </w:tblGrid>
      <w:tr w:rsidR="00AF6371" w:rsidRPr="003E2858" w14:paraId="64DA09AC" w14:textId="77777777">
        <w:trPr>
          <w:cantSplit/>
          <w:tblHeader/>
        </w:trPr>
        <w:tc>
          <w:tcPr>
            <w:tcW w:w="510" w:type="dxa"/>
            <w:shd w:val="clear" w:color="auto" w:fill="F2F2F2"/>
            <w:vAlign w:val="center"/>
          </w:tcPr>
          <w:p w14:paraId="02799D1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ข้อ</w:t>
            </w:r>
          </w:p>
        </w:tc>
        <w:tc>
          <w:tcPr>
            <w:tcW w:w="4535" w:type="dxa"/>
            <w:shd w:val="clear" w:color="auto" w:fill="F2F2F2"/>
            <w:vAlign w:val="center"/>
          </w:tcPr>
          <w:p w14:paraId="0E8BA01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ข้อ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คำถาม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1D89896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คน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ที่ 1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4069B06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คน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ที่ 2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31A133C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คน</w:t>
            </w:r>
            <w:r w:rsidRPr="003E2858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ที่ 3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104C941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IOC</w:t>
            </w:r>
          </w:p>
        </w:tc>
      </w:tr>
      <w:tr w:rsidR="00AF6371" w:rsidRPr="003E2858" w14:paraId="037F2B5A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1BB20B1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186031A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3D5D5AF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4176746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785CEE6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2033EFB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3BC93B5C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40AECB3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0CB6438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4748C63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4DE90CB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00998F1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1E1236B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1F51A9FA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31F6FE9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6B91D7F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5518361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1CE0E6B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7AFF5E0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31C64BA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60792B0A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1AF2A0E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6913A9E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32695FD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0F8F07B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7D28937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18ADD96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65886A6D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2374FF7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5A785F9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56F870B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1408C0D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2EDA15CD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7F832752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15C36A65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3D67B85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4F175B7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4E1C9BC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3A90057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422DA11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6B89851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4B1226BE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04D5709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0B4D512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302E5DFE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7DD8AE8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7CACD91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0E115C64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4CF1A614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12652CA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4E6DDBA7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6790743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2BC7B7C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27E1230F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030AB5E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226A07DF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6D7D1F7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742CECA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7A80779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2D78FED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15D4C131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1E0434CB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3D335335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58BCAB5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5906CED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753A4048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56C1081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4661010C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12721243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2BBE1462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750BDAF0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62DB1C5A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0ADB8995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2339C74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7A9F1129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43624356" w14:textId="77777777" w:rsidR="00AF6371" w:rsidRPr="003E2858" w:rsidRDefault="00000000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  <w:tr w:rsidR="00AF6371" w:rsidRPr="003E2858" w14:paraId="2C7EC190" w14:textId="77777777">
        <w:trPr>
          <w:cantSplit/>
          <w:trHeight w:val="454"/>
        </w:trPr>
        <w:tc>
          <w:tcPr>
            <w:tcW w:w="510" w:type="dxa"/>
            <w:vAlign w:val="center"/>
          </w:tcPr>
          <w:p w14:paraId="3620BAC9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4535" w:type="dxa"/>
            <w:vAlign w:val="center"/>
          </w:tcPr>
          <w:p w14:paraId="20AA79ED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................................................</w:t>
            </w:r>
          </w:p>
        </w:tc>
        <w:tc>
          <w:tcPr>
            <w:tcW w:w="992" w:type="dxa"/>
            <w:vAlign w:val="center"/>
          </w:tcPr>
          <w:p w14:paraId="471448D2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703A8451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0FF30413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  <w:tc>
          <w:tcPr>
            <w:tcW w:w="992" w:type="dxa"/>
            <w:vAlign w:val="center"/>
          </w:tcPr>
          <w:p w14:paraId="78F00F10" w14:textId="77777777" w:rsidR="00AF6371" w:rsidRPr="003E2858" w:rsidRDefault="00000000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.....</w:t>
            </w:r>
          </w:p>
        </w:tc>
      </w:tr>
    </w:tbl>
    <w:p w14:paraId="15D488C2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158F2CFB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t>3.6 การ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เก็บ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รวบรวม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ข้อมูล</w:t>
      </w:r>
    </w:p>
    <w:p w14:paraId="30BD5CFF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BA564DF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31BAEBB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80B0F2F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B5229FB" w14:textId="77777777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lastRenderedPageBreak/>
        <w:t>3.7 สถิติ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ที่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ใช้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ใน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การ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วิเคราะห์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ข้อมูล</w:t>
      </w:r>
    </w:p>
    <w:p w14:paraId="1A216CF6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1) ร้อยละ (Percentage)</w:t>
      </w:r>
    </w:p>
    <w:p w14:paraId="0F5DC6B4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1B9C96BF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14FEF6E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2A14B31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2) ค่าเฉลี่ย (Mean)</w:t>
      </w:r>
    </w:p>
    <w:p w14:paraId="10CE76CA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5BAFCAA5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1FDFCAE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07D33F6F" w14:textId="77777777" w:rsidR="00AF6371" w:rsidRPr="003E2858" w:rsidRDefault="00000000" w:rsidP="003E2858">
      <w:pPr>
        <w:pStyle w:val="Heading3"/>
        <w:ind w:firstLine="720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3) ส่วน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เบี่ยงเบน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มาตรฐาน (S.D.)</w:t>
      </w:r>
    </w:p>
    <w:p w14:paraId="4E353CD9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B6C3227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30CCF137" w14:textId="77777777" w:rsidR="00AF6371" w:rsidRPr="003E2858" w:rsidRDefault="00000000">
      <w:pPr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14E85F3" w14:textId="7800514E" w:rsidR="00AF6371" w:rsidRPr="003E2858" w:rsidRDefault="00000000">
      <w:pPr>
        <w:pStyle w:val="Heading2"/>
        <w:rPr>
          <w:rFonts w:ascii="TH SarabunPSK" w:hAnsi="TH SarabunPSK" w:cs="TH SarabunPSK"/>
          <w:szCs w:val="32"/>
        </w:rPr>
      </w:pPr>
      <w:r w:rsidRPr="003E2858">
        <w:rPr>
          <w:rFonts w:ascii="TH SarabunPSK" w:hAnsi="TH SarabunPSK" w:cs="TH SarabunPSK"/>
          <w:szCs w:val="32"/>
        </w:rPr>
        <w:lastRenderedPageBreak/>
        <w:t>3.8 แผนการ</w:t>
      </w:r>
      <w:r w:rsidRPr="003E2858">
        <w:rPr>
          <w:rFonts w:ascii="Arial" w:hAnsi="Arial" w:cs="Arial"/>
          <w:szCs w:val="32"/>
        </w:rPr>
        <w:t>​</w:t>
      </w:r>
      <w:r w:rsidRPr="003E2858">
        <w:rPr>
          <w:rFonts w:ascii="TH SarabunPSK" w:hAnsi="TH SarabunPSK" w:cs="TH SarabunPSK"/>
          <w:szCs w:val="32"/>
        </w:rPr>
        <w:t>ดำเนินงาน 1</w:t>
      </w:r>
      <w:r w:rsidR="003E2858">
        <w:rPr>
          <w:rFonts w:ascii="TH SarabunPSK" w:hAnsi="TH SarabunPSK" w:cs="TH SarabunPSK"/>
          <w:szCs w:val="32"/>
          <w:lang w:val="en-US"/>
        </w:rPr>
        <w:t>5/18</w:t>
      </w:r>
      <w:r w:rsidRPr="003E2858">
        <w:rPr>
          <w:rFonts w:ascii="TH SarabunPSK" w:hAnsi="TH SarabunPSK" w:cs="TH SarabunPSK"/>
          <w:szCs w:val="32"/>
        </w:rPr>
        <w:t xml:space="preserve"> สัปดาห์</w:t>
      </w:r>
    </w:p>
    <w:p w14:paraId="7C75933D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459E94CE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6FBF703C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60" w:type="dxa"/>
          <w:left w:w="75" w:type="dxa"/>
          <w:bottom w:w="60" w:type="dxa"/>
          <w:right w:w="75" w:type="dxa"/>
        </w:tblCellMar>
        <w:tblLook w:val="04A0" w:firstRow="1" w:lastRow="0" w:firstColumn="1" w:lastColumn="0" w:noHBand="0" w:noVBand="1"/>
      </w:tblPr>
      <w:tblGrid>
        <w:gridCol w:w="266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3E2858" w:rsidRPr="003E2858" w14:paraId="776BD9FA" w14:textId="77777777">
        <w:trPr>
          <w:cantSplit/>
          <w:tblHeader/>
        </w:trPr>
        <w:tc>
          <w:tcPr>
            <w:tcW w:w="2665" w:type="dxa"/>
            <w:shd w:val="clear" w:color="auto" w:fill="F2F2F2"/>
            <w:vAlign w:val="center"/>
          </w:tcPr>
          <w:p w14:paraId="1E419FFD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กิจกรรม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56A37FD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1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596CD152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2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3EA70BAF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3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29780AB3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4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7D3F2B7F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5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7B74A95C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6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459222EF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7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1253160D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8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1881A16E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9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401AAEFC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10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5AB7D1F6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11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58FEB118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12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3DDCC0AF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13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58D8C0AE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14</w:t>
            </w:r>
          </w:p>
        </w:tc>
        <w:tc>
          <w:tcPr>
            <w:tcW w:w="397" w:type="dxa"/>
            <w:shd w:val="clear" w:color="auto" w:fill="F2F2F2"/>
            <w:vAlign w:val="center"/>
          </w:tcPr>
          <w:p w14:paraId="0E64BB8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b/>
                <w:sz w:val="32"/>
                <w:szCs w:val="32"/>
              </w:rPr>
              <w:t>15</w:t>
            </w:r>
          </w:p>
        </w:tc>
      </w:tr>
      <w:tr w:rsidR="003E2858" w:rsidRPr="003E2858" w14:paraId="098BB2C7" w14:textId="77777777">
        <w:trPr>
          <w:cantSplit/>
          <w:trHeight w:val="510"/>
        </w:trPr>
        <w:tc>
          <w:tcPr>
            <w:tcW w:w="2665" w:type="dxa"/>
            <w:vAlign w:val="center"/>
          </w:tcPr>
          <w:p w14:paraId="7F963BFC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1. ............................</w:t>
            </w:r>
          </w:p>
        </w:tc>
        <w:tc>
          <w:tcPr>
            <w:tcW w:w="397" w:type="dxa"/>
            <w:vAlign w:val="center"/>
          </w:tcPr>
          <w:p w14:paraId="41882F9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09706EE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5CF1A616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D7D7AB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1D9F828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211CE0D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01AB96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C47F88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016A897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04E7642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D1B8DCE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51BEAC8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5B0AD76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9F6F8C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2B2495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</w:tr>
      <w:tr w:rsidR="003E2858" w:rsidRPr="003E2858" w14:paraId="0CD8D61D" w14:textId="77777777">
        <w:trPr>
          <w:cantSplit/>
          <w:trHeight w:val="510"/>
        </w:trPr>
        <w:tc>
          <w:tcPr>
            <w:tcW w:w="2665" w:type="dxa"/>
            <w:vAlign w:val="center"/>
          </w:tcPr>
          <w:p w14:paraId="4F5623EE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2. ............................</w:t>
            </w:r>
          </w:p>
        </w:tc>
        <w:tc>
          <w:tcPr>
            <w:tcW w:w="397" w:type="dxa"/>
            <w:vAlign w:val="center"/>
          </w:tcPr>
          <w:p w14:paraId="36AD3EAC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F4A24D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A739269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EC4A53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9038F2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8982A1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09329B8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8B43342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41F6CC1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49BF2A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5DB959B2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AB2D7C2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A0BFC01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8CF73A1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993A2F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</w:tr>
      <w:tr w:rsidR="003E2858" w:rsidRPr="003E2858" w14:paraId="735D408B" w14:textId="77777777">
        <w:trPr>
          <w:cantSplit/>
          <w:trHeight w:val="510"/>
        </w:trPr>
        <w:tc>
          <w:tcPr>
            <w:tcW w:w="2665" w:type="dxa"/>
            <w:vAlign w:val="center"/>
          </w:tcPr>
          <w:p w14:paraId="759AC01E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3. ............................</w:t>
            </w:r>
          </w:p>
        </w:tc>
        <w:tc>
          <w:tcPr>
            <w:tcW w:w="397" w:type="dxa"/>
            <w:vAlign w:val="center"/>
          </w:tcPr>
          <w:p w14:paraId="4CC937D5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5E6FC6CF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12AEAA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6783738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CEB4E8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5A30D85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EE8D4D5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539A493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F6B9A41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E099D5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1E4B68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5E3BB9F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45A909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16A233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FD4A79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</w:tr>
      <w:tr w:rsidR="003E2858" w:rsidRPr="003E2858" w14:paraId="2B7CD615" w14:textId="77777777">
        <w:trPr>
          <w:cantSplit/>
          <w:trHeight w:val="510"/>
        </w:trPr>
        <w:tc>
          <w:tcPr>
            <w:tcW w:w="2665" w:type="dxa"/>
            <w:vAlign w:val="center"/>
          </w:tcPr>
          <w:p w14:paraId="5B81F6CD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4. ............................</w:t>
            </w:r>
          </w:p>
        </w:tc>
        <w:tc>
          <w:tcPr>
            <w:tcW w:w="397" w:type="dxa"/>
            <w:vAlign w:val="center"/>
          </w:tcPr>
          <w:p w14:paraId="23E5FC4D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90CEA0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F7B7A32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F0B8D9C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9444B0D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5C000019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71098C6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2C1A7A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A4A0663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4E3F7CF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8A66CC8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3A8116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1B10AC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FF6D353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B15F3FC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</w:tr>
      <w:tr w:rsidR="003E2858" w:rsidRPr="003E2858" w14:paraId="35F0515C" w14:textId="77777777">
        <w:trPr>
          <w:cantSplit/>
          <w:trHeight w:val="510"/>
        </w:trPr>
        <w:tc>
          <w:tcPr>
            <w:tcW w:w="2665" w:type="dxa"/>
            <w:vAlign w:val="center"/>
          </w:tcPr>
          <w:p w14:paraId="6F2DA869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5. ............................</w:t>
            </w:r>
          </w:p>
        </w:tc>
        <w:tc>
          <w:tcPr>
            <w:tcW w:w="397" w:type="dxa"/>
            <w:vAlign w:val="center"/>
          </w:tcPr>
          <w:p w14:paraId="45A2BA9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EDDACE5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93E85D6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EA148DF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C755C98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D6DF4EF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E5A33C3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580AFDC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4E753AE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981FC0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AAD51E8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62C1D2D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56836C5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5A09DAF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7210BF1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</w:tr>
      <w:tr w:rsidR="003E2858" w:rsidRPr="003E2858" w14:paraId="40823EF1" w14:textId="77777777">
        <w:trPr>
          <w:cantSplit/>
          <w:trHeight w:val="510"/>
        </w:trPr>
        <w:tc>
          <w:tcPr>
            <w:tcW w:w="2665" w:type="dxa"/>
            <w:vAlign w:val="center"/>
          </w:tcPr>
          <w:p w14:paraId="5F6E0ADD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6. ............................</w:t>
            </w:r>
          </w:p>
        </w:tc>
        <w:tc>
          <w:tcPr>
            <w:tcW w:w="397" w:type="dxa"/>
            <w:vAlign w:val="center"/>
          </w:tcPr>
          <w:p w14:paraId="1BA3B553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2700059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DCA564F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65DF7D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DF965C5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3C203A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5138D7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A25E51E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5AD38B29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08E86E1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6D9173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15B8826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F82D4A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923C828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CC2773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</w:tr>
      <w:tr w:rsidR="003E2858" w:rsidRPr="003E2858" w14:paraId="5BBAAA18" w14:textId="77777777">
        <w:trPr>
          <w:cantSplit/>
          <w:trHeight w:val="510"/>
        </w:trPr>
        <w:tc>
          <w:tcPr>
            <w:tcW w:w="2665" w:type="dxa"/>
            <w:vAlign w:val="center"/>
          </w:tcPr>
          <w:p w14:paraId="5FB5894D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7. ............................</w:t>
            </w:r>
          </w:p>
        </w:tc>
        <w:tc>
          <w:tcPr>
            <w:tcW w:w="397" w:type="dxa"/>
            <w:vAlign w:val="center"/>
          </w:tcPr>
          <w:p w14:paraId="5261427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83E990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4809ECC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558AD16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55F4E89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F8B4976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D8E0997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D12918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C66310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772ACFC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5630D3F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4001196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1AF9051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74051C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98D739D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</w:tr>
      <w:tr w:rsidR="003E2858" w:rsidRPr="003E2858" w14:paraId="0D8264DE" w14:textId="77777777">
        <w:trPr>
          <w:cantSplit/>
          <w:trHeight w:val="510"/>
        </w:trPr>
        <w:tc>
          <w:tcPr>
            <w:tcW w:w="2665" w:type="dxa"/>
            <w:vAlign w:val="center"/>
          </w:tcPr>
          <w:p w14:paraId="231C395B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8. ............................</w:t>
            </w:r>
          </w:p>
        </w:tc>
        <w:tc>
          <w:tcPr>
            <w:tcW w:w="397" w:type="dxa"/>
            <w:vAlign w:val="center"/>
          </w:tcPr>
          <w:p w14:paraId="0CD11B59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D12DD27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7BB075E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D16981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6D45B68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BC36419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1E3D937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7D10ED6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D7104EE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3D6D708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4042D11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F41B2E0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2678231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9E678BA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9B255D4" w14:textId="77777777" w:rsidR="003E2858" w:rsidRPr="003E2858" w:rsidRDefault="003E2858">
            <w:pPr>
              <w:keepNext/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</w:tr>
      <w:tr w:rsidR="003E2858" w:rsidRPr="003E2858" w14:paraId="7285BB14" w14:textId="77777777">
        <w:trPr>
          <w:cantSplit/>
          <w:trHeight w:val="510"/>
        </w:trPr>
        <w:tc>
          <w:tcPr>
            <w:tcW w:w="2665" w:type="dxa"/>
            <w:vAlign w:val="center"/>
          </w:tcPr>
          <w:p w14:paraId="5E64569D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9. ............................</w:t>
            </w:r>
          </w:p>
        </w:tc>
        <w:tc>
          <w:tcPr>
            <w:tcW w:w="397" w:type="dxa"/>
            <w:vAlign w:val="center"/>
          </w:tcPr>
          <w:p w14:paraId="4A5BA731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929DAB1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5B7949E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ECD1C7C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5DCA8588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D718CFF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83ADD44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15475040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6BDE52DB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B1D90D2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849AC78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D6A4BD0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01EB4AB3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3A9D6A3A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  <w:tc>
          <w:tcPr>
            <w:tcW w:w="397" w:type="dxa"/>
            <w:vAlign w:val="center"/>
          </w:tcPr>
          <w:p w14:paraId="44010B90" w14:textId="77777777" w:rsidR="003E2858" w:rsidRPr="003E2858" w:rsidRDefault="003E2858">
            <w:pPr>
              <w:spacing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3E2858">
              <w:rPr>
                <w:rFonts w:ascii="TH SarabunPSK" w:hAnsi="TH SarabunPSK" w:cs="TH SarabunPSK"/>
                <w:sz w:val="32"/>
                <w:szCs w:val="32"/>
              </w:rPr>
              <w:t>...</w:t>
            </w:r>
          </w:p>
        </w:tc>
      </w:tr>
    </w:tbl>
    <w:p w14:paraId="0F66DD16" w14:textId="77777777" w:rsidR="00AF6371" w:rsidRPr="003E2858" w:rsidRDefault="00AF6371">
      <w:pPr>
        <w:spacing w:line="72" w:lineRule="auto"/>
        <w:rPr>
          <w:rFonts w:ascii="TH SarabunPSK" w:hAnsi="TH SarabunPSK" w:cs="TH SarabunPSK"/>
          <w:sz w:val="32"/>
          <w:szCs w:val="32"/>
        </w:rPr>
      </w:pPr>
    </w:p>
    <w:p w14:paraId="541BE740" w14:textId="77777777" w:rsidR="00AF6371" w:rsidRPr="003E2858" w:rsidRDefault="00000000">
      <w:pPr>
        <w:pStyle w:val="Heading1"/>
        <w:pageBreakBefore/>
        <w:rPr>
          <w:rFonts w:ascii="TH SarabunPSK" w:hAnsi="TH SarabunPSK" w:cs="TH SarabunPSK"/>
          <w:szCs w:val="36"/>
        </w:rPr>
      </w:pPr>
      <w:r w:rsidRPr="003E2858">
        <w:rPr>
          <w:rFonts w:ascii="TH SarabunPSK" w:hAnsi="TH SarabunPSK" w:cs="TH SarabunPSK"/>
          <w:szCs w:val="36"/>
        </w:rPr>
        <w:lastRenderedPageBreak/>
        <w:t>รูปแบบ</w:t>
      </w:r>
      <w:r w:rsidRPr="003E2858">
        <w:rPr>
          <w:rFonts w:ascii="Arial" w:hAnsi="Arial" w:cs="Arial"/>
          <w:szCs w:val="36"/>
        </w:rPr>
        <w:t>​</w:t>
      </w:r>
      <w:r w:rsidRPr="003E2858">
        <w:rPr>
          <w:rFonts w:ascii="TH SarabunPSK" w:hAnsi="TH SarabunPSK" w:cs="TH SarabunPSK"/>
          <w:szCs w:val="36"/>
        </w:rPr>
        <w:t>การ</w:t>
      </w:r>
      <w:r w:rsidRPr="003E2858">
        <w:rPr>
          <w:rFonts w:ascii="Arial" w:hAnsi="Arial" w:cs="Arial"/>
          <w:szCs w:val="36"/>
        </w:rPr>
        <w:t>​</w:t>
      </w:r>
      <w:r w:rsidRPr="003E2858">
        <w:rPr>
          <w:rFonts w:ascii="TH SarabunPSK" w:hAnsi="TH SarabunPSK" w:cs="TH SarabunPSK"/>
          <w:szCs w:val="36"/>
        </w:rPr>
        <w:t>อ้างอิง</w:t>
      </w:r>
    </w:p>
    <w:p w14:paraId="4D83732B" w14:textId="77777777" w:rsidR="00AF6371" w:rsidRPr="003E2858" w:rsidRDefault="00000000">
      <w:pPr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b/>
          <w:sz w:val="32"/>
          <w:szCs w:val="32"/>
        </w:rPr>
        <w:t>ให้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จัด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ทำการ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อ้างอิง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ใน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เนื้อหา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และ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รายการ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บรรณานุกรม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ตาม</w:t>
      </w:r>
      <w:r w:rsidRPr="003E2858">
        <w:rPr>
          <w:rFonts w:ascii="Arial" w:hAnsi="Arial" w:cs="Arial"/>
          <w:b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sz w:val="32"/>
          <w:szCs w:val="32"/>
        </w:rPr>
        <w:t>รูปแบบ APA 7th edition (APA 7)</w:t>
      </w:r>
    </w:p>
    <w:p w14:paraId="185EBFAF" w14:textId="77777777" w:rsidR="003E2858" w:rsidRDefault="00000000" w:rsidP="003E2858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  <w:r w:rsidRPr="003E2858">
        <w:rPr>
          <w:rFonts w:ascii="TH SarabunPSK" w:hAnsi="TH SarabunPSK" w:cs="TH SarabunPSK"/>
          <w:sz w:val="32"/>
          <w:szCs w:val="32"/>
        </w:rPr>
        <w:t>ให้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นักเรียน นักศึกษา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ใช้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ข้อมูล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จาก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แหล่ง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ที่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ศึกษา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และ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ตรวจสอบ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จริง และ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ระบุ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แหล่ง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อ้างอิง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ให้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ตรง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กับ</w:t>
      </w: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sz w:val="32"/>
          <w:szCs w:val="32"/>
        </w:rPr>
        <w:t>รายการ</w:t>
      </w:r>
    </w:p>
    <w:p w14:paraId="3B172618" w14:textId="77777777" w:rsidR="003E2858" w:rsidRPr="003E2858" w:rsidRDefault="003E2858" w:rsidP="003E2858">
      <w:pPr>
        <w:jc w:val="center"/>
        <w:rPr>
          <w:rFonts w:ascii="TH SarabunPSK" w:hAnsi="TH SarabunPSK" w:cs="TH SarabunPSK"/>
          <w:sz w:val="32"/>
          <w:szCs w:val="32"/>
          <w:lang w:val="en-US" w:bidi="th-TH"/>
        </w:rPr>
      </w:pPr>
    </w:p>
    <w:p w14:paraId="46E60832" w14:textId="026FDC30" w:rsidR="00AF6371" w:rsidRPr="003E2858" w:rsidRDefault="00000000" w:rsidP="003E2858">
      <w:pPr>
        <w:jc w:val="center"/>
        <w:rPr>
          <w:rFonts w:ascii="TH SarabunPSK" w:hAnsi="TH SarabunPSK" w:cs="TH SarabunPSK"/>
          <w:sz w:val="32"/>
          <w:szCs w:val="32"/>
        </w:rPr>
      </w:pPr>
      <w:r w:rsidRPr="003E2858">
        <w:rPr>
          <w:rFonts w:ascii="Arial" w:hAnsi="Arial" w:cs="Arial"/>
          <w:sz w:val="32"/>
          <w:szCs w:val="32"/>
        </w:rPr>
        <w:t>​</w:t>
      </w:r>
      <w:r w:rsidRPr="003E2858">
        <w:rPr>
          <w:rFonts w:ascii="TH SarabunPSK" w:hAnsi="TH SarabunPSK" w:cs="TH SarabunPSK"/>
          <w:b/>
          <w:bCs/>
          <w:sz w:val="36"/>
          <w:szCs w:val="36"/>
        </w:rPr>
        <w:t>บรรณานุกรม</w:t>
      </w:r>
    </w:p>
    <w:p w14:paraId="6C757E80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p w14:paraId="7282DC20" w14:textId="77777777" w:rsidR="00AF6371" w:rsidRPr="003E2858" w:rsidRDefault="00000000">
      <w:pPr>
        <w:keepNext/>
        <w:tabs>
          <w:tab w:val="right" w:leader="dot" w:pos="9014"/>
        </w:tabs>
        <w:rPr>
          <w:rFonts w:ascii="TH SarabunPSK" w:hAnsi="TH SarabunPSK" w:cs="TH SarabunPSK"/>
          <w:sz w:val="32"/>
          <w:szCs w:val="32"/>
        </w:rPr>
      </w:pPr>
      <w:r w:rsidRPr="003E2858">
        <w:rPr>
          <w:rFonts w:ascii="TH SarabunPSK" w:hAnsi="TH SarabunPSK" w:cs="TH SarabunPSK"/>
          <w:sz w:val="32"/>
          <w:szCs w:val="32"/>
        </w:rPr>
        <w:t>............</w:t>
      </w:r>
      <w:r w:rsidRPr="003E2858">
        <w:rPr>
          <w:rFonts w:ascii="TH SarabunPSK" w:hAnsi="TH SarabunPSK" w:cs="TH SarabunPSK"/>
          <w:sz w:val="32"/>
          <w:szCs w:val="32"/>
        </w:rPr>
        <w:tab/>
        <w:t>.</w:t>
      </w:r>
    </w:p>
    <w:sectPr w:rsidR="00AF6371" w:rsidRPr="003E2858" w:rsidSect="00034616">
      <w:footerReference w:type="default" r:id="rId8"/>
      <w:pgSz w:w="11906" w:h="16838"/>
      <w:pgMar w:top="1440" w:right="1440" w:bottom="1440" w:left="1440" w:header="72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9D367" w14:textId="77777777" w:rsidR="004315DD" w:rsidRDefault="004315DD">
      <w:pPr>
        <w:spacing w:line="240" w:lineRule="auto"/>
      </w:pPr>
      <w:r>
        <w:separator/>
      </w:r>
    </w:p>
  </w:endnote>
  <w:endnote w:type="continuationSeparator" w:id="0">
    <w:p w14:paraId="51F3A650" w14:textId="77777777" w:rsidR="004315DD" w:rsidRDefault="004315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6306C" w14:textId="059155B2" w:rsidR="00AF6371" w:rsidRDefault="003E2858">
    <w:pPr>
      <w:pStyle w:val="Footer"/>
      <w:spacing w:line="240" w:lineRule="auto"/>
    </w:pPr>
    <w:r>
      <w:rPr>
        <w:sz w:val="22"/>
        <w:lang w:val="en-US" w:bidi="th-TH"/>
      </w:rPr>
      <w:t>PJ-02-</w:t>
    </w:r>
    <w:r w:rsidR="00000000">
      <w:rPr>
        <w:sz w:val="22"/>
      </w:rPr>
      <w:t xml:space="preserve">แบบฟอร์มเสนอโครงร่างงานวิจัย  |  หน้า </w:t>
    </w:r>
    <w:r w:rsidR="00000000">
      <w:fldChar w:fldCharType="begin"/>
    </w:r>
    <w:r w:rsidR="00000000">
      <w:instrText>PAGE</w:instrText>
    </w:r>
    <w:r w:rsidR="00000000">
      <w:fldChar w:fldCharType="separate"/>
    </w:r>
    <w:r>
      <w:rPr>
        <w:cs/>
        <w:lang w:bidi="th-TH"/>
      </w:rPr>
      <w:t>1</w:t>
    </w:r>
    <w:r w:rsidR="0000000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A519A" w14:textId="77777777" w:rsidR="004315DD" w:rsidRDefault="004315DD">
      <w:pPr>
        <w:spacing w:line="240" w:lineRule="auto"/>
      </w:pPr>
      <w:r>
        <w:separator/>
      </w:r>
    </w:p>
  </w:footnote>
  <w:footnote w:type="continuationSeparator" w:id="0">
    <w:p w14:paraId="319F2578" w14:textId="77777777" w:rsidR="004315DD" w:rsidRDefault="004315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4260498">
    <w:abstractNumId w:val="8"/>
  </w:num>
  <w:num w:numId="2" w16cid:durableId="518930510">
    <w:abstractNumId w:val="6"/>
  </w:num>
  <w:num w:numId="3" w16cid:durableId="184945831">
    <w:abstractNumId w:val="5"/>
  </w:num>
  <w:num w:numId="4" w16cid:durableId="738485098">
    <w:abstractNumId w:val="4"/>
  </w:num>
  <w:num w:numId="5" w16cid:durableId="1779640930">
    <w:abstractNumId w:val="7"/>
  </w:num>
  <w:num w:numId="6" w16cid:durableId="1966080809">
    <w:abstractNumId w:val="3"/>
  </w:num>
  <w:num w:numId="7" w16cid:durableId="1341271214">
    <w:abstractNumId w:val="2"/>
  </w:num>
  <w:num w:numId="8" w16cid:durableId="1339775963">
    <w:abstractNumId w:val="1"/>
  </w:num>
  <w:num w:numId="9" w16cid:durableId="584657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602B"/>
    <w:rsid w:val="0006063C"/>
    <w:rsid w:val="0015074B"/>
    <w:rsid w:val="00202259"/>
    <w:rsid w:val="0029639D"/>
    <w:rsid w:val="00326F90"/>
    <w:rsid w:val="003E2858"/>
    <w:rsid w:val="004315DD"/>
    <w:rsid w:val="00AA1D8D"/>
    <w:rsid w:val="00AF6371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FC21D8"/>
  <w14:defaultImageDpi w14:val="300"/>
  <w15:docId w15:val="{0F7C04FA-D6CF-489C-878E-792982F0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TH Sarabun New" w:eastAsia="TH Sarabun New" w:hAnsi="TH Sarabun New" w:cs="TH Sarabun New"/>
      <w:noProof/>
      <w:color w:val="000000"/>
      <w:sz w:val="28"/>
      <w:lang w:val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before="140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2318</Words>
  <Characters>13213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แบบฟอร์มเสนอโครงร่างงานวิจัย 3 บท</dc:title>
  <dc:subject/>
  <dc:creator>Administrator</dc:creator>
  <cp:keywords/>
  <dc:description/>
  <cp:lastModifiedBy>Administrator</cp:lastModifiedBy>
  <cp:revision>2</cp:revision>
  <dcterms:created xsi:type="dcterms:W3CDTF">2026-10-29T14:06:00Z</dcterms:created>
  <dcterms:modified xsi:type="dcterms:W3CDTF">2026-10-29T14:06:00Z</dcterms:modified>
  <cp:category/>
</cp:coreProperties>
</file>