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1C006" w14:textId="77777777" w:rsidR="002A13DC" w:rsidRPr="00F130BA" w:rsidRDefault="00000000" w:rsidP="00F130BA">
      <w:pPr>
        <w:pStyle w:val="Title"/>
        <w:jc w:val="center"/>
        <w:rPr>
          <w:rFonts w:ascii="TH SarabunPSK" w:hAnsi="TH SarabunPSK" w:cs="TH SarabunPSK"/>
          <w:sz w:val="36"/>
          <w:szCs w:val="36"/>
        </w:rPr>
      </w:pPr>
      <w:r w:rsidRPr="00F130BA">
        <w:rPr>
          <w:rFonts w:ascii="TH SarabunPSK" w:hAnsi="TH SarabunPSK" w:cs="TH SarabunPSK" w:hint="cs"/>
          <w:sz w:val="36"/>
          <w:szCs w:val="36"/>
        </w:rPr>
        <w:t>แบบ</w:t>
      </w:r>
      <w:r w:rsidRPr="00F130BA">
        <w:rPr>
          <w:rFonts w:ascii="Arial" w:hAnsi="Arial" w:cs="Arial"/>
          <w:sz w:val="36"/>
          <w:szCs w:val="36"/>
        </w:rPr>
        <w:t>​</w:t>
      </w:r>
      <w:r w:rsidRPr="00F130BA">
        <w:rPr>
          <w:rFonts w:ascii="TH SarabunPSK" w:hAnsi="TH SarabunPSK" w:cs="TH SarabunPSK"/>
          <w:sz w:val="36"/>
          <w:szCs w:val="36"/>
        </w:rPr>
        <w:t>เสนอ</w:t>
      </w:r>
      <w:r w:rsidRPr="00F130BA">
        <w:rPr>
          <w:rFonts w:ascii="Arial" w:hAnsi="Arial" w:cs="Arial"/>
          <w:sz w:val="36"/>
          <w:szCs w:val="36"/>
        </w:rPr>
        <w:t>​</w:t>
      </w:r>
      <w:r w:rsidRPr="00F130BA">
        <w:rPr>
          <w:rFonts w:ascii="TH SarabunPSK" w:hAnsi="TH SarabunPSK" w:cs="TH SarabunPSK"/>
          <w:sz w:val="36"/>
          <w:szCs w:val="36"/>
        </w:rPr>
        <w:t>ขออนุมัติ</w:t>
      </w:r>
      <w:r w:rsidRPr="00F130BA">
        <w:rPr>
          <w:rFonts w:ascii="Arial" w:hAnsi="Arial" w:cs="Arial"/>
          <w:sz w:val="36"/>
          <w:szCs w:val="36"/>
        </w:rPr>
        <w:t>​</w:t>
      </w:r>
      <w:r w:rsidRPr="00F130BA">
        <w:rPr>
          <w:rFonts w:ascii="TH SarabunPSK" w:hAnsi="TH SarabunPSK" w:cs="TH SarabunPSK"/>
          <w:sz w:val="36"/>
          <w:szCs w:val="36"/>
        </w:rPr>
        <w:t>โครงงาน</w:t>
      </w:r>
    </w:p>
    <w:p w14:paraId="2720A256" w14:textId="77777777" w:rsidR="002A13DC" w:rsidRPr="00F130BA" w:rsidRDefault="00000000" w:rsidP="00F130BA">
      <w:pPr>
        <w:jc w:val="center"/>
        <w:rPr>
          <w:rFonts w:ascii="TH SarabunPSK" w:hAnsi="TH SarabunPSK" w:cs="TH SarabunPSK"/>
          <w:sz w:val="36"/>
          <w:szCs w:val="36"/>
        </w:rPr>
      </w:pPr>
      <w:r w:rsidRPr="00F130BA">
        <w:rPr>
          <w:rFonts w:ascii="TH SarabunPSK" w:hAnsi="TH SarabunPSK" w:cs="TH SarabunPSK" w:hint="cs"/>
          <w:b/>
          <w:sz w:val="36"/>
          <w:szCs w:val="36"/>
        </w:rPr>
        <w:t>วิทยาลัย</w:t>
      </w:r>
      <w:r w:rsidRPr="00F130BA">
        <w:rPr>
          <w:rFonts w:ascii="Arial" w:hAnsi="Arial" w:cs="Arial"/>
          <w:b/>
          <w:sz w:val="36"/>
          <w:szCs w:val="36"/>
        </w:rPr>
        <w:t>​</w:t>
      </w:r>
      <w:r w:rsidRPr="00F130BA">
        <w:rPr>
          <w:rFonts w:ascii="TH SarabunPSK" w:hAnsi="TH SarabunPSK" w:cs="TH SarabunPSK"/>
          <w:b/>
          <w:sz w:val="36"/>
          <w:szCs w:val="36"/>
        </w:rPr>
        <w:t>การ</w:t>
      </w:r>
      <w:r w:rsidRPr="00F130BA">
        <w:rPr>
          <w:rFonts w:ascii="Arial" w:hAnsi="Arial" w:cs="Arial"/>
          <w:b/>
          <w:sz w:val="36"/>
          <w:szCs w:val="36"/>
        </w:rPr>
        <w:t>​</w:t>
      </w:r>
      <w:r w:rsidRPr="00F130BA">
        <w:rPr>
          <w:rFonts w:ascii="TH SarabunPSK" w:hAnsi="TH SarabunPSK" w:cs="TH SarabunPSK"/>
          <w:b/>
          <w:sz w:val="36"/>
          <w:szCs w:val="36"/>
        </w:rPr>
        <w:t>อาชีพ</w:t>
      </w:r>
      <w:r w:rsidRPr="00F130BA">
        <w:rPr>
          <w:rFonts w:ascii="Arial" w:hAnsi="Arial" w:cs="Arial"/>
          <w:b/>
          <w:sz w:val="36"/>
          <w:szCs w:val="36"/>
        </w:rPr>
        <w:t>​</w:t>
      </w:r>
      <w:r w:rsidRPr="00F130BA">
        <w:rPr>
          <w:rFonts w:ascii="TH SarabunPSK" w:hAnsi="TH SarabunPSK" w:cs="TH SarabunPSK"/>
          <w:b/>
          <w:sz w:val="36"/>
          <w:szCs w:val="36"/>
        </w:rPr>
        <w:t>โพน</w:t>
      </w:r>
      <w:r w:rsidRPr="00F130BA">
        <w:rPr>
          <w:rFonts w:ascii="Arial" w:hAnsi="Arial" w:cs="Arial"/>
          <w:b/>
          <w:sz w:val="36"/>
          <w:szCs w:val="36"/>
        </w:rPr>
        <w:t>​</w:t>
      </w:r>
      <w:r w:rsidRPr="00F130BA">
        <w:rPr>
          <w:rFonts w:ascii="TH SarabunPSK" w:hAnsi="TH SarabunPSK" w:cs="TH SarabunPSK"/>
          <w:b/>
          <w:sz w:val="36"/>
          <w:szCs w:val="36"/>
        </w:rPr>
        <w:t>ทอง</w:t>
      </w:r>
    </w:p>
    <w:p w14:paraId="2A009655" w14:textId="77777777" w:rsidR="002A13DC" w:rsidRPr="00F130BA" w:rsidRDefault="00000000" w:rsidP="00F130BA">
      <w:pPr>
        <w:spacing w:after="1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30BA">
        <w:rPr>
          <w:rFonts w:ascii="TH SarabunPSK" w:hAnsi="TH SarabunPSK" w:cs="TH SarabunPSK" w:hint="cs"/>
          <w:b/>
          <w:bCs/>
          <w:sz w:val="32"/>
          <w:szCs w:val="32"/>
        </w:rPr>
        <w:t>ภาคเรียน</w:t>
      </w:r>
      <w:r w:rsidRPr="00F130BA">
        <w:rPr>
          <w:rFonts w:ascii="Arial" w:hAnsi="Arial" w:cs="Arial"/>
          <w:b/>
          <w:bCs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bCs/>
          <w:sz w:val="32"/>
          <w:szCs w:val="32"/>
        </w:rPr>
        <w:t>ที่</w:t>
      </w:r>
      <w:r w:rsidRPr="00F130B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30BA">
        <w:rPr>
          <w:rFonts w:ascii="TH SarabunPSK" w:hAnsi="TH SarabunPSK" w:cs="TH SarabunPSK"/>
          <w:b/>
          <w:bCs/>
          <w:sz w:val="32"/>
          <w:szCs w:val="32"/>
        </w:rPr>
        <w:t>๒</w:t>
      </w:r>
      <w:r w:rsidRPr="00F130B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30BA">
        <w:rPr>
          <w:rFonts w:ascii="TH SarabunPSK" w:hAnsi="TH SarabunPSK" w:cs="TH SarabunPSK"/>
          <w:b/>
          <w:bCs/>
          <w:sz w:val="32"/>
          <w:szCs w:val="32"/>
        </w:rPr>
        <w:t>ปีการศึกษา</w:t>
      </w:r>
      <w:r w:rsidRPr="00F130BA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F130BA">
        <w:rPr>
          <w:rFonts w:ascii="TH SarabunPSK" w:hAnsi="TH SarabunPSK" w:cs="TH SarabunPSK"/>
          <w:b/>
          <w:bCs/>
          <w:sz w:val="32"/>
          <w:szCs w:val="32"/>
        </w:rPr>
        <w:t>๒๕๖๙</w:t>
      </w:r>
    </w:p>
    <w:p w14:paraId="73941397" w14:textId="635C312F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ชื่อ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โครง</w:t>
      </w:r>
      <w:r w:rsidR="00F130BA">
        <w:rPr>
          <w:rFonts w:ascii="TH SarabunPSK" w:hAnsi="TH SarabunPSK" w:cs="TH SarabunPSK" w:hint="cs"/>
          <w:sz w:val="32"/>
          <w:szCs w:val="32"/>
          <w:cs/>
        </w:rPr>
        <w:t>งาน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2C08A75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ระยะเวลา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การ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ดำเนินงาน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F8C750E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สถานที่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ดำเนินการ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A739006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ประมาณ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ค่าใช้จ่าย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E690C6C" w14:textId="77777777" w:rsidR="002A13DC" w:rsidRPr="00F130BA" w:rsidRDefault="00000000">
      <w:pPr>
        <w:spacing w:before="8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b/>
          <w:sz w:val="32"/>
          <w:szCs w:val="32"/>
        </w:rPr>
        <w:t>ผู้รับผิดชอบ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โครงงาน</w:t>
      </w:r>
    </w:p>
    <w:p w14:paraId="2F0E67B2" w14:textId="26CD0519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130BA">
        <w:rPr>
          <w:rFonts w:ascii="TH SarabunPSK" w:hAnsi="TH SarabunPSK" w:cs="TH SarabunPSK" w:hint="cs"/>
          <w:sz w:val="32"/>
          <w:szCs w:val="32"/>
        </w:rPr>
        <w:t>๑.  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 </w:t>
      </w:r>
    </w:p>
    <w:p w14:paraId="56ACF70C" w14:textId="53645D30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130BA">
        <w:rPr>
          <w:rFonts w:ascii="TH SarabunPSK" w:hAnsi="TH SarabunPSK" w:cs="TH SarabunPSK" w:hint="cs"/>
          <w:sz w:val="32"/>
          <w:szCs w:val="32"/>
        </w:rPr>
        <w:t>๒.  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</w:t>
      </w:r>
    </w:p>
    <w:p w14:paraId="448E69F7" w14:textId="77777777" w:rsidR="002A13DC" w:rsidRPr="00F130BA" w:rsidRDefault="00000000" w:rsidP="00F130BA">
      <w:pPr>
        <w:spacing w:before="120"/>
        <w:ind w:left="288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ลงชื่อ........................................................หัวหน้า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โครงงาน</w:t>
      </w:r>
    </w:p>
    <w:p w14:paraId="26840412" w14:textId="77777777" w:rsidR="002A13DC" w:rsidRPr="00F130BA" w:rsidRDefault="00000000" w:rsidP="00F130BA">
      <w:pPr>
        <w:ind w:left="288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 xml:space="preserve">       (........................................................)</w:t>
      </w:r>
    </w:p>
    <w:p w14:paraId="319CEA20" w14:textId="77777777" w:rsidR="002A13DC" w:rsidRPr="00F130BA" w:rsidRDefault="00000000" w:rsidP="00F130BA">
      <w:pPr>
        <w:spacing w:after="140"/>
        <w:ind w:left="288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วันที่..............เดือน..............................พ.ศ. ..............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A13DC" w:rsidRPr="00F130BA" w14:paraId="77958342" w14:textId="77777777">
        <w:trPr>
          <w:cantSplit/>
        </w:trPr>
        <w:tc>
          <w:tcPr>
            <w:tcW w:w="4513" w:type="dxa"/>
            <w:vAlign w:val="center"/>
          </w:tcPr>
          <w:p w14:paraId="6BCEA151" w14:textId="77777777" w:rsidR="002A13DC" w:rsidRPr="00F130BA" w:rsidRDefault="00000000">
            <w:pPr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ความคิดเห็น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ครู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ประจำ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วิชา</w:t>
            </w:r>
          </w:p>
          <w:p w14:paraId="710F9C81" w14:textId="77777777" w:rsidR="002A13DC" w:rsidRPr="00F130BA" w:rsidRDefault="00000000">
            <w:pPr>
              <w:tabs>
                <w:tab w:val="right" w:leader="dot" w:pos="413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ab/>
              <w:t>.</w:t>
            </w:r>
          </w:p>
          <w:p w14:paraId="7EF3F945" w14:textId="77777777" w:rsidR="002A13DC" w:rsidRPr="00F130BA" w:rsidRDefault="00000000">
            <w:pPr>
              <w:tabs>
                <w:tab w:val="right" w:leader="dot" w:pos="413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ab/>
              <w:t>.</w:t>
            </w:r>
          </w:p>
          <w:p w14:paraId="70AEC85F" w14:textId="439534A3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ลงชื่อ................................................</w:t>
            </w:r>
          </w:p>
          <w:p w14:paraId="7C49CB89" w14:textId="407760B1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(นาง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เขม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จิ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รา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จิต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ตะ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ยโศธร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</w:p>
          <w:p w14:paraId="36123DAF" w14:textId="2DC39875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วันที่..........เดือน....................พ.ศ. ..........</w:t>
            </w:r>
          </w:p>
        </w:tc>
        <w:tc>
          <w:tcPr>
            <w:tcW w:w="4513" w:type="dxa"/>
            <w:vAlign w:val="center"/>
          </w:tcPr>
          <w:p w14:paraId="74D5203D" w14:textId="77777777" w:rsidR="002A13DC" w:rsidRPr="00F130BA" w:rsidRDefault="00000000">
            <w:pPr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ความคิดเห็น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ครู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ที่ปรึกษา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โครงงาน</w:t>
            </w:r>
          </w:p>
          <w:p w14:paraId="2F42B0CF" w14:textId="77777777" w:rsidR="002A13DC" w:rsidRPr="00F130BA" w:rsidRDefault="00000000">
            <w:pPr>
              <w:tabs>
                <w:tab w:val="right" w:leader="dot" w:pos="413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ab/>
              <w:t>.</w:t>
            </w:r>
          </w:p>
          <w:p w14:paraId="2C85B75D" w14:textId="77777777" w:rsidR="002A13DC" w:rsidRPr="00F130BA" w:rsidRDefault="00000000">
            <w:pPr>
              <w:tabs>
                <w:tab w:val="right" w:leader="dot" w:pos="4139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ab/>
              <w:t>.</w:t>
            </w:r>
          </w:p>
          <w:p w14:paraId="20D82D2D" w14:textId="1102F9E4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ลงชื่อ................................................</w:t>
            </w:r>
          </w:p>
          <w:p w14:paraId="2049C847" w14:textId="1A1596D0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5C1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="005C16E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นายสมควร  สากำ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)</w:t>
            </w:r>
          </w:p>
          <w:p w14:paraId="499516B9" w14:textId="35E65DF8" w:rsidR="002A13DC" w:rsidRPr="00F130BA" w:rsidRDefault="00F130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วันที่..........เดือน....................พ.ศ. ..........</w:t>
            </w:r>
          </w:p>
        </w:tc>
      </w:tr>
    </w:tbl>
    <w:p w14:paraId="3DD962D4" w14:textId="77777777" w:rsidR="002A13DC" w:rsidRPr="00F130BA" w:rsidRDefault="00000000">
      <w:pPr>
        <w:spacing w:before="16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b/>
          <w:sz w:val="32"/>
          <w:szCs w:val="32"/>
        </w:rPr>
        <w:t>ความคิดเห็น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ของ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รองผู้อำนวยการ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ฝ่ายวิชาการ</w:t>
      </w:r>
    </w:p>
    <w:p w14:paraId="57B12F90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37A8B44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F3D9561" w14:textId="77777777" w:rsidR="002A13DC" w:rsidRPr="00F130BA" w:rsidRDefault="00000000" w:rsidP="00F130BA">
      <w:pPr>
        <w:spacing w:before="80"/>
        <w:ind w:left="360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ลงชื่อ........................................................</w:t>
      </w:r>
    </w:p>
    <w:p w14:paraId="089896BD" w14:textId="6663166F" w:rsidR="002A13DC" w:rsidRPr="00F130BA" w:rsidRDefault="00F130BA" w:rsidP="00F130BA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F130BA">
        <w:rPr>
          <w:rFonts w:ascii="TH SarabunPSK" w:hAnsi="TH SarabunPSK" w:cs="TH SarabunPSK" w:hint="cs"/>
          <w:sz w:val="32"/>
          <w:szCs w:val="32"/>
        </w:rPr>
        <w:t>(นาย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ทวี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เกียรติ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 </w:t>
      </w:r>
      <w:r w:rsidRPr="00F130BA">
        <w:rPr>
          <w:rFonts w:ascii="TH SarabunPSK" w:hAnsi="TH SarabunPSK" w:cs="TH SarabunPSK"/>
          <w:sz w:val="32"/>
          <w:szCs w:val="32"/>
        </w:rPr>
        <w:t>จัน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ทะ</w:t>
      </w:r>
      <w:r w:rsidRPr="00F130BA">
        <w:rPr>
          <w:rFonts w:ascii="TH SarabunPSK" w:hAnsi="TH SarabunPSK" w:cs="TH SarabunPSK" w:hint="cs"/>
          <w:sz w:val="32"/>
          <w:szCs w:val="32"/>
        </w:rPr>
        <w:t>)</w:t>
      </w:r>
    </w:p>
    <w:p w14:paraId="60DB84BC" w14:textId="4A911D57" w:rsidR="002A13DC" w:rsidRPr="00F130BA" w:rsidRDefault="00F130BA" w:rsidP="00F130BA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130BA">
        <w:rPr>
          <w:rFonts w:ascii="TH SarabunPSK" w:hAnsi="TH SarabunPSK" w:cs="TH SarabunPSK" w:hint="cs"/>
          <w:sz w:val="32"/>
          <w:szCs w:val="32"/>
        </w:rPr>
        <w:t>รองผู้อำนวยการ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ฝ่ายวิชาการ</w:t>
      </w:r>
    </w:p>
    <w:p w14:paraId="6080035A" w14:textId="77777777" w:rsidR="002A13DC" w:rsidRPr="00F130BA" w:rsidRDefault="00000000" w:rsidP="00F130BA">
      <w:pPr>
        <w:ind w:left="360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วันที่..............เดือน..............................พ.ศ. ..............</w:t>
      </w:r>
    </w:p>
    <w:p w14:paraId="2A0D727B" w14:textId="267F6523" w:rsidR="002A13DC" w:rsidRPr="00F130BA" w:rsidRDefault="00000000">
      <w:pPr>
        <w:pStyle w:val="Heading1"/>
        <w:pageBreakBefore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lastRenderedPageBreak/>
        <w:t xml:space="preserve">๑.  </w:t>
      </w:r>
      <w:r w:rsidR="00F130BA">
        <w:rPr>
          <w:rFonts w:ascii="TH SarabunPSK" w:hAnsi="TH SarabunPSK" w:cs="TH SarabunPSK" w:hint="cs"/>
          <w:szCs w:val="32"/>
          <w:cs/>
        </w:rPr>
        <w:t>โครงงาน</w:t>
      </w:r>
    </w:p>
    <w:p w14:paraId="60EDA9E7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89BFF3A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C3E23B2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339B14A9" w14:textId="409D3820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๒.  ผู้รับผิดชอบ</w:t>
      </w:r>
      <w:r w:rsidRPr="00F130BA">
        <w:rPr>
          <w:rFonts w:ascii="Arial" w:hAnsi="Arial" w:cs="Arial"/>
          <w:szCs w:val="32"/>
        </w:rPr>
        <w:t>​</w:t>
      </w:r>
      <w:r w:rsidR="00F130BA">
        <w:rPr>
          <w:rFonts w:ascii="TH SarabunPSK" w:hAnsi="TH SarabunPSK" w:cs="TH SarabunPSK"/>
          <w:szCs w:val="32"/>
          <w:cs/>
        </w:rPr>
        <w:t>โครงงาน</w:t>
      </w:r>
    </w:p>
    <w:p w14:paraId="5F7460E6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๒.๑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EB638AA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๒.๒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68D4FFC6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7FA894D1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๓.  ระยะเวลา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การ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ดำเนินงาน</w:t>
      </w:r>
    </w:p>
    <w:p w14:paraId="287C7E65" w14:textId="6EAB7BBF" w:rsidR="002A13DC" w:rsidRDefault="00000000">
      <w:pPr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ระหว่าง วันที่............เดือน........................พ.ศ. ๒๕๖๙</w:t>
      </w:r>
      <w:r w:rsidR="00F130B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130BA">
        <w:rPr>
          <w:rFonts w:ascii="TH SarabunPSK" w:hAnsi="TH SarabunPSK" w:cs="TH SarabunPSK" w:hint="cs"/>
          <w:sz w:val="32"/>
          <w:szCs w:val="32"/>
        </w:rPr>
        <w:t>ถึง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วันที่</w:t>
      </w: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/>
          <w:sz w:val="32"/>
          <w:szCs w:val="32"/>
        </w:rPr>
        <w:t>เดือน</w:t>
      </w:r>
      <w:r w:rsidRPr="00F130BA">
        <w:rPr>
          <w:rFonts w:ascii="TH SarabunPSK" w:hAnsi="TH SarabunPSK" w:cs="TH SarabunPSK" w:hint="cs"/>
          <w:sz w:val="32"/>
          <w:szCs w:val="32"/>
        </w:rPr>
        <w:t>........................</w:t>
      </w:r>
      <w:r w:rsidRPr="00F130BA">
        <w:rPr>
          <w:rFonts w:ascii="TH SarabunPSK" w:hAnsi="TH SarabunPSK" w:cs="TH SarabunPSK"/>
          <w:sz w:val="32"/>
          <w:szCs w:val="32"/>
        </w:rPr>
        <w:t>พ</w:t>
      </w:r>
      <w:r w:rsidRPr="00F130BA">
        <w:rPr>
          <w:rFonts w:ascii="TH SarabunPSK" w:hAnsi="TH SarabunPSK" w:cs="TH SarabunPSK" w:hint="cs"/>
          <w:sz w:val="32"/>
          <w:szCs w:val="32"/>
        </w:rPr>
        <w:t>.</w:t>
      </w:r>
      <w:r w:rsidRPr="00F130BA">
        <w:rPr>
          <w:rFonts w:ascii="TH SarabunPSK" w:hAnsi="TH SarabunPSK" w:cs="TH SarabunPSK"/>
          <w:sz w:val="32"/>
          <w:szCs w:val="32"/>
        </w:rPr>
        <w:t>ศ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. </w:t>
      </w:r>
      <w:r w:rsidRPr="00F130BA">
        <w:rPr>
          <w:rFonts w:ascii="TH SarabunPSK" w:hAnsi="TH SarabunPSK" w:cs="TH SarabunPSK"/>
          <w:sz w:val="32"/>
          <w:szCs w:val="32"/>
        </w:rPr>
        <w:t>๒๕๗๐</w:t>
      </w:r>
    </w:p>
    <w:p w14:paraId="6999B0AC" w14:textId="77777777" w:rsidR="00F130BA" w:rsidRPr="00F130BA" w:rsidRDefault="00F130BA">
      <w:pPr>
        <w:rPr>
          <w:rFonts w:ascii="TH SarabunPSK" w:hAnsi="TH SarabunPSK" w:cs="TH SarabunPSK"/>
          <w:sz w:val="32"/>
          <w:szCs w:val="32"/>
        </w:rPr>
      </w:pPr>
    </w:p>
    <w:p w14:paraId="4B099FB1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๔.  หลักการ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และ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เหตุผล</w:t>
      </w:r>
      <w:r w:rsidRPr="00F130BA">
        <w:rPr>
          <w:rFonts w:ascii="TH SarabunPSK" w:hAnsi="TH SarabunPSK" w:cs="TH SarabunPSK" w:hint="cs"/>
          <w:szCs w:val="32"/>
        </w:rPr>
        <w:t xml:space="preserve"> (</w:t>
      </w:r>
      <w:r w:rsidRPr="00F130BA">
        <w:rPr>
          <w:rFonts w:ascii="TH SarabunPSK" w:hAnsi="TH SarabunPSK" w:cs="TH SarabunPSK"/>
          <w:szCs w:val="32"/>
        </w:rPr>
        <w:t>ใส่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อ้างอิง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ใน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เนื้อหา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ด้วย</w:t>
      </w:r>
      <w:r w:rsidRPr="00F130BA">
        <w:rPr>
          <w:rFonts w:ascii="TH SarabunPSK" w:hAnsi="TH SarabunPSK" w:cs="TH SarabunPSK" w:hint="cs"/>
          <w:szCs w:val="32"/>
        </w:rPr>
        <w:t>)</w:t>
      </w:r>
    </w:p>
    <w:p w14:paraId="4B4014B7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46796AE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50C881F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CCEF14B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A0B9087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1B8F648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28B4736B" w14:textId="21C68135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๕.  วัตถุประสงค์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ของ</w:t>
      </w:r>
      <w:r w:rsidRPr="00F130BA">
        <w:rPr>
          <w:rFonts w:ascii="Arial" w:hAnsi="Arial" w:cs="Arial"/>
          <w:szCs w:val="32"/>
        </w:rPr>
        <w:t>​</w:t>
      </w:r>
      <w:r w:rsidR="00F130BA">
        <w:rPr>
          <w:rFonts w:ascii="TH SarabunPSK" w:hAnsi="TH SarabunPSK" w:cs="TH SarabunPSK"/>
          <w:szCs w:val="32"/>
          <w:cs/>
        </w:rPr>
        <w:t>โครงงาน</w:t>
      </w:r>
    </w:p>
    <w:p w14:paraId="2DBCAAC3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9EFBAFB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CE4F53E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61A6D96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36A11EFF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๖.  เป้าหมาย</w:t>
      </w:r>
    </w:p>
    <w:p w14:paraId="5E2EDD73" w14:textId="3DC58300" w:rsidR="002A13DC" w:rsidRPr="00F130BA" w:rsidRDefault="00F130B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sz w:val="32"/>
          <w:szCs w:val="32"/>
          <w:cs/>
        </w:rPr>
        <w:t xml:space="preserve">     </w:t>
      </w:r>
      <w:r w:rsidRPr="00F130BA">
        <w:rPr>
          <w:rFonts w:ascii="TH SarabunPSK" w:hAnsi="TH SarabunPSK" w:cs="TH SarabunPSK" w:hint="cs"/>
          <w:b/>
          <w:sz w:val="32"/>
          <w:szCs w:val="32"/>
        </w:rPr>
        <w:t>๖.๑  เชิง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ปริมาณ</w:t>
      </w:r>
    </w:p>
    <w:p w14:paraId="46F26330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BD3FD2E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4D6709C" w14:textId="77777777" w:rsid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7C5F5810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6EA4B842" w14:textId="1B2A2C0D" w:rsidR="002A13DC" w:rsidRPr="00F130BA" w:rsidRDefault="00F130B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sz w:val="32"/>
          <w:szCs w:val="32"/>
          <w:cs/>
        </w:rPr>
        <w:lastRenderedPageBreak/>
        <w:t xml:space="preserve">     </w:t>
      </w:r>
      <w:r w:rsidRPr="00F130BA">
        <w:rPr>
          <w:rFonts w:ascii="TH SarabunPSK" w:hAnsi="TH SarabunPSK" w:cs="TH SarabunPSK" w:hint="cs"/>
          <w:b/>
          <w:sz w:val="32"/>
          <w:szCs w:val="32"/>
        </w:rPr>
        <w:t>๖.๒  เชิง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คุณภาพ</w:t>
      </w:r>
    </w:p>
    <w:p w14:paraId="403DA10E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9EB8450" w14:textId="77777777" w:rsidR="00F130BA" w:rsidRDefault="00000000" w:rsidP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  <w:r w:rsidR="00F130BA">
        <w:rPr>
          <w:rFonts w:ascii="TH SarabunPSK" w:hAnsi="TH SarabunPSK" w:cs="TH SarabunPSK"/>
          <w:sz w:val="32"/>
          <w:szCs w:val="32"/>
          <w:cs/>
        </w:rPr>
        <w:br/>
      </w:r>
    </w:p>
    <w:p w14:paraId="36FE6671" w14:textId="41717D95" w:rsidR="002A13DC" w:rsidRPr="00F130BA" w:rsidRDefault="00000000" w:rsidP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b/>
          <w:sz w:val="32"/>
          <w:szCs w:val="32"/>
        </w:rPr>
        <w:t>๗.  สถานที่</w:t>
      </w:r>
      <w:r w:rsidRPr="00F130BA">
        <w:rPr>
          <w:rFonts w:ascii="Arial" w:hAnsi="Arial" w:cs="Arial"/>
          <w:b/>
          <w:sz w:val="32"/>
          <w:szCs w:val="32"/>
        </w:rPr>
        <w:t>​</w:t>
      </w:r>
      <w:r w:rsidRPr="00F130BA">
        <w:rPr>
          <w:rFonts w:ascii="TH SarabunPSK" w:hAnsi="TH SarabunPSK" w:cs="TH SarabunPSK"/>
          <w:b/>
          <w:sz w:val="32"/>
          <w:szCs w:val="32"/>
        </w:rPr>
        <w:t>ดำเนินการ</w:t>
      </w:r>
    </w:p>
    <w:p w14:paraId="58ACD8FD" w14:textId="231BC6AF" w:rsidR="002A13DC" w:rsidRPr="00F130BA" w:rsidRDefault="00F130B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130BA">
        <w:rPr>
          <w:rFonts w:ascii="TH SarabunPSK" w:hAnsi="TH SarabunPSK" w:cs="TH SarabunPSK" w:hint="cs"/>
          <w:sz w:val="32"/>
          <w:szCs w:val="32"/>
        </w:rPr>
        <w:t>แผนก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วิชา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คอมพิวเตอร์</w:t>
      </w:r>
      <w:r w:rsidRPr="00F130BA">
        <w:rPr>
          <w:rFonts w:ascii="Arial" w:hAnsi="Arial" w:cs="Arial"/>
          <w:sz w:val="32"/>
          <w:szCs w:val="32"/>
        </w:rPr>
        <w:t>​</w:t>
      </w:r>
      <w:r>
        <w:rPr>
          <w:rFonts w:ascii="TH SarabunPSK" w:hAnsi="TH SarabunPSK" w:cs="TH SarabunPSK" w:hint="cs"/>
          <w:sz w:val="32"/>
          <w:szCs w:val="32"/>
          <w:cs/>
        </w:rPr>
        <w:t>และเทคโนโลยีธุรกิจดิจิทัล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30BA">
        <w:rPr>
          <w:rFonts w:ascii="TH SarabunPSK" w:hAnsi="TH SarabunPSK" w:cs="TH SarabunPSK"/>
          <w:sz w:val="32"/>
          <w:szCs w:val="32"/>
        </w:rPr>
        <w:t>วิทยาลัย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การ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อาชีพ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โพน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ทอง</w:t>
      </w:r>
    </w:p>
    <w:p w14:paraId="7A0D36E0" w14:textId="77777777" w:rsidR="002A13DC" w:rsidRPr="00F130BA" w:rsidRDefault="00000000" w:rsidP="00F130BA">
      <w:pPr>
        <w:ind w:firstLine="720"/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ต.แวง อ.โพน</w:t>
      </w:r>
      <w:r w:rsidRPr="00F130BA">
        <w:rPr>
          <w:rFonts w:ascii="Arial" w:hAnsi="Arial" w:cs="Arial"/>
          <w:sz w:val="32"/>
          <w:szCs w:val="32"/>
        </w:rPr>
        <w:t>​</w:t>
      </w:r>
      <w:r w:rsidRPr="00F130BA">
        <w:rPr>
          <w:rFonts w:ascii="TH SarabunPSK" w:hAnsi="TH SarabunPSK" w:cs="TH SarabunPSK"/>
          <w:sz w:val="32"/>
          <w:szCs w:val="32"/>
        </w:rPr>
        <w:t>ทอง</w:t>
      </w:r>
      <w:r w:rsidRPr="00F130BA">
        <w:rPr>
          <w:rFonts w:ascii="TH SarabunPSK" w:hAnsi="TH SarabunPSK" w:cs="TH SarabunPSK" w:hint="cs"/>
          <w:sz w:val="32"/>
          <w:szCs w:val="32"/>
        </w:rPr>
        <w:t xml:space="preserve"> </w:t>
      </w:r>
      <w:r w:rsidRPr="00F130BA">
        <w:rPr>
          <w:rFonts w:ascii="TH SarabunPSK" w:hAnsi="TH SarabunPSK" w:cs="TH SarabunPSK"/>
          <w:sz w:val="32"/>
          <w:szCs w:val="32"/>
        </w:rPr>
        <w:t>จ</w:t>
      </w:r>
      <w:r w:rsidRPr="00F130BA">
        <w:rPr>
          <w:rFonts w:ascii="TH SarabunPSK" w:hAnsi="TH SarabunPSK" w:cs="TH SarabunPSK" w:hint="cs"/>
          <w:sz w:val="32"/>
          <w:szCs w:val="32"/>
        </w:rPr>
        <w:t>.</w:t>
      </w:r>
      <w:r w:rsidRPr="00F130BA">
        <w:rPr>
          <w:rFonts w:ascii="TH SarabunPSK" w:hAnsi="TH SarabunPSK" w:cs="TH SarabunPSK"/>
          <w:sz w:val="32"/>
          <w:szCs w:val="32"/>
        </w:rPr>
        <w:t>ร้อยเอ็ด</w:t>
      </w:r>
    </w:p>
    <w:p w14:paraId="67FF2ED3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3B453CE" w14:textId="77777777" w:rsidR="002A13DC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D5CFC61" w14:textId="77777777" w:rsidR="00F130BA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</w:p>
    <w:p w14:paraId="77FFE90A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๘.  ขั้นตอน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การ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ดำเนินงาน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037"/>
        <w:gridCol w:w="998"/>
        <w:gridCol w:w="998"/>
        <w:gridCol w:w="998"/>
        <w:gridCol w:w="998"/>
        <w:gridCol w:w="998"/>
      </w:tblGrid>
      <w:tr w:rsidR="002A13DC" w:rsidRPr="00F130BA" w14:paraId="28C8CB32" w14:textId="77777777">
        <w:trPr>
          <w:cantSplit/>
          <w:tblHeader/>
        </w:trPr>
        <w:tc>
          <w:tcPr>
            <w:tcW w:w="4037" w:type="dxa"/>
            <w:vMerge w:val="restart"/>
            <w:shd w:val="clear" w:color="auto" w:fill="F2F2F2"/>
            <w:vAlign w:val="center"/>
          </w:tcPr>
          <w:p w14:paraId="2F9C115B" w14:textId="77777777" w:rsidR="002A13DC" w:rsidRPr="00F130BA" w:rsidRDefault="00000000" w:rsidP="00F130BA">
            <w:pPr>
              <w:spacing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การ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ดำเนินการ</w:t>
            </w:r>
          </w:p>
        </w:tc>
        <w:tc>
          <w:tcPr>
            <w:tcW w:w="4990" w:type="dxa"/>
            <w:gridSpan w:val="5"/>
            <w:shd w:val="clear" w:color="auto" w:fill="F2F2F2"/>
            <w:vAlign w:val="center"/>
          </w:tcPr>
          <w:p w14:paraId="1152991E" w14:textId="77777777" w:rsidR="002A13DC" w:rsidRPr="00F130BA" w:rsidRDefault="00000000" w:rsidP="00F130BA">
            <w:pPr>
              <w:spacing w:line="252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๒/๒๕๖๙</w:t>
            </w:r>
          </w:p>
        </w:tc>
      </w:tr>
      <w:tr w:rsidR="002A13DC" w:rsidRPr="00F130BA" w14:paraId="089B6F25" w14:textId="77777777">
        <w:trPr>
          <w:cantSplit/>
          <w:tblHeader/>
        </w:trPr>
        <w:tc>
          <w:tcPr>
            <w:tcW w:w="4037" w:type="dxa"/>
            <w:vMerge/>
            <w:vAlign w:val="center"/>
          </w:tcPr>
          <w:p w14:paraId="3A2818F4" w14:textId="77777777" w:rsidR="002A13DC" w:rsidRPr="00F130BA" w:rsidRDefault="002A13D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8" w:type="dxa"/>
            <w:shd w:val="clear" w:color="auto" w:fill="F2F2F2"/>
            <w:vAlign w:val="center"/>
          </w:tcPr>
          <w:p w14:paraId="2F520FAD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ต.ค. ๖๙</w:t>
            </w:r>
          </w:p>
        </w:tc>
        <w:tc>
          <w:tcPr>
            <w:tcW w:w="998" w:type="dxa"/>
            <w:shd w:val="clear" w:color="auto" w:fill="F2F2F2"/>
            <w:vAlign w:val="center"/>
          </w:tcPr>
          <w:p w14:paraId="7A301AD0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พ.ย. ๖๙</w:t>
            </w:r>
          </w:p>
        </w:tc>
        <w:tc>
          <w:tcPr>
            <w:tcW w:w="998" w:type="dxa"/>
            <w:shd w:val="clear" w:color="auto" w:fill="F2F2F2"/>
            <w:vAlign w:val="center"/>
          </w:tcPr>
          <w:p w14:paraId="22819BE5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ธ.ค. ๖๙</w:t>
            </w:r>
          </w:p>
        </w:tc>
        <w:tc>
          <w:tcPr>
            <w:tcW w:w="998" w:type="dxa"/>
            <w:shd w:val="clear" w:color="auto" w:fill="F2F2F2"/>
            <w:vAlign w:val="center"/>
          </w:tcPr>
          <w:p w14:paraId="61465D42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ม.ค. ๗๐</w:t>
            </w:r>
          </w:p>
        </w:tc>
        <w:tc>
          <w:tcPr>
            <w:tcW w:w="998" w:type="dxa"/>
            <w:shd w:val="clear" w:color="auto" w:fill="F2F2F2"/>
            <w:vAlign w:val="center"/>
          </w:tcPr>
          <w:p w14:paraId="6374883D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ก.พ. ๗๐</w:t>
            </w:r>
          </w:p>
        </w:tc>
      </w:tr>
      <w:tr w:rsidR="002A13DC" w:rsidRPr="00F130BA" w14:paraId="4F3A946E" w14:textId="77777777">
        <w:trPr>
          <w:cantSplit/>
        </w:trPr>
        <w:tc>
          <w:tcPr>
            <w:tcW w:w="4037" w:type="dxa"/>
            <w:vAlign w:val="center"/>
          </w:tcPr>
          <w:p w14:paraId="4E038FE5" w14:textId="669E9F3B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๑. เสนอ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="00F130BA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โครงาน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79B41988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D447257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15E337DE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48E30555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485064DF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794D22D3" w14:textId="77777777">
        <w:trPr>
          <w:cantSplit/>
        </w:trPr>
        <w:tc>
          <w:tcPr>
            <w:tcW w:w="4037" w:type="dxa"/>
            <w:vAlign w:val="center"/>
          </w:tcPr>
          <w:p w14:paraId="155D1C80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๒. จัดทำ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เอกสาร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 xml:space="preserve"> 1-3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301B1A7D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1AD40BE6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53D92BE7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4D762358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4836CC6C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645ED145" w14:textId="77777777">
        <w:trPr>
          <w:cantSplit/>
        </w:trPr>
        <w:tc>
          <w:tcPr>
            <w:tcW w:w="4037" w:type="dxa"/>
            <w:vAlign w:val="center"/>
          </w:tcPr>
          <w:p w14:paraId="1F3DDF75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๓. ตรวจสอบ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ความก้าวหน้า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 xml:space="preserve"> 1-3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23B24713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95D66E4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5F40FB23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5AEF6466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2CEB9278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7099180B" w14:textId="77777777">
        <w:trPr>
          <w:cantSplit/>
        </w:trPr>
        <w:tc>
          <w:tcPr>
            <w:tcW w:w="4037" w:type="dxa"/>
            <w:vAlign w:val="center"/>
          </w:tcPr>
          <w:p w14:paraId="248F2F71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๔. วิเคราะห์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ออกแบบ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ระบบ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241BC0B1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57BC1A72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664F6094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E38ED74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38FA2CE5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18B7A667" w14:textId="77777777">
        <w:trPr>
          <w:cantSplit/>
        </w:trPr>
        <w:tc>
          <w:tcPr>
            <w:tcW w:w="4037" w:type="dxa"/>
            <w:vAlign w:val="center"/>
          </w:tcPr>
          <w:p w14:paraId="3C3C4972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๕. พัฒนา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ระบบ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6FDA602B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27A855F2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7FF5F65C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19F91246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33EBBCF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766FB296" w14:textId="77777777">
        <w:trPr>
          <w:cantSplit/>
        </w:trPr>
        <w:tc>
          <w:tcPr>
            <w:tcW w:w="4037" w:type="dxa"/>
            <w:vAlign w:val="center"/>
          </w:tcPr>
          <w:p w14:paraId="58778BB8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๖. ทดสอบ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ปรับปรุง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ระบบ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7D37FB90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67BACED4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49D7D40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28DAB8BF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69EE4F93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  <w:tr w:rsidR="002A13DC" w:rsidRPr="00F130BA" w14:paraId="1BA1EDAA" w14:textId="77777777">
        <w:trPr>
          <w:cantSplit/>
        </w:trPr>
        <w:tc>
          <w:tcPr>
            <w:tcW w:w="4037" w:type="dxa"/>
            <w:vAlign w:val="center"/>
          </w:tcPr>
          <w:p w14:paraId="36230BD2" w14:textId="5814FB2F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๗. จัดทำ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รายงาน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="00F130BA">
              <w:rPr>
                <w:rFonts w:ascii="TH SarabunPSK" w:hAnsi="TH SarabunPSK" w:cs="TH SarabunPSK"/>
                <w:sz w:val="32"/>
                <w:szCs w:val="32"/>
                <w:cs/>
              </w:rPr>
              <w:t>โครงงาน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ฉบับ</w:t>
            </w:r>
            <w:r w:rsidRPr="00F130BA">
              <w:rPr>
                <w:rFonts w:ascii="Arial" w:hAnsi="Arial" w:cs="Arial"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sz w:val="32"/>
                <w:szCs w:val="32"/>
              </w:rPr>
              <w:t>สมบูรณ์</w:t>
            </w: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br/>
              <w:t>........................................................</w:t>
            </w:r>
          </w:p>
        </w:tc>
        <w:tc>
          <w:tcPr>
            <w:tcW w:w="998" w:type="dxa"/>
            <w:vAlign w:val="center"/>
          </w:tcPr>
          <w:p w14:paraId="79893D58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210352CE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178C69CD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00C3A376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  <w:tc>
          <w:tcPr>
            <w:tcW w:w="998" w:type="dxa"/>
            <w:vAlign w:val="center"/>
          </w:tcPr>
          <w:p w14:paraId="6C628C01" w14:textId="77777777" w:rsidR="002A13DC" w:rsidRPr="00F130BA" w:rsidRDefault="00000000">
            <w:pPr>
              <w:spacing w:line="252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</w:t>
            </w:r>
          </w:p>
        </w:tc>
      </w:tr>
    </w:tbl>
    <w:p w14:paraId="53DE455A" w14:textId="77777777" w:rsidR="002A13DC" w:rsidRPr="00F130BA" w:rsidRDefault="00000000">
      <w:pPr>
        <w:pStyle w:val="Heading1"/>
        <w:pageBreakBefore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lastRenderedPageBreak/>
        <w:t>๙.  ค่าใช้จ่าย (งบประมาณ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ของ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นักศึกษา</w:t>
      </w:r>
      <w:r w:rsidRPr="00F130BA">
        <w:rPr>
          <w:rFonts w:ascii="TH SarabunPSK" w:hAnsi="TH SarabunPSK" w:cs="TH SarabunPSK" w:hint="cs"/>
          <w:szCs w:val="32"/>
        </w:rPr>
        <w:t>)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850"/>
        <w:gridCol w:w="6191"/>
        <w:gridCol w:w="1984"/>
      </w:tblGrid>
      <w:tr w:rsidR="002A13DC" w:rsidRPr="00F130BA" w14:paraId="0EB14E2F" w14:textId="77777777">
        <w:trPr>
          <w:cantSplit/>
          <w:tblHeader/>
        </w:trPr>
        <w:tc>
          <w:tcPr>
            <w:tcW w:w="850" w:type="dxa"/>
            <w:shd w:val="clear" w:color="auto" w:fill="F2F2F2"/>
            <w:vAlign w:val="center"/>
          </w:tcPr>
          <w:p w14:paraId="1117752D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ลำดับ</w:t>
            </w:r>
          </w:p>
        </w:tc>
        <w:tc>
          <w:tcPr>
            <w:tcW w:w="6191" w:type="dxa"/>
            <w:shd w:val="clear" w:color="auto" w:fill="F2F2F2"/>
            <w:vAlign w:val="center"/>
          </w:tcPr>
          <w:p w14:paraId="4BF6ECE7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รายการ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ค่าใช้จ่าย</w:t>
            </w:r>
          </w:p>
        </w:tc>
        <w:tc>
          <w:tcPr>
            <w:tcW w:w="1984" w:type="dxa"/>
            <w:shd w:val="clear" w:color="auto" w:fill="F2F2F2"/>
            <w:vAlign w:val="center"/>
          </w:tcPr>
          <w:p w14:paraId="5AEB448A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จำนวน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เงิน</w:t>
            </w: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 xml:space="preserve"> (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บาท</w:t>
            </w: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)</w:t>
            </w:r>
          </w:p>
        </w:tc>
      </w:tr>
      <w:tr w:rsidR="002A13DC" w:rsidRPr="00F130BA" w14:paraId="0C73E2A7" w14:textId="77777777">
        <w:trPr>
          <w:cantSplit/>
          <w:trHeight w:val="595"/>
        </w:trPr>
        <w:tc>
          <w:tcPr>
            <w:tcW w:w="850" w:type="dxa"/>
            <w:vAlign w:val="center"/>
          </w:tcPr>
          <w:p w14:paraId="431111B4" w14:textId="77777777" w:rsidR="002A13DC" w:rsidRPr="00F130BA" w:rsidRDefault="00000000" w:rsidP="00F130BA">
            <w:pPr>
              <w:keepNext/>
              <w:spacing w:line="28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๙.๑</w:t>
            </w:r>
          </w:p>
        </w:tc>
        <w:tc>
          <w:tcPr>
            <w:tcW w:w="6191" w:type="dxa"/>
            <w:vAlign w:val="center"/>
          </w:tcPr>
          <w:p w14:paraId="00E0FBD0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..................................................................................</w:t>
            </w:r>
          </w:p>
        </w:tc>
        <w:tc>
          <w:tcPr>
            <w:tcW w:w="1984" w:type="dxa"/>
            <w:vAlign w:val="center"/>
          </w:tcPr>
          <w:p w14:paraId="522910BC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</w:t>
            </w:r>
          </w:p>
        </w:tc>
      </w:tr>
      <w:tr w:rsidR="002A13DC" w:rsidRPr="00F130BA" w14:paraId="4F76A3EB" w14:textId="77777777">
        <w:trPr>
          <w:cantSplit/>
          <w:trHeight w:val="595"/>
        </w:trPr>
        <w:tc>
          <w:tcPr>
            <w:tcW w:w="850" w:type="dxa"/>
            <w:vAlign w:val="center"/>
          </w:tcPr>
          <w:p w14:paraId="54CAE441" w14:textId="77777777" w:rsidR="002A13DC" w:rsidRPr="00F130BA" w:rsidRDefault="00000000" w:rsidP="00F130BA">
            <w:pPr>
              <w:keepNext/>
              <w:spacing w:line="28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๙.๒</w:t>
            </w:r>
          </w:p>
        </w:tc>
        <w:tc>
          <w:tcPr>
            <w:tcW w:w="6191" w:type="dxa"/>
            <w:vAlign w:val="center"/>
          </w:tcPr>
          <w:p w14:paraId="06A36550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..................................................................................</w:t>
            </w:r>
          </w:p>
        </w:tc>
        <w:tc>
          <w:tcPr>
            <w:tcW w:w="1984" w:type="dxa"/>
            <w:vAlign w:val="center"/>
          </w:tcPr>
          <w:p w14:paraId="45725D6B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</w:t>
            </w:r>
          </w:p>
        </w:tc>
      </w:tr>
      <w:tr w:rsidR="002A13DC" w:rsidRPr="00F130BA" w14:paraId="6FB539E8" w14:textId="77777777">
        <w:trPr>
          <w:cantSplit/>
          <w:trHeight w:val="595"/>
        </w:trPr>
        <w:tc>
          <w:tcPr>
            <w:tcW w:w="850" w:type="dxa"/>
            <w:vAlign w:val="center"/>
          </w:tcPr>
          <w:p w14:paraId="157B443E" w14:textId="77777777" w:rsidR="002A13DC" w:rsidRPr="00F130BA" w:rsidRDefault="00000000" w:rsidP="00F130BA">
            <w:pPr>
              <w:keepNext/>
              <w:spacing w:line="28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๙.๓</w:t>
            </w:r>
          </w:p>
        </w:tc>
        <w:tc>
          <w:tcPr>
            <w:tcW w:w="6191" w:type="dxa"/>
            <w:vAlign w:val="center"/>
          </w:tcPr>
          <w:p w14:paraId="34F5B825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..................................................................................</w:t>
            </w:r>
          </w:p>
        </w:tc>
        <w:tc>
          <w:tcPr>
            <w:tcW w:w="1984" w:type="dxa"/>
            <w:vAlign w:val="center"/>
          </w:tcPr>
          <w:p w14:paraId="51A63111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</w:t>
            </w:r>
          </w:p>
        </w:tc>
      </w:tr>
      <w:tr w:rsidR="002A13DC" w:rsidRPr="00F130BA" w14:paraId="3BA3CAB1" w14:textId="77777777">
        <w:trPr>
          <w:cantSplit/>
          <w:trHeight w:val="595"/>
        </w:trPr>
        <w:tc>
          <w:tcPr>
            <w:tcW w:w="850" w:type="dxa"/>
            <w:vAlign w:val="center"/>
          </w:tcPr>
          <w:p w14:paraId="167B663B" w14:textId="77777777" w:rsidR="002A13DC" w:rsidRPr="00F130BA" w:rsidRDefault="00000000" w:rsidP="00F130BA">
            <w:pPr>
              <w:keepNext/>
              <w:spacing w:line="288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๙.๔</w:t>
            </w:r>
          </w:p>
        </w:tc>
        <w:tc>
          <w:tcPr>
            <w:tcW w:w="6191" w:type="dxa"/>
            <w:vAlign w:val="center"/>
          </w:tcPr>
          <w:p w14:paraId="170D9D1C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..................................................................................</w:t>
            </w:r>
          </w:p>
        </w:tc>
        <w:tc>
          <w:tcPr>
            <w:tcW w:w="1984" w:type="dxa"/>
            <w:vAlign w:val="center"/>
          </w:tcPr>
          <w:p w14:paraId="0050ED14" w14:textId="77777777" w:rsidR="002A13DC" w:rsidRPr="00F130BA" w:rsidRDefault="00000000">
            <w:pPr>
              <w:keepNext/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</w:t>
            </w:r>
          </w:p>
        </w:tc>
      </w:tr>
      <w:tr w:rsidR="002A13DC" w:rsidRPr="00F130BA" w14:paraId="21222AA5" w14:textId="77777777">
        <w:trPr>
          <w:cantSplit/>
        </w:trPr>
        <w:tc>
          <w:tcPr>
            <w:tcW w:w="7041" w:type="dxa"/>
            <w:gridSpan w:val="2"/>
            <w:vAlign w:val="center"/>
          </w:tcPr>
          <w:p w14:paraId="15A3CB83" w14:textId="77777777" w:rsidR="002A13DC" w:rsidRPr="00F130BA" w:rsidRDefault="00000000">
            <w:pPr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b/>
                <w:sz w:val="32"/>
                <w:szCs w:val="32"/>
              </w:rPr>
              <w:t>รวม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เป็น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เงิน</w:t>
            </w:r>
            <w:r w:rsidRPr="00F130BA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F130BA">
              <w:rPr>
                <w:rFonts w:ascii="TH SarabunPSK" w:hAnsi="TH SarabunPSK" w:cs="TH SarabunPSK"/>
                <w:b/>
                <w:sz w:val="32"/>
                <w:szCs w:val="32"/>
              </w:rPr>
              <w:t>ทั้งสิ้น</w:t>
            </w:r>
          </w:p>
        </w:tc>
        <w:tc>
          <w:tcPr>
            <w:tcW w:w="1984" w:type="dxa"/>
            <w:vAlign w:val="center"/>
          </w:tcPr>
          <w:p w14:paraId="47C30EF8" w14:textId="77777777" w:rsidR="002A13DC" w:rsidRPr="00F130BA" w:rsidRDefault="00000000">
            <w:pPr>
              <w:spacing w:line="288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130BA">
              <w:rPr>
                <w:rFonts w:ascii="TH SarabunPSK" w:hAnsi="TH SarabunPSK" w:cs="TH SarabunPSK" w:hint="cs"/>
                <w:sz w:val="32"/>
                <w:szCs w:val="32"/>
              </w:rPr>
              <w:t>........................</w:t>
            </w:r>
          </w:p>
        </w:tc>
      </w:tr>
    </w:tbl>
    <w:p w14:paraId="36CABAA8" w14:textId="77777777" w:rsidR="002A13DC" w:rsidRPr="00F130BA" w:rsidRDefault="002A13DC">
      <w:pPr>
        <w:spacing w:after="100"/>
        <w:rPr>
          <w:rFonts w:ascii="TH SarabunPSK" w:hAnsi="TH SarabunPSK" w:cs="TH SarabunPSK"/>
          <w:sz w:val="32"/>
          <w:szCs w:val="32"/>
        </w:rPr>
      </w:pPr>
    </w:p>
    <w:p w14:paraId="1A679A26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๑๐.  ผล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ที่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คาด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ว่า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จะ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ได้รับ</w:t>
      </w:r>
    </w:p>
    <w:p w14:paraId="1391527D" w14:textId="16306132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๑๐.๑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9163F1B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57FC366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1782308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8E4B0DD" w14:textId="196FD987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๑๐.๒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861E8A6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F270465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6E0533C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6E5F5A5" w14:textId="34F15EED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๑๐.๓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F0D9468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7032EF9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02DF474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6E07D27D" w14:textId="77777777" w:rsidR="002A13DC" w:rsidRPr="00F130BA" w:rsidRDefault="00000000">
      <w:pPr>
        <w:pStyle w:val="Heading1"/>
        <w:pageBreakBefore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lastRenderedPageBreak/>
        <w:t>๑๑.  ปัญหา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และ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อุปสรรค</w:t>
      </w:r>
    </w:p>
    <w:p w14:paraId="3D230922" w14:textId="5518AC12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๑๑.๑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42243C8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18F0EBF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8358CFA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96E39A0" w14:textId="5C0C2C62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๑๑.๒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4A56AB2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8FAF1A6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E1555FA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3904E81" w14:textId="77777777" w:rsidR="002A13DC" w:rsidRPr="00F130BA" w:rsidRDefault="00000000">
      <w:pPr>
        <w:pStyle w:val="Heading1"/>
        <w:spacing w:before="0"/>
        <w:rPr>
          <w:rFonts w:ascii="TH SarabunPSK" w:hAnsi="TH SarabunPSK" w:cs="TH SarabunPSK"/>
          <w:szCs w:val="32"/>
        </w:rPr>
      </w:pPr>
      <w:r w:rsidRPr="00F130BA">
        <w:rPr>
          <w:rFonts w:ascii="TH SarabunPSK" w:hAnsi="TH SarabunPSK" w:cs="TH SarabunPSK" w:hint="cs"/>
          <w:szCs w:val="32"/>
        </w:rPr>
        <w:t>๑๒.  การ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ติดตาม</w:t>
      </w:r>
      <w:r w:rsidRPr="00F130BA">
        <w:rPr>
          <w:rFonts w:ascii="Arial" w:hAnsi="Arial" w:cs="Arial"/>
          <w:szCs w:val="32"/>
        </w:rPr>
        <w:t>​</w:t>
      </w:r>
      <w:r w:rsidRPr="00F130BA">
        <w:rPr>
          <w:rFonts w:ascii="TH SarabunPSK" w:hAnsi="TH SarabunPSK" w:cs="TH SarabunPSK"/>
          <w:szCs w:val="32"/>
        </w:rPr>
        <w:t>ประเมินผล</w:t>
      </w:r>
    </w:p>
    <w:p w14:paraId="0220A048" w14:textId="2046B2F9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๑๒.๑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38B18F8C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EDCB9D8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4D23EA1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0B971F1" w14:textId="3C41CE3A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๑๒.๒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75550104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5914E7D2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20E3663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4649384D" w14:textId="281CF4E6" w:rsidR="002A13DC" w:rsidRPr="00F130BA" w:rsidRDefault="00F130BA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130BA">
        <w:rPr>
          <w:rFonts w:ascii="TH SarabunPSK" w:hAnsi="TH SarabunPSK" w:cs="TH SarabunPSK" w:hint="cs"/>
          <w:sz w:val="32"/>
          <w:szCs w:val="32"/>
        </w:rPr>
        <w:t>๑๒.๓  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0201AEA1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5950300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p w14:paraId="10A0C66F" w14:textId="77777777" w:rsidR="002A13DC" w:rsidRPr="00F130BA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F130BA">
        <w:rPr>
          <w:rFonts w:ascii="TH SarabunPSK" w:hAnsi="TH SarabunPSK" w:cs="TH SarabunPSK" w:hint="cs"/>
          <w:sz w:val="32"/>
          <w:szCs w:val="32"/>
        </w:rPr>
        <w:t>............</w:t>
      </w:r>
      <w:r w:rsidRPr="00F130BA">
        <w:rPr>
          <w:rFonts w:ascii="TH SarabunPSK" w:hAnsi="TH SarabunPSK" w:cs="TH SarabunPSK" w:hint="cs"/>
          <w:sz w:val="32"/>
          <w:szCs w:val="32"/>
        </w:rPr>
        <w:tab/>
        <w:t>.</w:t>
      </w:r>
    </w:p>
    <w:sectPr w:rsidR="002A13DC" w:rsidRPr="00F130BA" w:rsidSect="00F130BA">
      <w:pgSz w:w="11906" w:h="16838"/>
      <w:pgMar w:top="1350" w:right="1440" w:bottom="1440" w:left="144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FF9F" w14:textId="77777777" w:rsidR="00EB3B48" w:rsidRDefault="00EB3B48">
      <w:pPr>
        <w:spacing w:line="240" w:lineRule="auto"/>
      </w:pPr>
      <w:r>
        <w:separator/>
      </w:r>
    </w:p>
  </w:endnote>
  <w:endnote w:type="continuationSeparator" w:id="0">
    <w:p w14:paraId="122768A2" w14:textId="77777777" w:rsidR="00EB3B48" w:rsidRDefault="00EB3B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D743" w14:textId="77777777" w:rsidR="00EB3B48" w:rsidRDefault="00EB3B48">
      <w:pPr>
        <w:spacing w:line="240" w:lineRule="auto"/>
      </w:pPr>
      <w:r>
        <w:separator/>
      </w:r>
    </w:p>
  </w:footnote>
  <w:footnote w:type="continuationSeparator" w:id="0">
    <w:p w14:paraId="548ABBF8" w14:textId="77777777" w:rsidR="00EB3B48" w:rsidRDefault="00EB3B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0458086">
    <w:abstractNumId w:val="8"/>
  </w:num>
  <w:num w:numId="2" w16cid:durableId="319427790">
    <w:abstractNumId w:val="6"/>
  </w:num>
  <w:num w:numId="3" w16cid:durableId="1002196830">
    <w:abstractNumId w:val="5"/>
  </w:num>
  <w:num w:numId="4" w16cid:durableId="1550991238">
    <w:abstractNumId w:val="4"/>
  </w:num>
  <w:num w:numId="5" w16cid:durableId="325138209">
    <w:abstractNumId w:val="7"/>
  </w:num>
  <w:num w:numId="6" w16cid:durableId="1543833153">
    <w:abstractNumId w:val="3"/>
  </w:num>
  <w:num w:numId="7" w16cid:durableId="2127001702">
    <w:abstractNumId w:val="2"/>
  </w:num>
  <w:num w:numId="8" w16cid:durableId="411004947">
    <w:abstractNumId w:val="1"/>
  </w:num>
  <w:num w:numId="9" w16cid:durableId="191065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13DC"/>
    <w:rsid w:val="00326F90"/>
    <w:rsid w:val="005C16E3"/>
    <w:rsid w:val="008F3055"/>
    <w:rsid w:val="00A56117"/>
    <w:rsid w:val="00AA1D8D"/>
    <w:rsid w:val="00AA56AF"/>
    <w:rsid w:val="00B47730"/>
    <w:rsid w:val="00C54978"/>
    <w:rsid w:val="00CB0664"/>
    <w:rsid w:val="00EB3B48"/>
    <w:rsid w:val="00F130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8A0939"/>
  <w14:defaultImageDpi w14:val="300"/>
  <w15:docId w15:val="{15F090B0-A91C-4166-B86B-2F932309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noProof/>
        <w:sz w:val="22"/>
        <w:szCs w:val="2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H Sarabun New" w:eastAsia="TH Sarabun New" w:hAnsi="TH Sarabun New" w:cs="TH Sarabun New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แบบเสนอขออนุมัติโครงงาน วิทยาลัยการอาชีพโพนทอง</dc:title>
  <dc:subject>ภาคเรียนที่ ๒ ปีการศึกษา ๒๕๖๙</dc:subject>
  <dc:creator>วิทยาลัยการอาชีพโพนทอง</dc:creator>
  <cp:keywords/>
  <dc:description/>
  <cp:lastModifiedBy>Administrator</cp:lastModifiedBy>
  <cp:revision>2</cp:revision>
  <dcterms:created xsi:type="dcterms:W3CDTF">2026-10-29T13:16:00Z</dcterms:created>
  <dcterms:modified xsi:type="dcterms:W3CDTF">2026-10-29T13:16:00Z</dcterms:modified>
  <cp:category/>
</cp:coreProperties>
</file>